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14" w:type="dxa"/>
        <w:tblInd w:w="-176" w:type="dxa"/>
        <w:tblLayout w:type="fixed"/>
        <w:tblLook w:val="04A0" w:firstRow="1" w:lastRow="0" w:firstColumn="1" w:lastColumn="0" w:noHBand="0" w:noVBand="1"/>
      </w:tblPr>
      <w:tblGrid>
        <w:gridCol w:w="3830"/>
        <w:gridCol w:w="5784"/>
      </w:tblGrid>
      <w:tr w:rsidR="003A7468" w:rsidRPr="003A7468" w14:paraId="0E24BA4E" w14:textId="77777777" w:rsidTr="00256A3A">
        <w:tc>
          <w:tcPr>
            <w:tcW w:w="3830" w:type="dxa"/>
            <w:hideMark/>
          </w:tcPr>
          <w:p w14:paraId="11067548" w14:textId="08C397C5" w:rsidR="003A7468" w:rsidRPr="003A7468" w:rsidRDefault="000469B4" w:rsidP="003A7468">
            <w:pPr>
              <w:spacing w:after="0" w:line="240" w:lineRule="auto"/>
              <w:jc w:val="center"/>
              <w:rPr>
                <w:rFonts w:cs="Times New Roman"/>
                <w:b/>
                <w:noProof/>
                <w:szCs w:val="26"/>
              </w:rPr>
            </w:pPr>
            <w:r w:rsidRPr="00E677A3">
              <w:rPr>
                <w:b/>
              </w:rPr>
              <w:t xml:space="preserve"> </w:t>
            </w:r>
            <w:r w:rsidR="003A7468" w:rsidRPr="003A7468">
              <w:rPr>
                <w:rFonts w:cs="Times New Roman"/>
                <w:b/>
                <w:noProof/>
                <w:szCs w:val="26"/>
              </w:rPr>
              <w:t xml:space="preserve">ỦY BAN NHÂN DÂN </w:t>
            </w:r>
          </w:p>
          <w:p w14:paraId="3FCE0261" w14:textId="77777777" w:rsidR="003A7468" w:rsidRPr="003A7468" w:rsidRDefault="003A7468" w:rsidP="003A7468">
            <w:pPr>
              <w:spacing w:after="0" w:line="240" w:lineRule="auto"/>
              <w:jc w:val="center"/>
              <w:rPr>
                <w:rFonts w:cs="Times New Roman"/>
                <w:b/>
                <w:szCs w:val="26"/>
              </w:rPr>
            </w:pPr>
            <w:r w:rsidRPr="003A7468">
              <w:rPr>
                <w:rFonts w:cs="Times New Roman"/>
                <w:b/>
                <w:noProof/>
                <w:szCs w:val="26"/>
              </w:rPr>
              <w:t xml:space="preserve"> TỈNH SƠN LA</w:t>
            </w:r>
          </w:p>
          <w:p w14:paraId="5D3E180E" w14:textId="77777777" w:rsidR="003A7468" w:rsidRPr="003A7468" w:rsidRDefault="003A7468" w:rsidP="003A7468">
            <w:pPr>
              <w:keepNext/>
              <w:spacing w:after="0" w:line="240" w:lineRule="auto"/>
              <w:jc w:val="center"/>
              <w:outlineLvl w:val="1"/>
              <w:rPr>
                <w:rFonts w:cs="Times New Roman"/>
                <w:b/>
                <w:szCs w:val="28"/>
              </w:rPr>
            </w:pPr>
            <w:r w:rsidRPr="003A7468">
              <w:rPr>
                <w:rFonts w:ascii=".VnTimeH" w:hAnsi=".VnTimeH" w:cs="Times New Roman"/>
                <w:noProof/>
                <w:szCs w:val="24"/>
              </w:rPr>
              <mc:AlternateContent>
                <mc:Choice Requires="wps">
                  <w:drawing>
                    <wp:anchor distT="4294967294" distB="4294967294" distL="114300" distR="114300" simplePos="0" relativeHeight="251671040" behindDoc="0" locked="0" layoutInCell="1" allowOverlap="1" wp14:anchorId="2247C98D" wp14:editId="370BE397">
                      <wp:simplePos x="0" y="0"/>
                      <wp:positionH relativeFrom="column">
                        <wp:align>center</wp:align>
                      </wp:positionH>
                      <wp:positionV relativeFrom="paragraph">
                        <wp:posOffset>36195</wp:posOffset>
                      </wp:positionV>
                      <wp:extent cx="6084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7313646" id="Straight Connector 3" o:spid="_x0000_s1026" style="position:absolute;z-index:251671040;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page;mso-height-relative:page" from="0,2.85pt" to="47.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TnrgEAAEcDAAAOAAAAZHJzL2Uyb0RvYy54bWysUsFu2zAMvQ/YPwi6L3aCtei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"/>
                  </w:pict>
                </mc:Fallback>
              </mc:AlternateContent>
            </w:r>
            <w:r w:rsidRPr="003A7468">
              <w:rPr>
                <w:rFonts w:ascii=".VnTimeH" w:hAnsi=".VnTimeH" w:cs="Times New Roman"/>
                <w:szCs w:val="26"/>
              </w:rPr>
              <w:t xml:space="preserve"> </w:t>
            </w:r>
          </w:p>
        </w:tc>
        <w:tc>
          <w:tcPr>
            <w:tcW w:w="5784" w:type="dxa"/>
            <w:hideMark/>
          </w:tcPr>
          <w:p w14:paraId="322DC29A" w14:textId="77777777" w:rsidR="003A7468" w:rsidRPr="003A7468" w:rsidRDefault="003A7468" w:rsidP="003A7468">
            <w:pPr>
              <w:spacing w:after="0" w:line="240" w:lineRule="auto"/>
              <w:jc w:val="center"/>
              <w:rPr>
                <w:rFonts w:cs="Times New Roman"/>
                <w:b/>
                <w:szCs w:val="26"/>
              </w:rPr>
            </w:pPr>
            <w:r w:rsidRPr="003A7468">
              <w:rPr>
                <w:rFonts w:cs="Times New Roman"/>
                <w:b/>
                <w:szCs w:val="26"/>
              </w:rPr>
              <w:t>CỘNG HÒA XÃ HỘI CHỦ NGHĨA VIỆT NAM</w:t>
            </w:r>
          </w:p>
          <w:p w14:paraId="208F6EE8" w14:textId="77777777" w:rsidR="003A7468" w:rsidRPr="003A7468" w:rsidRDefault="003A7468" w:rsidP="003A7468">
            <w:pPr>
              <w:spacing w:after="0" w:line="240" w:lineRule="auto"/>
              <w:jc w:val="center"/>
              <w:rPr>
                <w:rFonts w:cs="Times New Roman"/>
                <w:b/>
                <w:sz w:val="24"/>
                <w:szCs w:val="28"/>
              </w:rPr>
            </w:pPr>
            <w:r w:rsidRPr="003A7468">
              <w:rPr>
                <w:rFonts w:cs="Times New Roman"/>
                <w:b/>
                <w:sz w:val="28"/>
                <w:szCs w:val="28"/>
              </w:rPr>
              <w:t>Độc lập - Tự do - Hạnh phúc</w:t>
            </w:r>
          </w:p>
          <w:p w14:paraId="399E6F68" w14:textId="4246163A" w:rsidR="003A7468" w:rsidRPr="003A7468" w:rsidRDefault="007374CE" w:rsidP="003A7468">
            <w:pPr>
              <w:spacing w:after="0" w:line="240" w:lineRule="auto"/>
              <w:jc w:val="center"/>
              <w:rPr>
                <w:rFonts w:cs="Times New Roman"/>
                <w:b/>
                <w:sz w:val="24"/>
                <w:szCs w:val="28"/>
              </w:rPr>
            </w:pPr>
            <w:r>
              <w:rPr>
                <w:noProof/>
                <w:lang w:val="nl-NL"/>
              </w:rPr>
              <mc:AlternateContent>
                <mc:Choice Requires="wps">
                  <w:drawing>
                    <wp:anchor distT="0" distB="0" distL="114300" distR="114300" simplePos="0" relativeHeight="251672064" behindDoc="0" locked="0" layoutInCell="1" allowOverlap="1" wp14:anchorId="75D96C9E" wp14:editId="7E76CE7C">
                      <wp:simplePos x="0" y="0"/>
                      <wp:positionH relativeFrom="column">
                        <wp:posOffset>666750</wp:posOffset>
                      </wp:positionH>
                      <wp:positionV relativeFrom="paragraph">
                        <wp:posOffset>28575</wp:posOffset>
                      </wp:positionV>
                      <wp:extent cx="2165350" cy="6350"/>
                      <wp:effectExtent l="0" t="0" r="25400" b="31750"/>
                      <wp:wrapNone/>
                      <wp:docPr id="870108477" name="Straight Connector 1"/>
                      <wp:cNvGraphicFramePr/>
                      <a:graphic xmlns:a="http://schemas.openxmlformats.org/drawingml/2006/main">
                        <a:graphicData uri="http://schemas.microsoft.com/office/word/2010/wordprocessingShape">
                          <wps:wsp>
                            <wps:cNvCnPr/>
                            <wps:spPr>
                              <a:xfrm>
                                <a:off x="0" y="0"/>
                                <a:ext cx="21653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CE5C3B" id="Straight Connector 1"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2.25pt" to="22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" strokecolor="black [3040]"/>
                  </w:pict>
                </mc:Fallback>
              </mc:AlternateContent>
            </w:r>
          </w:p>
        </w:tc>
      </w:tr>
      <w:tr w:rsidR="003A7468" w:rsidRPr="009B1232" w14:paraId="43E77A33" w14:textId="77777777" w:rsidTr="00256A3A">
        <w:tc>
          <w:tcPr>
            <w:tcW w:w="3830" w:type="dxa"/>
          </w:tcPr>
          <w:p w14:paraId="320C0DCA" w14:textId="331E545C" w:rsidR="003A7468" w:rsidRPr="003A7468" w:rsidRDefault="003A7468" w:rsidP="003A7468">
            <w:pPr>
              <w:spacing w:after="0" w:line="240" w:lineRule="auto"/>
              <w:jc w:val="center"/>
              <w:rPr>
                <w:rFonts w:cs="Times New Roman"/>
                <w:b/>
                <w:noProof/>
                <w:szCs w:val="26"/>
                <w:lang w:val="nl-NL"/>
              </w:rPr>
            </w:pPr>
            <w:r w:rsidRPr="003A7468">
              <w:rPr>
                <w:rFonts w:cs="Times New Roman"/>
                <w:szCs w:val="26"/>
                <w:lang w:val="nl-NL"/>
              </w:rPr>
              <w:t>Số:</w:t>
            </w:r>
            <w:r w:rsidR="007374CE">
              <w:rPr>
                <w:rFonts w:cs="Times New Roman"/>
                <w:szCs w:val="26"/>
                <w:lang w:val="nl-NL"/>
              </w:rPr>
              <w:t xml:space="preserve"> 1785</w:t>
            </w:r>
            <w:r w:rsidRPr="003A7468">
              <w:rPr>
                <w:rFonts w:cs="Times New Roman"/>
                <w:szCs w:val="26"/>
                <w:lang w:val="nl-NL"/>
              </w:rPr>
              <w:t>/QĐ-UBND</w:t>
            </w:r>
          </w:p>
        </w:tc>
        <w:tc>
          <w:tcPr>
            <w:tcW w:w="5784" w:type="dxa"/>
          </w:tcPr>
          <w:p w14:paraId="1379D4DA" w14:textId="6052C081" w:rsidR="003A7468" w:rsidRPr="003A7468" w:rsidRDefault="003A7468" w:rsidP="003A7468">
            <w:pPr>
              <w:spacing w:after="0" w:line="240" w:lineRule="auto"/>
              <w:jc w:val="center"/>
              <w:rPr>
                <w:rFonts w:cs="Times New Roman"/>
                <w:b/>
                <w:szCs w:val="26"/>
                <w:lang w:val="nl-NL"/>
              </w:rPr>
            </w:pPr>
            <w:r w:rsidRPr="003A7468">
              <w:rPr>
                <w:rFonts w:cs="Times New Roman"/>
                <w:i/>
                <w:sz w:val="28"/>
                <w:szCs w:val="28"/>
                <w:lang w:val="nl-NL"/>
              </w:rPr>
              <w:t xml:space="preserve">Sơn La, ngày </w:t>
            </w:r>
            <w:r w:rsidR="007374CE">
              <w:rPr>
                <w:rFonts w:cs="Times New Roman"/>
                <w:i/>
                <w:sz w:val="28"/>
                <w:szCs w:val="28"/>
                <w:lang w:val="nl-NL"/>
              </w:rPr>
              <w:t>17</w:t>
            </w:r>
            <w:r w:rsidRPr="003A7468">
              <w:rPr>
                <w:rFonts w:cs="Times New Roman"/>
                <w:i/>
                <w:sz w:val="28"/>
                <w:szCs w:val="28"/>
                <w:lang w:val="nl-NL"/>
              </w:rPr>
              <w:t xml:space="preserve"> tháng 7 năm 2026</w:t>
            </w:r>
          </w:p>
        </w:tc>
      </w:tr>
    </w:tbl>
    <w:p w14:paraId="732F236C" w14:textId="4654E79C" w:rsidR="000469B4" w:rsidRPr="003A7468" w:rsidRDefault="000469B4" w:rsidP="000469B4">
      <w:pPr>
        <w:tabs>
          <w:tab w:val="center" w:pos="1678"/>
          <w:tab w:val="right" w:pos="9082"/>
        </w:tabs>
        <w:spacing w:after="42"/>
        <w:rPr>
          <w:lang w:val="nl-NL"/>
        </w:rPr>
      </w:pPr>
    </w:p>
    <w:p w14:paraId="726ED98C" w14:textId="77777777" w:rsidR="00EC24B2" w:rsidRPr="009B1232" w:rsidRDefault="00AC7A97" w:rsidP="00062DB0">
      <w:pPr>
        <w:spacing w:after="0" w:line="240" w:lineRule="auto"/>
        <w:jc w:val="center"/>
        <w:rPr>
          <w:sz w:val="28"/>
          <w:szCs w:val="28"/>
          <w:lang w:val="nl-NL"/>
        </w:rPr>
      </w:pPr>
      <w:r w:rsidRPr="009B1232">
        <w:rPr>
          <w:b/>
          <w:sz w:val="28"/>
          <w:szCs w:val="28"/>
          <w:lang w:val="nl-NL"/>
        </w:rPr>
        <w:t>QUYẾT ĐỊNH</w:t>
      </w:r>
    </w:p>
    <w:p w14:paraId="219CBEAE" w14:textId="4D68B264" w:rsidR="00EC24B2" w:rsidRPr="007374CE" w:rsidRDefault="00AC7A97" w:rsidP="00062DB0">
      <w:pPr>
        <w:spacing w:after="0" w:line="240" w:lineRule="auto"/>
        <w:jc w:val="center"/>
        <w:rPr>
          <w:b/>
          <w:sz w:val="28"/>
          <w:lang w:val="nl-NL"/>
        </w:rPr>
      </w:pPr>
      <w:r w:rsidRPr="007374CE">
        <w:rPr>
          <w:b/>
          <w:sz w:val="28"/>
          <w:lang w:val="nl-NL"/>
        </w:rPr>
        <w:t>Về việc quy định chức năng, nhiệm vụ, quyền hạn và cơ cấu tổ chức của</w:t>
      </w:r>
      <w:r w:rsidR="007374CE">
        <w:rPr>
          <w:b/>
          <w:sz w:val="28"/>
          <w:lang w:val="nl-NL"/>
        </w:rPr>
        <w:t xml:space="preserve"> </w:t>
      </w:r>
      <w:r w:rsidRPr="007374CE">
        <w:rPr>
          <w:b/>
          <w:sz w:val="28"/>
          <w:lang w:val="nl-NL"/>
        </w:rPr>
        <w:t>Chi cục Thủy lợi và Tài nguyên nước trực thuộc Sở Nông nghiệp và Môi trường</w:t>
      </w:r>
    </w:p>
    <w:p w14:paraId="154BE591" w14:textId="7A85D635" w:rsidR="000469B4" w:rsidRPr="009B1232" w:rsidRDefault="007374CE">
      <w:pPr>
        <w:spacing w:after="0"/>
        <w:jc w:val="center"/>
        <w:rPr>
          <w:lang w:val="nl-NL"/>
        </w:rPr>
      </w:pPr>
      <w:r>
        <w:rPr>
          <w:noProof/>
          <w:lang w:val="nl-NL"/>
        </w:rPr>
        <mc:AlternateContent>
          <mc:Choice Requires="wps">
            <w:drawing>
              <wp:anchor distT="0" distB="0" distL="114300" distR="114300" simplePos="0" relativeHeight="251673088" behindDoc="0" locked="0" layoutInCell="1" allowOverlap="1" wp14:anchorId="7B7798F9" wp14:editId="6F94067A">
                <wp:simplePos x="0" y="0"/>
                <wp:positionH relativeFrom="column">
                  <wp:posOffset>1925320</wp:posOffset>
                </wp:positionH>
                <wp:positionV relativeFrom="paragraph">
                  <wp:posOffset>28575</wp:posOffset>
                </wp:positionV>
                <wp:extent cx="2552700" cy="0"/>
                <wp:effectExtent l="0" t="0" r="0" b="0"/>
                <wp:wrapNone/>
                <wp:docPr id="1068141423" name="Straight Connector 2"/>
                <wp:cNvGraphicFramePr/>
                <a:graphic xmlns:a="http://schemas.openxmlformats.org/drawingml/2006/main">
                  <a:graphicData uri="http://schemas.microsoft.com/office/word/2010/wordprocessingShape">
                    <wps:wsp>
                      <wps:cNvCnPr/>
                      <wps:spPr>
                        <a:xfrm>
                          <a:off x="0" y="0"/>
                          <a:ext cx="2552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4CA08E" id="Straight Connector 2"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151.6pt,2.25pt" to="352.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" strokecolor="black [3040]"/>
            </w:pict>
          </mc:Fallback>
        </mc:AlternateContent>
      </w:r>
    </w:p>
    <w:p w14:paraId="3840929D" w14:textId="77777777" w:rsidR="00062DB0" w:rsidRPr="009B1232" w:rsidRDefault="00062DB0">
      <w:pPr>
        <w:spacing w:after="0"/>
        <w:jc w:val="center"/>
        <w:rPr>
          <w:b/>
          <w:sz w:val="18"/>
          <w:szCs w:val="18"/>
          <w:lang w:val="nl-NL"/>
        </w:rPr>
      </w:pPr>
    </w:p>
    <w:p w14:paraId="1BB2A2AD" w14:textId="2B6E0EF5" w:rsidR="00EC24B2" w:rsidRPr="009B1232" w:rsidRDefault="00AC7A97">
      <w:pPr>
        <w:spacing w:after="0"/>
        <w:jc w:val="center"/>
        <w:rPr>
          <w:b/>
          <w:sz w:val="28"/>
          <w:szCs w:val="28"/>
          <w:lang w:val="nl-NL"/>
        </w:rPr>
      </w:pPr>
      <w:r w:rsidRPr="009B1232">
        <w:rPr>
          <w:b/>
          <w:sz w:val="28"/>
          <w:szCs w:val="28"/>
          <w:lang w:val="nl-NL"/>
        </w:rPr>
        <w:t>ỦY BAN NHÂN DÂN TỈNH SƠN LA</w:t>
      </w:r>
    </w:p>
    <w:p w14:paraId="2F1786C3" w14:textId="77777777" w:rsidR="000469B4" w:rsidRPr="009B1232" w:rsidRDefault="000469B4">
      <w:pPr>
        <w:spacing w:after="0"/>
        <w:jc w:val="center"/>
        <w:rPr>
          <w:sz w:val="18"/>
          <w:szCs w:val="14"/>
          <w:lang w:val="nl-NL"/>
        </w:rPr>
      </w:pPr>
    </w:p>
    <w:p w14:paraId="3499BE5B" w14:textId="672FB180" w:rsidR="00EC24B2" w:rsidRPr="007374CE" w:rsidRDefault="00AC7A97" w:rsidP="007374CE">
      <w:pPr>
        <w:spacing w:before="120" w:after="0" w:line="240" w:lineRule="auto"/>
        <w:ind w:firstLine="720"/>
        <w:jc w:val="both"/>
        <w:rPr>
          <w:sz w:val="28"/>
          <w:szCs w:val="28"/>
          <w:lang w:val="nl-NL"/>
        </w:rPr>
      </w:pPr>
      <w:r w:rsidRPr="007374CE">
        <w:rPr>
          <w:i/>
          <w:sz w:val="28"/>
          <w:szCs w:val="28"/>
          <w:lang w:val="nl-NL"/>
        </w:rPr>
        <w:t xml:space="preserve">Căn cứ Luật Tổ chức </w:t>
      </w:r>
      <w:r w:rsidR="007374CE">
        <w:rPr>
          <w:i/>
          <w:sz w:val="28"/>
          <w:szCs w:val="28"/>
          <w:lang w:val="nl-NL"/>
        </w:rPr>
        <w:t>C</w:t>
      </w:r>
      <w:r w:rsidRPr="007374CE">
        <w:rPr>
          <w:i/>
          <w:sz w:val="28"/>
          <w:szCs w:val="28"/>
          <w:lang w:val="nl-NL"/>
        </w:rPr>
        <w:t>hính quyền địa phương số 72/2025/QH15;</w:t>
      </w:r>
    </w:p>
    <w:p w14:paraId="092888E5" w14:textId="541F2DF5" w:rsidR="00EC24B2" w:rsidRPr="007374CE" w:rsidRDefault="00AC7A97" w:rsidP="007374CE">
      <w:pPr>
        <w:spacing w:before="120" w:after="0" w:line="240" w:lineRule="auto"/>
        <w:ind w:firstLine="720"/>
        <w:jc w:val="both"/>
        <w:rPr>
          <w:sz w:val="28"/>
          <w:szCs w:val="28"/>
          <w:lang w:val="nl-NL"/>
        </w:rPr>
      </w:pPr>
      <w:r w:rsidRPr="007374CE">
        <w:rPr>
          <w:i/>
          <w:sz w:val="28"/>
          <w:szCs w:val="28"/>
          <w:lang w:val="nl-NL"/>
        </w:rPr>
        <w:t>Căn cứ Luật Phòng, chống thiên tai số 33/2013/QH13 được sửa đổi, bổ sung bởi Luật số 60/2020/QH14, Luật số 18/2023/QH15, Luật số 47/2024/QH15, Luật số 55/2024/QH15 và Luật số 146/2025/QH15;</w:t>
      </w:r>
    </w:p>
    <w:p w14:paraId="731878E1" w14:textId="7739BD99" w:rsidR="00EC24B2" w:rsidRPr="007374CE" w:rsidRDefault="00AC7A97" w:rsidP="007374CE">
      <w:pPr>
        <w:spacing w:before="120" w:after="0" w:line="240" w:lineRule="auto"/>
        <w:ind w:firstLine="720"/>
        <w:jc w:val="both"/>
        <w:rPr>
          <w:sz w:val="28"/>
          <w:szCs w:val="28"/>
          <w:lang w:val="nl-NL"/>
        </w:rPr>
      </w:pPr>
      <w:r w:rsidRPr="007374CE">
        <w:rPr>
          <w:i/>
          <w:sz w:val="28"/>
          <w:szCs w:val="28"/>
          <w:lang w:val="nl-NL"/>
        </w:rPr>
        <w:t>Căn cứ Luật Khí tượng thủy văn số 90/2015/QH13 được sửa đổi, bổ sung một số điều bởi Luật số 146/2025/QH15;</w:t>
      </w:r>
    </w:p>
    <w:p w14:paraId="0CE238B7" w14:textId="77777777" w:rsidR="00EC24B2" w:rsidRPr="007374CE" w:rsidRDefault="00AC7A97" w:rsidP="007374CE">
      <w:pPr>
        <w:spacing w:before="120" w:after="0" w:line="240" w:lineRule="auto"/>
        <w:ind w:firstLine="720"/>
        <w:jc w:val="both"/>
        <w:rPr>
          <w:sz w:val="28"/>
          <w:szCs w:val="28"/>
          <w:lang w:val="nl-NL"/>
        </w:rPr>
      </w:pPr>
      <w:r w:rsidRPr="007374CE">
        <w:rPr>
          <w:i/>
          <w:sz w:val="28"/>
          <w:szCs w:val="28"/>
          <w:lang w:val="nl-NL"/>
        </w:rPr>
        <w:t>Căn cứ Luật Thủy lợi số 08/2017/QH14;</w:t>
      </w:r>
    </w:p>
    <w:p w14:paraId="5DA68A63" w14:textId="77777777" w:rsidR="00EC24B2" w:rsidRPr="007374CE" w:rsidRDefault="00AC7A97" w:rsidP="007374CE">
      <w:pPr>
        <w:spacing w:before="120" w:after="0" w:line="240" w:lineRule="auto"/>
        <w:ind w:firstLine="720"/>
        <w:jc w:val="both"/>
        <w:rPr>
          <w:sz w:val="28"/>
          <w:szCs w:val="28"/>
          <w:lang w:val="nl-NL"/>
        </w:rPr>
      </w:pPr>
      <w:r w:rsidRPr="007374CE">
        <w:rPr>
          <w:i/>
          <w:sz w:val="28"/>
          <w:szCs w:val="28"/>
          <w:lang w:val="nl-NL"/>
        </w:rPr>
        <w:t>Căn cứ Luật Tài nguyên nước số 28/2023/QH15;</w:t>
      </w:r>
    </w:p>
    <w:p w14:paraId="5917E3DC" w14:textId="59197319" w:rsidR="00EC24B2" w:rsidRPr="007374CE" w:rsidRDefault="00AC7A97" w:rsidP="007374CE">
      <w:pPr>
        <w:spacing w:before="120" w:after="0" w:line="240" w:lineRule="auto"/>
        <w:ind w:firstLine="720"/>
        <w:jc w:val="both"/>
        <w:rPr>
          <w:sz w:val="28"/>
          <w:szCs w:val="28"/>
          <w:lang w:val="nl-NL"/>
        </w:rPr>
      </w:pPr>
      <w:r w:rsidRPr="007374CE">
        <w:rPr>
          <w:i/>
          <w:sz w:val="28"/>
          <w:szCs w:val="28"/>
          <w:lang w:val="nl-NL"/>
        </w:rPr>
        <w:t>Căn cứ Nghị định số 150/2025/NĐ-CP ngày 12</w:t>
      </w:r>
      <w:r w:rsidR="007374CE">
        <w:rPr>
          <w:i/>
          <w:sz w:val="28"/>
          <w:szCs w:val="28"/>
          <w:lang w:val="nl-NL"/>
        </w:rPr>
        <w:t xml:space="preserve"> tháng </w:t>
      </w:r>
      <w:r w:rsidR="003A7468" w:rsidRPr="007374CE">
        <w:rPr>
          <w:i/>
          <w:sz w:val="28"/>
          <w:szCs w:val="28"/>
          <w:lang w:val="nl-NL"/>
        </w:rPr>
        <w:t>6</w:t>
      </w:r>
      <w:r w:rsidR="007374CE">
        <w:rPr>
          <w:i/>
          <w:sz w:val="28"/>
          <w:szCs w:val="28"/>
          <w:lang w:val="nl-NL"/>
        </w:rPr>
        <w:t xml:space="preserve"> năm </w:t>
      </w:r>
      <w:r w:rsidRPr="007374CE">
        <w:rPr>
          <w:i/>
          <w:sz w:val="28"/>
          <w:szCs w:val="28"/>
          <w:lang w:val="nl-NL"/>
        </w:rPr>
        <w:t xml:space="preserve">2025 của Chính phủ quy định tổ chức các cơ quan chuyên môn thuộc </w:t>
      </w:r>
      <w:r w:rsidR="007374CE">
        <w:rPr>
          <w:i/>
          <w:sz w:val="28"/>
          <w:szCs w:val="28"/>
          <w:lang w:val="nl-NL"/>
        </w:rPr>
        <w:t>UBND</w:t>
      </w:r>
      <w:r w:rsidRPr="007374CE">
        <w:rPr>
          <w:i/>
          <w:sz w:val="28"/>
          <w:szCs w:val="28"/>
          <w:lang w:val="nl-NL"/>
        </w:rPr>
        <w:t xml:space="preserve"> tỉnh, thành phố trực thuộc trung ương và </w:t>
      </w:r>
      <w:r w:rsidR="007374CE">
        <w:rPr>
          <w:i/>
          <w:sz w:val="28"/>
          <w:szCs w:val="28"/>
          <w:lang w:val="nl-NL"/>
        </w:rPr>
        <w:t>UBND</w:t>
      </w:r>
      <w:r w:rsidRPr="007374CE">
        <w:rPr>
          <w:i/>
          <w:sz w:val="28"/>
          <w:szCs w:val="28"/>
          <w:lang w:val="nl-NL"/>
        </w:rPr>
        <w:t xml:space="preserve"> huyện, quận, thị xã, thành phố thuộc tỉnh, thành phố thuộc thành phố trực thuộc trung ương được sửa đổi, bổ sung bởi Nghị định số 370/2025/NĐ-CP ngày 31</w:t>
      </w:r>
      <w:r w:rsidR="007374CE">
        <w:rPr>
          <w:i/>
          <w:sz w:val="28"/>
          <w:szCs w:val="28"/>
          <w:lang w:val="nl-NL"/>
        </w:rPr>
        <w:t xml:space="preserve"> tháng </w:t>
      </w:r>
      <w:r w:rsidR="003A7468" w:rsidRPr="007374CE">
        <w:rPr>
          <w:i/>
          <w:sz w:val="28"/>
          <w:szCs w:val="28"/>
          <w:lang w:val="nl-NL"/>
        </w:rPr>
        <w:t>12</w:t>
      </w:r>
      <w:r w:rsidR="007374CE">
        <w:rPr>
          <w:i/>
          <w:sz w:val="28"/>
          <w:szCs w:val="28"/>
          <w:lang w:val="nl-NL"/>
        </w:rPr>
        <w:t xml:space="preserve"> năm </w:t>
      </w:r>
      <w:r w:rsidRPr="007374CE">
        <w:rPr>
          <w:i/>
          <w:sz w:val="28"/>
          <w:szCs w:val="28"/>
          <w:lang w:val="nl-NL"/>
        </w:rPr>
        <w:t>2025 của Chính phủ;</w:t>
      </w:r>
    </w:p>
    <w:p w14:paraId="048D5E58" w14:textId="67DF3A4E" w:rsidR="00EC24B2" w:rsidRPr="007374CE" w:rsidRDefault="00AC7A97" w:rsidP="007374CE">
      <w:pPr>
        <w:spacing w:before="120" w:after="0" w:line="240" w:lineRule="auto"/>
        <w:ind w:firstLine="720"/>
        <w:jc w:val="both"/>
        <w:rPr>
          <w:sz w:val="28"/>
          <w:szCs w:val="28"/>
          <w:lang w:val="nl-NL"/>
        </w:rPr>
      </w:pPr>
      <w:r w:rsidRPr="007374CE">
        <w:rPr>
          <w:i/>
          <w:sz w:val="28"/>
          <w:szCs w:val="28"/>
          <w:lang w:val="nl-NL"/>
        </w:rPr>
        <w:t>Căn cứ Thông tư số 19/2025/TT-BNNMT ngày 19</w:t>
      </w:r>
      <w:r w:rsidR="007374CE">
        <w:rPr>
          <w:i/>
          <w:sz w:val="28"/>
          <w:szCs w:val="28"/>
          <w:lang w:val="nl-NL"/>
        </w:rPr>
        <w:t xml:space="preserve"> tháng </w:t>
      </w:r>
      <w:r w:rsidR="003A7468" w:rsidRPr="007374CE">
        <w:rPr>
          <w:i/>
          <w:sz w:val="28"/>
          <w:szCs w:val="28"/>
          <w:lang w:val="nl-NL"/>
        </w:rPr>
        <w:t>6</w:t>
      </w:r>
      <w:r w:rsidR="007374CE">
        <w:rPr>
          <w:i/>
          <w:sz w:val="28"/>
          <w:szCs w:val="28"/>
          <w:lang w:val="nl-NL"/>
        </w:rPr>
        <w:t xml:space="preserve"> năm </w:t>
      </w:r>
      <w:r w:rsidRPr="007374CE">
        <w:rPr>
          <w:i/>
          <w:sz w:val="28"/>
          <w:szCs w:val="28"/>
          <w:lang w:val="nl-NL"/>
        </w:rPr>
        <w:t xml:space="preserve">2025 của Bộ trưởng Bộ Nông nghiệp và Môi trường hướng dẫn chức năng, nhiệm vụ, quyền hạn của cơ quan chuyên môn về Nông nghiệp và Môi trường thuộc </w:t>
      </w:r>
      <w:r w:rsidR="007374CE">
        <w:rPr>
          <w:i/>
          <w:sz w:val="28"/>
          <w:szCs w:val="28"/>
          <w:lang w:val="nl-NL"/>
        </w:rPr>
        <w:t>UBND</w:t>
      </w:r>
      <w:r w:rsidRPr="007374CE">
        <w:rPr>
          <w:i/>
          <w:sz w:val="28"/>
          <w:szCs w:val="28"/>
          <w:lang w:val="nl-NL"/>
        </w:rPr>
        <w:t xml:space="preserve"> tỉnh, thành phố trực thuộc trung ương và </w:t>
      </w:r>
      <w:r w:rsidR="007374CE">
        <w:rPr>
          <w:i/>
          <w:sz w:val="28"/>
          <w:szCs w:val="28"/>
          <w:lang w:val="nl-NL"/>
        </w:rPr>
        <w:t>UBND</w:t>
      </w:r>
      <w:r w:rsidRPr="007374CE">
        <w:rPr>
          <w:i/>
          <w:sz w:val="28"/>
          <w:szCs w:val="28"/>
          <w:lang w:val="nl-NL"/>
        </w:rPr>
        <w:t xml:space="preserve"> xã, phường, đặc khu thuộc tỉnh, thành phố trực thuộc trung ương;</w:t>
      </w:r>
    </w:p>
    <w:p w14:paraId="3E690D44" w14:textId="685BE1E1" w:rsidR="00EC24B2" w:rsidRPr="007374CE" w:rsidRDefault="00AC7A97" w:rsidP="007374CE">
      <w:pPr>
        <w:spacing w:before="120" w:after="0" w:line="240" w:lineRule="auto"/>
        <w:ind w:firstLine="720"/>
        <w:jc w:val="both"/>
        <w:rPr>
          <w:sz w:val="28"/>
          <w:szCs w:val="28"/>
          <w:lang w:val="nl-NL"/>
        </w:rPr>
      </w:pPr>
      <w:r w:rsidRPr="007374CE">
        <w:rPr>
          <w:i/>
          <w:sz w:val="28"/>
          <w:szCs w:val="28"/>
          <w:lang w:val="nl-NL"/>
        </w:rPr>
        <w:t>Căn cứ Quyết định số 552/QĐ-UBND ngày 24</w:t>
      </w:r>
      <w:r w:rsidR="007374CE">
        <w:rPr>
          <w:i/>
          <w:sz w:val="28"/>
          <w:szCs w:val="28"/>
          <w:lang w:val="nl-NL"/>
        </w:rPr>
        <w:t xml:space="preserve"> tháng </w:t>
      </w:r>
      <w:r w:rsidR="003A7468" w:rsidRPr="007374CE">
        <w:rPr>
          <w:i/>
          <w:sz w:val="28"/>
          <w:szCs w:val="28"/>
          <w:lang w:val="nl-NL"/>
        </w:rPr>
        <w:t>02</w:t>
      </w:r>
      <w:r w:rsidR="007374CE">
        <w:rPr>
          <w:i/>
          <w:sz w:val="28"/>
          <w:szCs w:val="28"/>
          <w:lang w:val="nl-NL"/>
        </w:rPr>
        <w:t xml:space="preserve"> năm </w:t>
      </w:r>
      <w:r w:rsidRPr="007374CE">
        <w:rPr>
          <w:i/>
          <w:sz w:val="28"/>
          <w:szCs w:val="28"/>
          <w:lang w:val="nl-NL"/>
        </w:rPr>
        <w:t xml:space="preserve">2026 của </w:t>
      </w:r>
      <w:r w:rsidR="007374CE">
        <w:rPr>
          <w:i/>
          <w:sz w:val="28"/>
          <w:szCs w:val="28"/>
          <w:lang w:val="nl-NL"/>
        </w:rPr>
        <w:t>UBND</w:t>
      </w:r>
      <w:r w:rsidRPr="007374CE">
        <w:rPr>
          <w:i/>
          <w:sz w:val="28"/>
          <w:szCs w:val="28"/>
          <w:lang w:val="nl-NL"/>
        </w:rPr>
        <w:t xml:space="preserve"> tỉnh Sơn La về việc quy định chức năng, nhiệm vụ, quyền hạn và cơ cấu tổ chức của Sở Nông nghiệp và Môi trường tỉnh Sơn La;</w:t>
      </w:r>
    </w:p>
    <w:p w14:paraId="5F2EC57D" w14:textId="7469575E" w:rsidR="00EC24B2" w:rsidRPr="007374CE" w:rsidRDefault="00AC7A97" w:rsidP="007374CE">
      <w:pPr>
        <w:spacing w:before="120" w:after="0" w:line="240" w:lineRule="auto"/>
        <w:ind w:firstLine="720"/>
        <w:jc w:val="both"/>
        <w:rPr>
          <w:i/>
          <w:sz w:val="28"/>
          <w:szCs w:val="28"/>
          <w:lang w:val="nl-NL"/>
        </w:rPr>
      </w:pPr>
      <w:r w:rsidRPr="007374CE">
        <w:rPr>
          <w:i/>
          <w:sz w:val="28"/>
          <w:szCs w:val="28"/>
          <w:lang w:val="nl-NL"/>
        </w:rPr>
        <w:t xml:space="preserve">Theo đề nghị của Giám đốc Sở Nông nghiệp và Môi trường tại Tờ trình số        </w:t>
      </w:r>
      <w:r w:rsidR="003A7468" w:rsidRPr="007374CE">
        <w:rPr>
          <w:i/>
          <w:sz w:val="28"/>
          <w:szCs w:val="28"/>
          <w:lang w:val="nl-NL"/>
        </w:rPr>
        <w:t>781</w:t>
      </w:r>
      <w:r w:rsidRPr="007374CE">
        <w:rPr>
          <w:i/>
          <w:sz w:val="28"/>
          <w:szCs w:val="28"/>
          <w:lang w:val="nl-NL"/>
        </w:rPr>
        <w:t xml:space="preserve">/TTr-SNNMT ngày </w:t>
      </w:r>
      <w:r w:rsidR="003A7468" w:rsidRPr="007374CE">
        <w:rPr>
          <w:i/>
          <w:sz w:val="28"/>
          <w:szCs w:val="28"/>
          <w:lang w:val="nl-NL"/>
        </w:rPr>
        <w:t>10</w:t>
      </w:r>
      <w:r w:rsidR="007374CE">
        <w:rPr>
          <w:i/>
          <w:sz w:val="28"/>
          <w:szCs w:val="28"/>
          <w:lang w:val="nl-NL"/>
        </w:rPr>
        <w:t xml:space="preserve"> tháng </w:t>
      </w:r>
      <w:r w:rsidR="003A7468" w:rsidRPr="007374CE">
        <w:rPr>
          <w:i/>
          <w:sz w:val="28"/>
          <w:szCs w:val="28"/>
          <w:lang w:val="nl-NL"/>
        </w:rPr>
        <w:t>7</w:t>
      </w:r>
      <w:r w:rsidR="007374CE">
        <w:rPr>
          <w:i/>
          <w:sz w:val="28"/>
          <w:szCs w:val="28"/>
          <w:lang w:val="nl-NL"/>
        </w:rPr>
        <w:t xml:space="preserve"> năm </w:t>
      </w:r>
      <w:r w:rsidRPr="007374CE">
        <w:rPr>
          <w:i/>
          <w:sz w:val="28"/>
          <w:szCs w:val="28"/>
          <w:lang w:val="nl-NL"/>
        </w:rPr>
        <w:t>2026.</w:t>
      </w:r>
    </w:p>
    <w:p w14:paraId="205B39CF" w14:textId="77777777" w:rsidR="000469B4" w:rsidRPr="007374CE" w:rsidRDefault="000469B4" w:rsidP="007374CE">
      <w:pPr>
        <w:spacing w:before="120" w:after="120" w:line="240" w:lineRule="auto"/>
        <w:ind w:firstLine="567"/>
        <w:jc w:val="both"/>
        <w:rPr>
          <w:sz w:val="2"/>
          <w:szCs w:val="2"/>
          <w:lang w:val="nl-NL"/>
        </w:rPr>
      </w:pPr>
    </w:p>
    <w:p w14:paraId="66C5752A" w14:textId="77777777" w:rsidR="00EC24B2" w:rsidRPr="009B1232" w:rsidRDefault="00AC7A97" w:rsidP="007374CE">
      <w:pPr>
        <w:spacing w:before="120" w:after="120" w:line="240" w:lineRule="auto"/>
        <w:jc w:val="center"/>
        <w:rPr>
          <w:b/>
          <w:sz w:val="28"/>
          <w:szCs w:val="28"/>
          <w:lang w:val="nl-NL"/>
        </w:rPr>
      </w:pPr>
      <w:r w:rsidRPr="009B1232">
        <w:rPr>
          <w:b/>
          <w:sz w:val="28"/>
          <w:szCs w:val="28"/>
          <w:lang w:val="nl-NL"/>
        </w:rPr>
        <w:t>QUYẾT ĐỊNH:</w:t>
      </w:r>
    </w:p>
    <w:p w14:paraId="1164BFC6" w14:textId="77777777" w:rsidR="00EC24B2" w:rsidRPr="009B1232" w:rsidRDefault="00AC7A97" w:rsidP="000469B4">
      <w:pPr>
        <w:spacing w:before="120" w:after="0" w:line="240" w:lineRule="auto"/>
        <w:ind w:firstLine="567"/>
        <w:jc w:val="both"/>
        <w:rPr>
          <w:sz w:val="28"/>
          <w:szCs w:val="28"/>
          <w:lang w:val="nl-NL"/>
        </w:rPr>
      </w:pPr>
      <w:r w:rsidRPr="009B1232">
        <w:rPr>
          <w:b/>
          <w:sz w:val="28"/>
          <w:szCs w:val="28"/>
          <w:lang w:val="nl-NL"/>
        </w:rPr>
        <w:t xml:space="preserve">Điều 1. </w:t>
      </w:r>
      <w:r w:rsidRPr="009B1232">
        <w:rPr>
          <w:sz w:val="28"/>
          <w:szCs w:val="28"/>
          <w:lang w:val="nl-NL"/>
        </w:rPr>
        <w:t>Ban hành kèm theo Quyết định này Quy định chức năng, nhiệm vụ, quyền hạn và cơ cấu tổ chức của Chi cục Thủy lợi và Tài nguyên nước trực thuộc Sở Nông nghiệp và Môi trường.</w:t>
      </w:r>
    </w:p>
    <w:p w14:paraId="611DDC41" w14:textId="0262ED24" w:rsidR="00EC24B2" w:rsidRPr="009B1232" w:rsidRDefault="00AC7A97" w:rsidP="000469B4">
      <w:pPr>
        <w:spacing w:before="120" w:after="0" w:line="240" w:lineRule="auto"/>
        <w:ind w:firstLine="567"/>
        <w:jc w:val="both"/>
        <w:rPr>
          <w:sz w:val="28"/>
          <w:szCs w:val="28"/>
          <w:lang w:val="nl-NL"/>
        </w:rPr>
      </w:pPr>
      <w:r w:rsidRPr="009B1232">
        <w:rPr>
          <w:b/>
          <w:sz w:val="28"/>
          <w:szCs w:val="28"/>
          <w:lang w:val="nl-NL"/>
        </w:rPr>
        <w:lastRenderedPageBreak/>
        <w:t>Điều 2.</w:t>
      </w:r>
      <w:r w:rsidRPr="009B1232">
        <w:rPr>
          <w:sz w:val="28"/>
          <w:szCs w:val="28"/>
          <w:lang w:val="nl-NL"/>
        </w:rPr>
        <w:t xml:space="preserve"> Quyết định này có hiệu lực thi hành kể từ ngày </w:t>
      </w:r>
      <w:r w:rsidR="009B1232" w:rsidRPr="009B1232">
        <w:rPr>
          <w:sz w:val="28"/>
          <w:szCs w:val="28"/>
          <w:lang w:val="nl-NL"/>
        </w:rPr>
        <w:t>ký</w:t>
      </w:r>
      <w:r w:rsidR="009B1232">
        <w:rPr>
          <w:sz w:val="28"/>
          <w:szCs w:val="28"/>
          <w:lang w:val="nl-NL"/>
        </w:rPr>
        <w:t>.</w:t>
      </w:r>
    </w:p>
    <w:p w14:paraId="519794D6" w14:textId="781AEB64" w:rsidR="00EC24B2" w:rsidRPr="009B1232" w:rsidRDefault="00AC7A97" w:rsidP="000469B4">
      <w:pPr>
        <w:spacing w:before="120" w:after="0" w:line="240" w:lineRule="auto"/>
        <w:ind w:firstLine="567"/>
        <w:jc w:val="both"/>
        <w:rPr>
          <w:sz w:val="28"/>
          <w:szCs w:val="28"/>
          <w:lang w:val="nl-NL"/>
        </w:rPr>
      </w:pPr>
      <w:r w:rsidRPr="007C27BD">
        <w:rPr>
          <w:b/>
          <w:spacing w:val="-4"/>
          <w:sz w:val="28"/>
          <w:szCs w:val="28"/>
          <w:lang w:val="nl-NL"/>
        </w:rPr>
        <w:t xml:space="preserve">Điều 3. </w:t>
      </w:r>
      <w:r w:rsidR="00C3313B" w:rsidRPr="007C27BD">
        <w:rPr>
          <w:spacing w:val="-4"/>
          <w:sz w:val="28"/>
          <w:szCs w:val="28"/>
          <w:lang w:val="nl-NL"/>
        </w:rPr>
        <w:t xml:space="preserve">Chánh Văn phòng </w:t>
      </w:r>
      <w:r w:rsidR="007C27BD" w:rsidRPr="007C27BD">
        <w:rPr>
          <w:spacing w:val="-4"/>
          <w:sz w:val="28"/>
          <w:szCs w:val="28"/>
          <w:lang w:val="nl-NL"/>
        </w:rPr>
        <w:t>UBND</w:t>
      </w:r>
      <w:r w:rsidR="00C3313B" w:rsidRPr="007C27BD">
        <w:rPr>
          <w:spacing w:val="-4"/>
          <w:sz w:val="28"/>
          <w:szCs w:val="28"/>
          <w:lang w:val="nl-NL"/>
        </w:rPr>
        <w:t xml:space="preserve"> tỉnh; Giám đốc Sở Nông nghiệp và Môi trường;</w:t>
      </w:r>
      <w:r w:rsidR="00C3313B" w:rsidRPr="009B1232">
        <w:rPr>
          <w:sz w:val="28"/>
          <w:szCs w:val="28"/>
          <w:lang w:val="nl-NL"/>
        </w:rPr>
        <w:t xml:space="preserve"> Thủ trưởng các sở, ban, ngành tỉnh; Chủ tịch </w:t>
      </w:r>
      <w:r w:rsidR="007C27BD">
        <w:rPr>
          <w:sz w:val="28"/>
          <w:szCs w:val="28"/>
          <w:lang w:val="nl-NL"/>
        </w:rPr>
        <w:t>UBND</w:t>
      </w:r>
      <w:r w:rsidR="00C3313B" w:rsidRPr="009B1232">
        <w:rPr>
          <w:sz w:val="28"/>
          <w:szCs w:val="28"/>
          <w:lang w:val="nl-NL"/>
        </w:rPr>
        <w:t xml:space="preserve"> các xã, phường và các tổ chức, cá nhân có liên quan chịu trách nhiệm thi hành Quyết định này</w:t>
      </w:r>
      <w:r w:rsidRPr="009B1232">
        <w:rPr>
          <w:sz w:val="28"/>
          <w:szCs w:val="28"/>
          <w:lang w:val="nl-NL"/>
        </w:rPr>
        <w:t>./.</w:t>
      </w:r>
    </w:p>
    <w:p w14:paraId="3F35ACCF" w14:textId="77777777" w:rsidR="000469B4" w:rsidRPr="007C27BD" w:rsidRDefault="000469B4" w:rsidP="000469B4">
      <w:pPr>
        <w:spacing w:before="120" w:after="0" w:line="240" w:lineRule="auto"/>
        <w:ind w:firstLine="567"/>
        <w:jc w:val="both"/>
        <w:rPr>
          <w:sz w:val="2"/>
          <w:szCs w:val="2"/>
          <w:lang w:val="nl-NL"/>
        </w:rPr>
      </w:pPr>
    </w:p>
    <w:tbl>
      <w:tblPr>
        <w:tblW w:w="0" w:type="auto"/>
        <w:jc w:val="center"/>
        <w:tblLook w:val="04A0" w:firstRow="1" w:lastRow="0" w:firstColumn="1" w:lastColumn="0" w:noHBand="0" w:noVBand="1"/>
      </w:tblPr>
      <w:tblGrid>
        <w:gridCol w:w="4675"/>
        <w:gridCol w:w="4680"/>
      </w:tblGrid>
      <w:tr w:rsidR="00686A31" w:rsidRPr="00E677A3" w14:paraId="14AE79B1" w14:textId="77777777" w:rsidTr="00DD2831">
        <w:trPr>
          <w:jc w:val="center"/>
        </w:trPr>
        <w:tc>
          <w:tcPr>
            <w:tcW w:w="4702" w:type="dxa"/>
            <w:tcBorders>
              <w:top w:val="nil"/>
              <w:left w:val="nil"/>
              <w:bottom w:val="nil"/>
              <w:right w:val="nil"/>
            </w:tcBorders>
          </w:tcPr>
          <w:p w14:paraId="09335D97" w14:textId="1A3BE5D9" w:rsidR="00EC24B2" w:rsidRPr="009B1232" w:rsidRDefault="007C27BD" w:rsidP="00DD2831">
            <w:pPr>
              <w:spacing w:after="0" w:line="240" w:lineRule="auto"/>
              <w:rPr>
                <w:lang w:val="nl-NL"/>
              </w:rPr>
            </w:pPr>
            <w:r>
              <w:rPr>
                <w:b/>
                <w:i/>
                <w:sz w:val="24"/>
                <w:lang w:val="nl-NL"/>
              </w:rPr>
              <w:t xml:space="preserve"> </w:t>
            </w:r>
          </w:p>
        </w:tc>
        <w:tc>
          <w:tcPr>
            <w:tcW w:w="4702" w:type="dxa"/>
            <w:tcBorders>
              <w:top w:val="nil"/>
              <w:left w:val="nil"/>
              <w:bottom w:val="nil"/>
              <w:right w:val="nil"/>
            </w:tcBorders>
            <w:vAlign w:val="center"/>
          </w:tcPr>
          <w:p w14:paraId="3D2D7A02" w14:textId="61A2372F" w:rsidR="00EC24B2" w:rsidRPr="00E677A3" w:rsidRDefault="00AC7A97" w:rsidP="007C27BD">
            <w:pPr>
              <w:spacing w:after="0" w:line="240" w:lineRule="auto"/>
              <w:jc w:val="center"/>
            </w:pPr>
            <w:r w:rsidRPr="007C27BD">
              <w:rPr>
                <w:b/>
                <w:sz w:val="24"/>
                <w:szCs w:val="20"/>
              </w:rPr>
              <w:t>TM. ỦY BAN NHÂN DÂN</w:t>
            </w:r>
            <w:r w:rsidRPr="007C27BD">
              <w:rPr>
                <w:sz w:val="24"/>
                <w:szCs w:val="20"/>
              </w:rPr>
              <w:br/>
            </w:r>
            <w:r w:rsidRPr="007C27BD">
              <w:rPr>
                <w:b/>
                <w:sz w:val="24"/>
                <w:szCs w:val="20"/>
              </w:rPr>
              <w:t>KT. CHỦ TỊCH</w:t>
            </w:r>
            <w:r w:rsidRPr="007C27BD">
              <w:rPr>
                <w:sz w:val="24"/>
                <w:szCs w:val="20"/>
              </w:rPr>
              <w:br/>
            </w:r>
            <w:r w:rsidRPr="007C27BD">
              <w:rPr>
                <w:b/>
                <w:sz w:val="24"/>
                <w:szCs w:val="20"/>
              </w:rPr>
              <w:t>PHÓ CHỦ TỊCH</w:t>
            </w:r>
            <w:r w:rsidRPr="007C27BD">
              <w:rPr>
                <w:sz w:val="24"/>
                <w:szCs w:val="20"/>
              </w:rPr>
              <w:br/>
            </w:r>
            <w:r w:rsidRPr="007C27BD">
              <w:rPr>
                <w:sz w:val="24"/>
                <w:szCs w:val="20"/>
              </w:rPr>
              <w:br/>
            </w:r>
            <w:r w:rsidRPr="007C27BD">
              <w:rPr>
                <w:sz w:val="24"/>
                <w:szCs w:val="20"/>
              </w:rPr>
              <w:br/>
            </w:r>
            <w:r w:rsidRPr="00E677A3">
              <w:rPr>
                <w:b/>
                <w:sz w:val="28"/>
                <w:szCs w:val="24"/>
              </w:rPr>
              <w:t>Nguyễn Thành Công</w:t>
            </w:r>
          </w:p>
        </w:tc>
      </w:tr>
    </w:tbl>
    <w:p w14:paraId="047F4269" w14:textId="77777777" w:rsidR="00EC24B2" w:rsidRPr="00E677A3" w:rsidRDefault="00AC7A97">
      <w:r w:rsidRPr="00E677A3">
        <w:br w:type="page"/>
      </w:r>
    </w:p>
    <w:tbl>
      <w:tblPr>
        <w:tblW w:w="0" w:type="auto"/>
        <w:jc w:val="center"/>
        <w:tblLook w:val="04A0" w:firstRow="1" w:lastRow="0" w:firstColumn="1" w:lastColumn="0" w:noHBand="0" w:noVBand="1"/>
      </w:tblPr>
      <w:tblGrid>
        <w:gridCol w:w="3227"/>
        <w:gridCol w:w="6061"/>
      </w:tblGrid>
      <w:tr w:rsidR="00686A31" w:rsidRPr="00E677A3" w14:paraId="24F7FAD7" w14:textId="77777777" w:rsidTr="00D049B7">
        <w:trPr>
          <w:jc w:val="center"/>
        </w:trPr>
        <w:tc>
          <w:tcPr>
            <w:tcW w:w="3227" w:type="dxa"/>
          </w:tcPr>
          <w:p w14:paraId="21237815" w14:textId="3132B396" w:rsidR="00EC24B2" w:rsidRPr="00E677A3" w:rsidRDefault="000469B4" w:rsidP="000469B4">
            <w:pPr>
              <w:spacing w:after="0" w:line="240" w:lineRule="auto"/>
              <w:jc w:val="center"/>
            </w:pPr>
            <w:r w:rsidRPr="00E677A3">
              <w:rPr>
                <w:noProof/>
                <w:szCs w:val="28"/>
                <w:lang w:val="en-GB" w:eastAsia="en-GB"/>
              </w:rPr>
              <w:lastRenderedPageBreak/>
              <mc:AlternateContent>
                <mc:Choice Requires="wps">
                  <w:drawing>
                    <wp:anchor distT="0" distB="0" distL="114300" distR="114300" simplePos="0" relativeHeight="251664896" behindDoc="0" locked="0" layoutInCell="1" allowOverlap="1" wp14:anchorId="48459848" wp14:editId="47A68025">
                      <wp:simplePos x="0" y="0"/>
                      <wp:positionH relativeFrom="column">
                        <wp:posOffset>612775</wp:posOffset>
                      </wp:positionH>
                      <wp:positionV relativeFrom="paragraph">
                        <wp:posOffset>389255</wp:posOffset>
                      </wp:positionV>
                      <wp:extent cx="638175" cy="0"/>
                      <wp:effectExtent l="5715" t="12700" r="13335" b="63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668F1E4" id="Straight Connector 9"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5pt,30.65pt" to="98.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"/>
                  </w:pict>
                </mc:Fallback>
              </mc:AlternateContent>
            </w:r>
            <w:r w:rsidR="00DD2831" w:rsidRPr="00E677A3">
              <w:rPr>
                <w:b/>
              </w:rPr>
              <w:t>ỦY BAN NHÂN DÂN</w:t>
            </w:r>
            <w:r w:rsidR="00AC7A97" w:rsidRPr="00E677A3">
              <w:rPr>
                <w:b/>
              </w:rPr>
              <w:t xml:space="preserve"> TỈNH SƠN LA</w:t>
            </w:r>
          </w:p>
        </w:tc>
        <w:tc>
          <w:tcPr>
            <w:tcW w:w="6061" w:type="dxa"/>
            <w:vAlign w:val="center"/>
          </w:tcPr>
          <w:p w14:paraId="68C29179" w14:textId="77777777" w:rsidR="00EC24B2" w:rsidRPr="00E677A3" w:rsidRDefault="00AC7A97" w:rsidP="000469B4">
            <w:pPr>
              <w:spacing w:after="0" w:line="240" w:lineRule="auto"/>
              <w:jc w:val="center"/>
              <w:rPr>
                <w:b/>
              </w:rPr>
            </w:pPr>
            <w:r w:rsidRPr="00E677A3">
              <w:rPr>
                <w:b/>
              </w:rPr>
              <w:t>CỘNG HÒA XÃ HỘI CHỦ NGHĨA VIỆT NAM</w:t>
            </w:r>
            <w:r w:rsidRPr="00E677A3">
              <w:br/>
            </w:r>
            <w:r w:rsidRPr="00E677A3">
              <w:rPr>
                <w:b/>
                <w:sz w:val="28"/>
                <w:szCs w:val="28"/>
              </w:rPr>
              <w:t>Độc lập - Tự do - Hạnh phúc</w:t>
            </w:r>
          </w:p>
          <w:p w14:paraId="0B53B29D" w14:textId="77777777" w:rsidR="000469B4" w:rsidRPr="00E677A3" w:rsidRDefault="000469B4" w:rsidP="000469B4">
            <w:pPr>
              <w:spacing w:after="0" w:line="240" w:lineRule="auto"/>
              <w:jc w:val="center"/>
            </w:pPr>
            <w:r w:rsidRPr="00E677A3">
              <w:rPr>
                <w:noProof/>
                <w:szCs w:val="28"/>
                <w:lang w:val="en-GB" w:eastAsia="en-GB"/>
              </w:rPr>
              <mc:AlternateContent>
                <mc:Choice Requires="wps">
                  <w:drawing>
                    <wp:anchor distT="0" distB="0" distL="114300" distR="114300" simplePos="0" relativeHeight="251665920" behindDoc="0" locked="0" layoutInCell="1" allowOverlap="1" wp14:anchorId="7AC6AF1A" wp14:editId="0561EBF2">
                      <wp:simplePos x="0" y="0"/>
                      <wp:positionH relativeFrom="column">
                        <wp:posOffset>768350</wp:posOffset>
                      </wp:positionH>
                      <wp:positionV relativeFrom="paragraph">
                        <wp:posOffset>22860</wp:posOffset>
                      </wp:positionV>
                      <wp:extent cx="2172335" cy="0"/>
                      <wp:effectExtent l="0" t="0" r="3746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2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4D52303" id="Straight Connector 10"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8pt" to="231.5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"/>
                  </w:pict>
                </mc:Fallback>
              </mc:AlternateContent>
            </w:r>
          </w:p>
        </w:tc>
      </w:tr>
    </w:tbl>
    <w:p w14:paraId="4ADFF226" w14:textId="77777777" w:rsidR="00EC24B2" w:rsidRPr="00E677A3" w:rsidRDefault="00AC7A97" w:rsidP="00DD2831">
      <w:pPr>
        <w:spacing w:after="0" w:line="240" w:lineRule="auto"/>
        <w:jc w:val="center"/>
        <w:rPr>
          <w:rFonts w:cs="Times New Roman"/>
          <w:sz w:val="28"/>
          <w:szCs w:val="28"/>
        </w:rPr>
      </w:pPr>
      <w:r w:rsidRPr="00E677A3">
        <w:rPr>
          <w:rFonts w:cs="Times New Roman"/>
          <w:b/>
          <w:sz w:val="28"/>
          <w:szCs w:val="28"/>
        </w:rPr>
        <w:t>QUY ĐỊNH</w:t>
      </w:r>
    </w:p>
    <w:p w14:paraId="185EF45D" w14:textId="77777777" w:rsidR="00A90C29" w:rsidRDefault="00AC7A97" w:rsidP="00DD2831">
      <w:pPr>
        <w:spacing w:after="0" w:line="240" w:lineRule="auto"/>
        <w:jc w:val="center"/>
        <w:rPr>
          <w:rFonts w:cs="Times New Roman"/>
          <w:b/>
          <w:sz w:val="28"/>
          <w:szCs w:val="28"/>
        </w:rPr>
      </w:pPr>
      <w:r w:rsidRPr="00E677A3">
        <w:rPr>
          <w:rFonts w:cs="Times New Roman"/>
          <w:b/>
          <w:sz w:val="28"/>
          <w:szCs w:val="28"/>
        </w:rPr>
        <w:t xml:space="preserve">Chức năng, nhiệm vụ, quyền hạn và cơ cấu tổ chức của Chi cục </w:t>
      </w:r>
    </w:p>
    <w:p w14:paraId="0C596696" w14:textId="4CD395F6" w:rsidR="00EC24B2" w:rsidRPr="00E677A3" w:rsidRDefault="00AC7A97" w:rsidP="00DD2831">
      <w:pPr>
        <w:spacing w:after="0" w:line="240" w:lineRule="auto"/>
        <w:jc w:val="center"/>
        <w:rPr>
          <w:rFonts w:cs="Times New Roman"/>
          <w:sz w:val="28"/>
          <w:szCs w:val="28"/>
        </w:rPr>
      </w:pPr>
      <w:r w:rsidRPr="00E677A3">
        <w:rPr>
          <w:rFonts w:cs="Times New Roman"/>
          <w:b/>
          <w:sz w:val="28"/>
          <w:szCs w:val="28"/>
        </w:rPr>
        <w:t>Thủy lợi</w:t>
      </w:r>
      <w:r w:rsidR="00FB7F62" w:rsidRPr="00E677A3">
        <w:rPr>
          <w:rFonts w:cs="Times New Roman"/>
          <w:b/>
          <w:sz w:val="28"/>
          <w:szCs w:val="28"/>
        </w:rPr>
        <w:t xml:space="preserve"> </w:t>
      </w:r>
      <w:r w:rsidRPr="00E677A3">
        <w:rPr>
          <w:rFonts w:cs="Times New Roman"/>
          <w:b/>
          <w:sz w:val="28"/>
          <w:szCs w:val="28"/>
        </w:rPr>
        <w:t>và Tài nguyên nước trực thuộc Sở Nông nghiệp và Môi trường</w:t>
      </w:r>
    </w:p>
    <w:p w14:paraId="5CC1469B" w14:textId="7C8F9097" w:rsidR="00EC24B2" w:rsidRPr="00A90C29" w:rsidRDefault="00AC7A97" w:rsidP="00DD2831">
      <w:pPr>
        <w:spacing w:after="0" w:line="240" w:lineRule="auto"/>
        <w:jc w:val="center"/>
        <w:rPr>
          <w:rFonts w:cs="Times New Roman"/>
          <w:i/>
          <w:szCs w:val="26"/>
        </w:rPr>
      </w:pPr>
      <w:r w:rsidRPr="00A90C29">
        <w:rPr>
          <w:rFonts w:cs="Times New Roman"/>
          <w:i/>
          <w:szCs w:val="26"/>
        </w:rPr>
        <w:t>(</w:t>
      </w:r>
      <w:r w:rsidR="003A7468" w:rsidRPr="00A90C29">
        <w:rPr>
          <w:rFonts w:cs="Times New Roman"/>
          <w:i/>
          <w:szCs w:val="26"/>
        </w:rPr>
        <w:t>K</w:t>
      </w:r>
      <w:r w:rsidRPr="00A90C29">
        <w:rPr>
          <w:rFonts w:cs="Times New Roman"/>
          <w:i/>
          <w:szCs w:val="26"/>
        </w:rPr>
        <w:t>èm theo Quyết định số</w:t>
      </w:r>
      <w:r w:rsidR="00A90C29">
        <w:rPr>
          <w:rFonts w:cs="Times New Roman"/>
          <w:i/>
          <w:szCs w:val="26"/>
        </w:rPr>
        <w:t xml:space="preserve"> 1785</w:t>
      </w:r>
      <w:r w:rsidRPr="00A90C29">
        <w:rPr>
          <w:rFonts w:cs="Times New Roman"/>
          <w:i/>
          <w:szCs w:val="26"/>
        </w:rPr>
        <w:t>/QĐ-UBND ngày</w:t>
      </w:r>
      <w:r w:rsidR="00A90C29">
        <w:rPr>
          <w:rFonts w:cs="Times New Roman"/>
          <w:i/>
          <w:szCs w:val="26"/>
        </w:rPr>
        <w:t xml:space="preserve"> 17</w:t>
      </w:r>
      <w:r w:rsidR="003A7468" w:rsidRPr="00A90C29">
        <w:rPr>
          <w:rFonts w:cs="Times New Roman"/>
          <w:i/>
          <w:szCs w:val="26"/>
        </w:rPr>
        <w:t>/7/</w:t>
      </w:r>
      <w:r w:rsidRPr="00A90C29">
        <w:rPr>
          <w:rFonts w:cs="Times New Roman"/>
          <w:i/>
          <w:szCs w:val="26"/>
        </w:rPr>
        <w:t xml:space="preserve">2026 của </w:t>
      </w:r>
      <w:r w:rsidR="003A7468" w:rsidRPr="00A90C29">
        <w:rPr>
          <w:rFonts w:cs="Times New Roman"/>
          <w:i/>
          <w:szCs w:val="26"/>
        </w:rPr>
        <w:t xml:space="preserve">UBND tỉnh </w:t>
      </w:r>
      <w:r w:rsidRPr="00A90C29">
        <w:rPr>
          <w:rFonts w:cs="Times New Roman"/>
          <w:i/>
          <w:szCs w:val="26"/>
        </w:rPr>
        <w:t>Sơn La)</w:t>
      </w:r>
    </w:p>
    <w:p w14:paraId="7DBE9866" w14:textId="25F5C41E" w:rsidR="00002A2E" w:rsidRPr="00A90C29" w:rsidRDefault="00A90C29">
      <w:pPr>
        <w:spacing w:after="0"/>
        <w:jc w:val="center"/>
        <w:rPr>
          <w:rFonts w:cs="Times New Roman"/>
          <w:i/>
          <w:sz w:val="30"/>
          <w:szCs w:val="30"/>
        </w:rPr>
      </w:pPr>
      <w:r>
        <w:rPr>
          <w:rFonts w:cs="Times New Roman"/>
          <w:i/>
          <w:noProof/>
          <w:sz w:val="30"/>
          <w:szCs w:val="30"/>
        </w:rPr>
        <mc:AlternateContent>
          <mc:Choice Requires="wps">
            <w:drawing>
              <wp:anchor distT="0" distB="0" distL="114300" distR="114300" simplePos="0" relativeHeight="251674112" behindDoc="0" locked="0" layoutInCell="1" allowOverlap="1" wp14:anchorId="60717CA0" wp14:editId="235A8F6E">
                <wp:simplePos x="0" y="0"/>
                <wp:positionH relativeFrom="column">
                  <wp:posOffset>1623829</wp:posOffset>
                </wp:positionH>
                <wp:positionV relativeFrom="paragraph">
                  <wp:posOffset>37662</wp:posOffset>
                </wp:positionV>
                <wp:extent cx="2455572" cy="0"/>
                <wp:effectExtent l="0" t="0" r="0" b="0"/>
                <wp:wrapNone/>
                <wp:docPr id="1257628051" name="Straight Connector 3"/>
                <wp:cNvGraphicFramePr/>
                <a:graphic xmlns:a="http://schemas.openxmlformats.org/drawingml/2006/main">
                  <a:graphicData uri="http://schemas.microsoft.com/office/word/2010/wordprocessingShape">
                    <wps:wsp>
                      <wps:cNvCnPr/>
                      <wps:spPr>
                        <a:xfrm>
                          <a:off x="0" y="0"/>
                          <a:ext cx="24555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C71030" id="Straight Connector 3"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127.85pt,2.95pt" to="321.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yq6mgEAAIgDAAAOAAAAZHJzL2Uyb0RvYy54bWysU8tu2zAQvAfIPxC815KNOg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" strokecolor="black [3040]"/>
            </w:pict>
          </mc:Fallback>
        </mc:AlternateContent>
      </w:r>
    </w:p>
    <w:p w14:paraId="522168D0" w14:textId="77777777" w:rsidR="003A7468" w:rsidRPr="004B3449" w:rsidRDefault="003A7468" w:rsidP="004B3449">
      <w:pPr>
        <w:spacing w:before="120" w:after="0" w:line="240" w:lineRule="auto"/>
        <w:ind w:firstLine="720"/>
        <w:jc w:val="both"/>
        <w:rPr>
          <w:rFonts w:cs="Times New Roman"/>
          <w:b/>
          <w:sz w:val="28"/>
          <w:szCs w:val="28"/>
        </w:rPr>
      </w:pPr>
    </w:p>
    <w:p w14:paraId="13E97712" w14:textId="19C26821" w:rsidR="00EC24B2" w:rsidRPr="009F4875" w:rsidRDefault="00AC7A97" w:rsidP="004B3449">
      <w:pPr>
        <w:spacing w:before="120" w:after="0" w:line="240" w:lineRule="auto"/>
        <w:ind w:firstLine="720"/>
        <w:jc w:val="both"/>
        <w:rPr>
          <w:rFonts w:cs="Times New Roman"/>
          <w:bCs/>
          <w:sz w:val="28"/>
          <w:szCs w:val="28"/>
        </w:rPr>
      </w:pPr>
      <w:r w:rsidRPr="004B3449">
        <w:rPr>
          <w:rFonts w:cs="Times New Roman"/>
          <w:b/>
          <w:sz w:val="28"/>
          <w:szCs w:val="28"/>
        </w:rPr>
        <w:t xml:space="preserve">Điều 1. </w:t>
      </w:r>
      <w:r w:rsidRPr="009F4875">
        <w:rPr>
          <w:rFonts w:cs="Times New Roman"/>
          <w:bCs/>
          <w:sz w:val="28"/>
          <w:szCs w:val="28"/>
        </w:rPr>
        <w:t>Vị trí, chức năng</w:t>
      </w:r>
    </w:p>
    <w:p w14:paraId="7E89A44F" w14:textId="5BA94B8A"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 xml:space="preserve">1. Chi cục Thủy lợi và Tài nguyên nước (sau đây gọi tắt là Chi cục) là tổ chức hành chính trực thuộc Sở Nông nghiệp và Môi trường, có chức năng tham mưu, giúp Giám đốc Sở thực hiện quản lý nhà nước chuyên ngành và tổ chức thực thi pháp luật về thủy lợi, tài nguyên nước; cấp nước sạch nông thôn, bảo đảm an ninh nguồn nước, an toàn đập, hồ chứa nước; khí tượng thủy văn; phòng, chống thiên tai trên địa bàn tỉnh và các lĩnh vực khác theo quy định của pháp luật, theo phân công, phân cấp hoặc ủy quyền của </w:t>
      </w:r>
      <w:r w:rsidR="009F4875">
        <w:rPr>
          <w:rFonts w:cs="Times New Roman"/>
          <w:sz w:val="28"/>
          <w:szCs w:val="28"/>
        </w:rPr>
        <w:t>UBND</w:t>
      </w:r>
      <w:r w:rsidRPr="004B3449">
        <w:rPr>
          <w:rFonts w:cs="Times New Roman"/>
          <w:sz w:val="28"/>
          <w:szCs w:val="28"/>
        </w:rPr>
        <w:t xml:space="preserve"> tỉnh, Chủ tịch </w:t>
      </w:r>
      <w:r w:rsidR="009F4875">
        <w:rPr>
          <w:rFonts w:cs="Times New Roman"/>
          <w:sz w:val="28"/>
          <w:szCs w:val="28"/>
        </w:rPr>
        <w:t>UBND</w:t>
      </w:r>
      <w:r w:rsidRPr="004B3449">
        <w:rPr>
          <w:rFonts w:cs="Times New Roman"/>
          <w:sz w:val="28"/>
          <w:szCs w:val="28"/>
        </w:rPr>
        <w:t xml:space="preserve"> tỉnh và Giám đốc Sở Nông nghiệp và Môi trường.</w:t>
      </w:r>
    </w:p>
    <w:p w14:paraId="01716270"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2. Chi cục có tư cách pháp nhân, có trụ sở, con dấu và tài khoản riêng theo quy định pháp luật; chịu sự chỉ đạo, quản lý của Sở Nông nghiệp và Môi trường; đồng thời chịu sự chỉ đạo, hướng dẫn, kiểm tra về chuyên môn, nghiệp vụ của Cục Quản lý và Xây dựng công trình thủy lợi, Cục Quản lý Đê điều và Phòng chống thiên tai, Cục Quản lý tài nguyên nước, Cục Khí tượng Thủy văn trực thuộc Bộ Nông nghiệp và Môi trường.</w:t>
      </w:r>
    </w:p>
    <w:p w14:paraId="75DA205A" w14:textId="77777777" w:rsidR="00EC24B2" w:rsidRPr="009F4875" w:rsidRDefault="00AC7A97" w:rsidP="004B3449">
      <w:pPr>
        <w:spacing w:before="120" w:after="0" w:line="240" w:lineRule="auto"/>
        <w:ind w:firstLine="720"/>
        <w:jc w:val="both"/>
        <w:rPr>
          <w:rFonts w:cs="Times New Roman"/>
          <w:bCs/>
          <w:sz w:val="28"/>
          <w:szCs w:val="28"/>
        </w:rPr>
      </w:pPr>
      <w:r w:rsidRPr="004B3449">
        <w:rPr>
          <w:rFonts w:cs="Times New Roman"/>
          <w:b/>
          <w:sz w:val="28"/>
          <w:szCs w:val="28"/>
        </w:rPr>
        <w:t xml:space="preserve">Điều 2. </w:t>
      </w:r>
      <w:r w:rsidRPr="009F4875">
        <w:rPr>
          <w:rFonts w:cs="Times New Roman"/>
          <w:bCs/>
          <w:sz w:val="28"/>
          <w:szCs w:val="28"/>
        </w:rPr>
        <w:t>Nhiệm vụ, quyền hạn</w:t>
      </w:r>
    </w:p>
    <w:p w14:paraId="4C180958" w14:textId="77777777" w:rsidR="00EC24B2" w:rsidRPr="009F4875" w:rsidRDefault="00AC7A97" w:rsidP="004B3449">
      <w:pPr>
        <w:spacing w:before="120" w:after="0" w:line="240" w:lineRule="auto"/>
        <w:ind w:firstLine="720"/>
        <w:jc w:val="both"/>
        <w:rPr>
          <w:rFonts w:cs="Times New Roman"/>
          <w:bCs/>
          <w:sz w:val="28"/>
          <w:szCs w:val="28"/>
        </w:rPr>
      </w:pPr>
      <w:r w:rsidRPr="009F4875">
        <w:rPr>
          <w:rFonts w:cs="Times New Roman"/>
          <w:bCs/>
          <w:sz w:val="28"/>
          <w:szCs w:val="28"/>
        </w:rPr>
        <w:t>1. Về thủy lợi và cấp nước sạch nông thôn</w:t>
      </w:r>
    </w:p>
    <w:p w14:paraId="512B4285"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 xml:space="preserve">a) Tham mưu, giúp Giám đốc Sở trình UBND tỉnh ban hành theo thẩm quyền hoặc trình cấp có thẩm quyền ban hành và tổ chức thực hiện: quyết định phê duyệt, công bố kết quả điều tra cơ bản thủy lợi, quy trình vận hành công trình thủy lợi thuộc phạm vi quản lý trên địa bàn tỉnh; quyết định giao tổ chức quản lý hoặc phân cấp quản lý công trình thủy lợi </w:t>
      </w:r>
      <w:r w:rsidRPr="004B3449">
        <w:rPr>
          <w:rFonts w:cs="Times New Roman"/>
          <w:i/>
          <w:sz w:val="28"/>
          <w:szCs w:val="28"/>
        </w:rPr>
        <w:t>(bao gồm công trình thủy lợi mà việc khai thác và bảo vệ liên quan đến 02 tỉnh trở lên theo Danh mục phân giao quản lý công trình thủy lợi do Bộ trưởng Bộ Nông nghiệp và Môi trường ban hành)</w:t>
      </w:r>
      <w:r w:rsidRPr="004B3449">
        <w:rPr>
          <w:rFonts w:cs="Times New Roman"/>
          <w:sz w:val="28"/>
          <w:szCs w:val="28"/>
        </w:rPr>
        <w:t>, công trình cấp nước sạch nông thôn trên địa bàn tỉnh theo quy định của pháp luật; quy định cụ thể phạm vi vùng phụ cận, phương án cắm mốc chỉ giới phạm vi bảo vệ công trình thủy lợi; phê duyệt phương án ứng phó thiên tai trong quá trình thi công, phương án ứng phó với tình huống khẩn cấp đối với đập, hồ chứa nước; phương án huy động lực lượng, vật tư, phương tiện bảo vệ công trình thủy lợi khi xảy ra sự cố hoặc có nguy cơ xảy ra sự cố; quy mô thủy lợi nội đồng; kinh phí đầu tư xây dựng, quản lý, khai thác và bảo vệ công trình thủy lợi, công trình cấp nước sạch nông thôn do địa phương quản lý;</w:t>
      </w:r>
    </w:p>
    <w:p w14:paraId="03A3C216"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lastRenderedPageBreak/>
        <w:t xml:space="preserve">b) Tham mưu, giúp Giám đốc Sở trình Chủ tịch UBND tỉnh phê duyệt hoặc phân cấp phê duyệt phương án bảo vệ đập, hồ chứa nước </w:t>
      </w:r>
      <w:r w:rsidRPr="00D76B22">
        <w:rPr>
          <w:rFonts w:cs="Times New Roman"/>
          <w:i/>
          <w:iCs/>
          <w:sz w:val="28"/>
          <w:szCs w:val="28"/>
        </w:rPr>
        <w:t>(bao gồm đập, hồ chứa nước do Bộ Nông nghiệp và Môi trường quản lý)</w:t>
      </w:r>
      <w:r w:rsidRPr="004B3449">
        <w:rPr>
          <w:rFonts w:cs="Times New Roman"/>
          <w:sz w:val="28"/>
          <w:szCs w:val="28"/>
        </w:rPr>
        <w:t>, công trình thủy lợi khác theo thẩm quyền trên địa bàn tỉnh; cấp, cấp lại, gia hạn, điều chỉnh, đình chỉ, thu hồi giấy phép cho các hoạt động trong lĩnh vực thủy lợi thuộc thẩm quyền của Chủ tịch UBND tỉnh theo quy định;</w:t>
      </w:r>
    </w:p>
    <w:p w14:paraId="3C596A55"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c) Chủ trì, phối hợp với cơ quan, đơn vị liên quan tại địa phương tham mưu Giám đốc Sở trình UBND tỉnh định giá cụ thể sản phẩm, dịch vụ công ích thủy lợi; sản phẩm, dịch vụ thủy lợi khác theo quy định;</w:t>
      </w:r>
    </w:p>
    <w:p w14:paraId="4D511C64"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d) Chủ trì xây dựng phương án phát triển mạng lưới thủy lợi, cấp nước sạch nông thôn theo quy định của pháp luật; các nội dung liên quan đến thủy lợi, cấp nước sạch nông thôn trong quy hoạch tỉnh, quy hoạch thủy lợi và quy hoạch ngành quốc gia theo quy định;</w:t>
      </w:r>
    </w:p>
    <w:p w14:paraId="3BBAF62E"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đ) Hướng dẫn, kiểm tra việc thực hiện các quy định của pháp luật và của UBND tỉnh về phân cấp quản lý các hồ chứa nước, công trình thủy lợi, công trình cấp nước sạch nông thôn trên địa bàn tỉnh; hướng dẫn, kiểm tra việc xây dựng, khai thác, sử dụng và bảo vệ các hồ chứa nước, công trình thủy lợi, công trình cấp nước sạch nông thôn trên địa bàn tỉnh thuộc nhiệm vụ của UBND tỉnh; tổ chức thực hiện Chiến lược quốc gia về cấp nước sạch và vệ sinh nông thôn trên địa bàn tỉnh theo phân cấp của UBND tỉnh;</w:t>
      </w:r>
    </w:p>
    <w:p w14:paraId="0E8311FD"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e) Tiếp nhận và quản lý hồ sơ, giấy phép các hoạt động trong phạm vi bảo vệ công trình thủy lợi thuộc thẩm quyền quản lý của UBND tỉnh trên địa bàn; tổ chức thực hiện việc quản lý tài sản kết cấu hạ tầng thủy lợi, cấp nước sạch nông thôn; thống kê, xây dựng và quản lý cơ sở dữ liệu về thủy lợi theo quy định của pháp luật và phân công của UBND tỉnh;</w:t>
      </w:r>
    </w:p>
    <w:p w14:paraId="5555D121"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g) Hướng dẫn, kiểm tra việc thực hiện các quy định quản lý nhà nước về quản lý, khai thác và bảo vệ, bảo đảm an toàn công trình thủy lợi, công trình cấp nước sạch nông thôn;</w:t>
      </w:r>
    </w:p>
    <w:p w14:paraId="5844BDFF"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h) Hướng dẫn, kiểm tra công tác tưới, tiêu, thoát nước phục vụ sản xuất nông nghiệp trên địa bàn tỉnh theo quy định;</w:t>
      </w:r>
    </w:p>
    <w:p w14:paraId="6039C5C3"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i) Theo dõi, giám sát, quan trắc diễn biến bồi lắng, xói lở công trình thủy lợi; hướng dẫn, quản lý việc tổ chức thực hiện khai thác, sử dụng tổng hợp, tiết kiệm, an toàn, có hiệu quả nguồn nước từ các công trình thủy lợi; hướng dẫn, kiểm tra việc quản lý vận hành, điều tiết nguồn nước của các hệ thống công trình thủy lợi; bảo đảm cung cấp nước sạch phục vụ sinh hoạt trong thực hiện phòng, chống, khắc phục hậu quả hạn hán, thiếu nước, sa mạc hóa, ngập lụt, úng và các tác hại khác do nước gây ra trên địa bàn tỉnh; tổ chức quan trắc, dự báo, cảnh báo về hạn hán, ngập lụt, úng, số lượng, chất lượng nước trong hệ thống công trình thủy lợi trên địa bàn tỉnh;</w:t>
      </w:r>
    </w:p>
    <w:p w14:paraId="2364B9C9"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 xml:space="preserve">k) Chủ trì xây dựng, tham mưu Giám đốc Sở trình UBND tỉnh về cơ chế, chính sách, hướng dẫn thực hiện phát triển thủy lợi nhỏ, thủy lợi nội đồng, tưới tiên </w:t>
      </w:r>
      <w:r w:rsidRPr="004B3449">
        <w:rPr>
          <w:rFonts w:cs="Times New Roman"/>
          <w:sz w:val="28"/>
          <w:szCs w:val="28"/>
        </w:rPr>
        <w:lastRenderedPageBreak/>
        <w:t>tiến, tiết kiệm nước; cấp nước sạch nông thôn trên địa bàn tỉnh theo quy định của pháp luật.</w:t>
      </w:r>
    </w:p>
    <w:p w14:paraId="6A3815BB" w14:textId="77777777" w:rsidR="00EC24B2" w:rsidRPr="002A4DFB" w:rsidRDefault="00AC7A97" w:rsidP="004B3449">
      <w:pPr>
        <w:spacing w:before="120" w:after="0" w:line="240" w:lineRule="auto"/>
        <w:ind w:firstLine="720"/>
        <w:jc w:val="both"/>
        <w:rPr>
          <w:rFonts w:cs="Times New Roman"/>
          <w:bCs/>
          <w:sz w:val="28"/>
          <w:szCs w:val="28"/>
        </w:rPr>
      </w:pPr>
      <w:r w:rsidRPr="002A4DFB">
        <w:rPr>
          <w:rFonts w:cs="Times New Roman"/>
          <w:bCs/>
          <w:sz w:val="28"/>
          <w:szCs w:val="28"/>
        </w:rPr>
        <w:t>2. Về phòng, chống thiên tai</w:t>
      </w:r>
    </w:p>
    <w:p w14:paraId="04A68C3E"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a) Tham mưu, giúp Giám đốc Sở trình UBND tỉnh ban hành theo thẩm quyền hoặc trình cấp có thẩm quyền ban hành và tổ chức thực hiện: kế hoạch phòng, chống thiên tai; quy hoạch, kế hoạch đầu tư xây dựng công trình phòng, chống thiên tai của địa phương theo phân công; tiêu chuẩn, định mức sử dụng vật tư, phương tiện, trang thiết bị chuyên dùng phòng, chống thiên tai; tiêu chí bảo đảm yêu cầu phòng, chống thiên tai đối với công trình, nhà ở thuộc quyền sở hữu của hộ gia đình, cá nhân trên địa bàn tỉnh; quyết định về tổ chức xây dựng, quản lý, khai thác, sử dụng cơ sở dữ liệu, hệ thống quan trắc, theo dõi, giám sát chuyên dùng phòng, chống thiên tai; quyết định phê duyệt, công bố kết quả điều tra cơ bản về phòng, chống thiên tai trên địa bàn tỉnh;</w:t>
      </w:r>
    </w:p>
    <w:p w14:paraId="045EC9D2"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b) Tham mưu, giúp Giám đốc Sở giúp UBND tỉnh thực hiện lồng ghép nội dung phòng, chống thiên tai vào quy hoạch, kế hoạch phát triển kinh tế - xã hội của địa phương; quản lý thực hiện quy hoạch theo pháp luật về quy hoạch đô thị và nông thôn đối với khu đô thị, điểm dân cư nông thôn, công trình hạ tầng kỹ thuật và quy hoạch sản xuất thích ứng với đặc điểm thiên tai trên địa bàn, bảo đảm phát triển bền vững; tổ chức thường trực, chỉ huy công tác ứng phó thiên tai; kiểm tra, tổng hợp, thống kê, đánh giá, báo cáo, công bố số liệu thiệt hại do thiên tai gây ra; thực hiện biện pháp bảo vệ sản xuất khi xảy ra thiên tai để giảm nhẹ thiệt hại, nhanh chóng phục hồi sản xuất;</w:t>
      </w:r>
    </w:p>
    <w:p w14:paraId="43711F9B"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c) Tham mưu, giúp Giám đốc Sở trình Chủ tịch UBND tỉnh phê duyệt phương án ứng phó thiên tai; quyết định công bố tình huống khẩn cấp về thiên tai trên địa bàn theo phân công;</w:t>
      </w:r>
    </w:p>
    <w:p w14:paraId="65D65E7D"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d) Hướng dẫn, kiểm tra việc đầu tư xây dựng, duy tu, bảo dưỡng, vận hành và bảo vệ công trình phòng, chống thiên tai trên địa bàn tỉnh theo quy định của pháp luật và phân công của UBND tỉnh;</w:t>
      </w:r>
    </w:p>
    <w:p w14:paraId="6BF3D1CD"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đ) Tuyên truyền, phổ biến nội dung bảo đảm yêu cầu phòng, chống thiên tai đối với việc quản lý, vận hành, sử dụng khu khai thác khoáng sản và khu khai thác tài nguyên thiên nhiên khác; khu đô thị; điểm du lịch, khu du lịch; khu công nghiệp; khu di tích lịch sử; điểm dân cư nông thôn và công trình.</w:t>
      </w:r>
    </w:p>
    <w:p w14:paraId="03C49100" w14:textId="77777777" w:rsidR="00EC24B2" w:rsidRPr="002A4DFB" w:rsidRDefault="00AC7A97" w:rsidP="004B3449">
      <w:pPr>
        <w:spacing w:before="120" w:after="0" w:line="240" w:lineRule="auto"/>
        <w:ind w:firstLine="720"/>
        <w:jc w:val="both"/>
        <w:rPr>
          <w:rFonts w:cs="Times New Roman"/>
          <w:bCs/>
          <w:sz w:val="28"/>
          <w:szCs w:val="28"/>
        </w:rPr>
      </w:pPr>
      <w:r w:rsidRPr="002A4DFB">
        <w:rPr>
          <w:rFonts w:cs="Times New Roman"/>
          <w:bCs/>
          <w:sz w:val="28"/>
          <w:szCs w:val="28"/>
        </w:rPr>
        <w:t>3. Về tài nguyên nước</w:t>
      </w:r>
    </w:p>
    <w:p w14:paraId="26FB534A"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a) Tham mưu, giúp Giám đốc Sở trình UBND tỉnh trong việc xác định và công bố vùng bảo hộ vệ sinh khu vực lấy nước sinh hoạt đối với công trình có phạm vi vùng bảo hộ vệ sinh khu vực lấy nước sinh hoạt; lập, công bố, điều chỉnh danh mục hồ, ao, đầm, phá không được san lấp;</w:t>
      </w:r>
    </w:p>
    <w:p w14:paraId="12B710C2"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 xml:space="preserve">b) Tham mưu, giúp Giám đốc Sở trình UBND tỉnh phê duyệt, điều chỉnh danh mục nguồn nước mặt nội tỉnh; danh mục nguồn nước phải lập hành lang bảo vệ trên địa bàn; danh mục vùng cấm, vùng hạn chế khai thác nước dưới đất; danh mục đập, </w:t>
      </w:r>
      <w:r w:rsidRPr="004B3449">
        <w:rPr>
          <w:rFonts w:cs="Times New Roman"/>
          <w:sz w:val="28"/>
          <w:szCs w:val="28"/>
        </w:rPr>
        <w:lastRenderedPageBreak/>
        <w:t>hồ chứa phải xây dựng quy chế phối hợp vận hành; phương án bổ sung nhân tạo nước dưới đất; phân vùng chức năng đối với các nguồn nước mặt nội tỉnh; công bố dòng chảy tối thiểu trên sông, suối nội tỉnh và dòng chảy tối thiểu ở hạ lưu đập, hồ chứa theo thẩm quyền;</w:t>
      </w:r>
    </w:p>
    <w:p w14:paraId="140A91E9"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c) Tham mưu, giúp Giám đốc Sở trình UBND tỉnh phê duyệt và tổ chức thực hiện phương án khai thác, sử dụng, bảo vệ tài nguyên nước, phòng, chống, khắc phục tác hại do nước gây ra trong quy hoạch tỉnh; kế hoạch khai thác, sử dụng tài nguyên nước; phương án cắm mốc giới hành lang bảo vệ nguồn nước; kế hoạch bảo vệ nước dưới đất; quy chế phối hợp vận hành giữa các đập, hồ chứa trên sông, suối;</w:t>
      </w:r>
    </w:p>
    <w:p w14:paraId="748C4A4B"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d) Tiếp nhận, thẩm định, trình Chủ tịch UBND tỉnh cấp, gia hạn, điều chỉnh, cấp lại, chấp thuận trả lại, tạm dừng, đình chỉ, thu hồi giấy phép khai thác tài nguyên nước, giấy phép thăm dò nước dưới đất, giấy phép hành nghề khoan nước dưới đất; phê duyệt, điều chỉnh, truy thu tiền cấp quyền khai thác tài nguyên nước; chấp thuận về phương án chuyển nước lưu vực sông;</w:t>
      </w:r>
    </w:p>
    <w:p w14:paraId="450B175B"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đ) Tổ chức thực hiện phương án điều hòa, phân phối tài nguyên nước; giám sát các hoạt động khai thác, sử dụng, bảo vệ tài nguyên nước, phòng, chống và khắc phục tác hại do nước gây ra; tổ chức ứng phó, khắc phục sự cố ô nhiễm nguồn nước; theo dõi, phát hiện và tham gia giải quyết sự cố ô nhiễm nguồn nước liên quốc gia theo thẩm quyền; tổ chức thực hiện các biện pháp bảo vệ, phòng, chống sạt, lở lòng, bờ, bãi sông; tổ chức điều tra, đánh giá quan trắc, giám sát diễn biến dòng chảy, bồi lắng, xói lở lòng, bờ, bãi sông; thực hiện điều tra cơ bản tài nguyên nước theo phân cấp; kiểm kê, thống kê, lưu trữ số liệu tài nguyên nước trên địa bàn; xác định các nguồn nước bị suy thoái, cạn kiệt, ô nhiễm;</w:t>
      </w:r>
    </w:p>
    <w:p w14:paraId="558BDE7E"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e) Xác định và cập nhật mốc chỉ giới hành lang bảo vệ nguồn nước trên bản đồ địa chính hoặc bản đồ hiện trạng sử dụng đất và đưa vào kế hoạch sử dụng đất; tiếp nhận, thẩm định phương án cắm mốc giới hành lang bảo vệ nguồn nước của hồ chứa thủy điện; hướng dẫn, theo dõi, kiểm tra việc trám lấp giếng không sử dụng theo quy định của pháp luật;</w:t>
      </w:r>
    </w:p>
    <w:p w14:paraId="71E358D8" w14:textId="77777777" w:rsidR="00EC24B2" w:rsidRPr="006F19C2" w:rsidRDefault="00AC7A97" w:rsidP="004B3449">
      <w:pPr>
        <w:spacing w:before="120" w:after="0" w:line="240" w:lineRule="auto"/>
        <w:ind w:firstLine="720"/>
        <w:jc w:val="both"/>
        <w:rPr>
          <w:rFonts w:cs="Times New Roman"/>
          <w:sz w:val="28"/>
          <w:szCs w:val="28"/>
        </w:rPr>
      </w:pPr>
      <w:r w:rsidRPr="006F19C2">
        <w:rPr>
          <w:rFonts w:cs="Times New Roman"/>
          <w:spacing w:val="-2"/>
          <w:sz w:val="28"/>
          <w:szCs w:val="28"/>
        </w:rPr>
        <w:t xml:space="preserve">g) Tổ chức quản lý và thực hiện việc quan trắc tài nguyên nước đối với mạng quan trắc tài nguyên nước của địa phương và hệ thống giám sát hoạt động khai thác, sử dụng tài nguyên nước, hệ thống thông tin, cơ sở dữ liệu tài nguyên nước của địa phương (nếu có); cung cấp, chia sẻ, cập nhật các thông tin, dữ liệu về tài nguyên nước và dữ liệu khác có liên quan trong phạm vi quản lý vào Hệ thống thông tin, cơ sở dữ liệu tài nguyên nước quốc gia; chủ trì tham mưu quản lý nhà nước, quản lý, khai thác, cập nhật, chia sẻ dữ liệu tài nguyên nước; </w:t>
      </w:r>
      <w:r w:rsidRPr="006F19C2">
        <w:rPr>
          <w:rFonts w:cs="Times New Roman"/>
          <w:sz w:val="28"/>
          <w:szCs w:val="28"/>
        </w:rPr>
        <w:t>phối hợp, đặt hàng hoặc giao nhiệm vụ cho đơn vị sự nghiệp công lập có chức năng phù hợp thực hiện hoạt động quan trắc, điều tra, phân tích, đánh giá chuyên môn kỹ thuật theo quy định của pháp luật.</w:t>
      </w:r>
    </w:p>
    <w:p w14:paraId="39D444D7"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 xml:space="preserve">h) Tổ chức đăng ký khai thác nước mặt, đăng ký sử dụng mặt nước, đào hồ, </w:t>
      </w:r>
      <w:r w:rsidRPr="00356E3C">
        <w:rPr>
          <w:rFonts w:cs="Times New Roman"/>
          <w:spacing w:val="-4"/>
          <w:sz w:val="28"/>
          <w:szCs w:val="28"/>
        </w:rPr>
        <w:t>ao, sông, suối, kênh, mương, rạch; hướng dẫn việc kê khai, đăng ký khai thác, sử dụng</w:t>
      </w:r>
      <w:r w:rsidRPr="004B3449">
        <w:rPr>
          <w:rFonts w:cs="Times New Roman"/>
          <w:sz w:val="28"/>
          <w:szCs w:val="28"/>
        </w:rPr>
        <w:t xml:space="preserve"> tài nguyên nước theo quy định của pháp luật và phân cấp, ủy quyền của cơ quan có thẩm quyền;</w:t>
      </w:r>
    </w:p>
    <w:p w14:paraId="1F61B503"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lastRenderedPageBreak/>
        <w:t>i) Tổ chức lấy ý kiến đại diện cộng đồng dân cư, tổ chức, cá nhân liên quan về tác động của công trình khai thác nước theo quy định của pháp luật;</w:t>
      </w:r>
    </w:p>
    <w:p w14:paraId="026A03D1"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k) Tổ chức xác định ranh giới vùng bảo hộ vệ sinh khu vực lấy nước sinh hoạt trên thực địa theo quy định;</w:t>
      </w:r>
    </w:p>
    <w:p w14:paraId="38212698"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l) Thẩm định, nghiệm thu kết quả hoạt động điều tra cơ bản tài nguyên nước đối với các dự án do UBND tỉnh tổ chức thực hiện theo quy định.</w:t>
      </w:r>
    </w:p>
    <w:p w14:paraId="6AD25B80" w14:textId="77777777" w:rsidR="00EC24B2" w:rsidRPr="00476E4D" w:rsidRDefault="00AC7A97" w:rsidP="004B3449">
      <w:pPr>
        <w:spacing w:before="120" w:after="0" w:line="240" w:lineRule="auto"/>
        <w:ind w:firstLine="720"/>
        <w:jc w:val="both"/>
        <w:rPr>
          <w:rFonts w:cs="Times New Roman"/>
          <w:bCs/>
          <w:sz w:val="28"/>
          <w:szCs w:val="28"/>
        </w:rPr>
      </w:pPr>
      <w:r w:rsidRPr="00476E4D">
        <w:rPr>
          <w:rFonts w:cs="Times New Roman"/>
          <w:bCs/>
          <w:sz w:val="28"/>
          <w:szCs w:val="28"/>
        </w:rPr>
        <w:t>4. Về khí tượng thủy văn</w:t>
      </w:r>
    </w:p>
    <w:p w14:paraId="230D3CE1"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a) Tham mưu, giúp Giám đốc Sở trình UBND tỉnh cấp, gia hạn, sửa đổi, bổ sung, đình chỉ, chấm dứt hiệu lực, thu hồi, cấp lại giấy phép hoạt động dự báo, cảnh báo khí tượng thủy văn đối với các tổ chức, cá nhân thuộc thẩm quyền cấp phép của UBND tỉnh;</w:t>
      </w:r>
    </w:p>
    <w:p w14:paraId="4DE5557C"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b) Tham mưu, giúp Giám đốc Sở trình UBND tỉnh ban hành quy định mực nước tương ứng với các cấp báo động lũ tại các vị trí thuộc địa bàn quản lý;</w:t>
      </w:r>
    </w:p>
    <w:p w14:paraId="720D5667"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c) Tham mưu, giúp Chủ tịch UBND tỉnh tổ chức theo dõi, giám sát việc tác động vào thời tiết trong địa giới hành chính của tỉnh; chủ trì, phối hợp với cơ quan quân sự, công an cùng cấp, Sở Khoa học và Công nghệ và các cơ quan có liên quan tổ chức thẩm định kế hoạch tác động vào thời tiết trong địa giới hành chính của tỉnh đối với các trường hợp được tác động vào thời tiết theo quy định;</w:t>
      </w:r>
    </w:p>
    <w:p w14:paraId="04B89DE4"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d) Tham mưu, giúp Chủ tịch UBND tỉnh tổ chức thẩm định, giám sát việc trao đổi thông tin, dữ liệu khí tượng thủy văn, giám sát biến đổi khí hậu với tổ chức quốc tế, tổ chức, cá nhân nước ngoài không thuộc điều ước quốc tế mà nước Cộng hòa xã hội chủ nghĩa Việt Nam là thành viên đối với thông tin, dữ liệu khí tượng thủy văn, giám sát biến đổi khí hậu trong địa giới hành chính của tỉnh;</w:t>
      </w:r>
    </w:p>
    <w:p w14:paraId="398DD9AB"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 xml:space="preserve">đ) Chủ trì hoặc phối hợp thẩm định về chuyên ngành khí tượng thủy văn đối </w:t>
      </w:r>
      <w:r w:rsidRPr="000B53D8">
        <w:rPr>
          <w:rFonts w:cs="Times New Roman"/>
          <w:spacing w:val="-4"/>
          <w:sz w:val="28"/>
          <w:szCs w:val="28"/>
        </w:rPr>
        <w:t>với các dự án đầu tư xây dựng, cải tạo, nâng cấp công trình khí tượng thủy văn chuyên</w:t>
      </w:r>
      <w:r w:rsidRPr="004B3449">
        <w:rPr>
          <w:rFonts w:cs="Times New Roman"/>
          <w:sz w:val="28"/>
          <w:szCs w:val="28"/>
        </w:rPr>
        <w:t xml:space="preserve"> dùng theo phân công của Giám đốc Sở và quy định của pháp luật;</w:t>
      </w:r>
    </w:p>
    <w:p w14:paraId="11E4448C"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e) Thẩm định tiêu chuẩn kỹ thuật của công trình, thiết bị đo của công trình khí tượng thủy văn chuyên dùng, thiết bị quan trắc, định vị sét do địa phương xây dựng bằng nguồn vốn ngân sách nhà nước theo quy định của pháp luật;</w:t>
      </w:r>
    </w:p>
    <w:p w14:paraId="7D267703"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g) Tổ chức bảo vệ công trình khí tượng thủy văn thuộc phạm vi quản lý; phối hợp với các cơ quan, đơn vị ở trung ương và địa phương trong việc bảo vệ, giải quyết các vi phạm hành lang kỹ thuật công trình khí tượng thủy văn của trung ương trên địa bàn;</w:t>
      </w:r>
    </w:p>
    <w:p w14:paraId="47B0AB38"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h) Chủ trì, phối hợp với các đơn vị có liên quan lập kế hoạch phát triển mạng lưới trạm quan trắc khí tượng thủy văn chuyên dùng phục vụ nhu cầu khai thác, sử dụng thông tin, dữ liệu khí tượng thủy văn trong phát triển kinh tế - xã hội và phòng, chống thiên tai ở địa phương; tổ chức thực hiện kế hoạch, theo dõi việc thành lập, di chuyển, giải thể trạm khí tượng thủy văn chuyên dùng;</w:t>
      </w:r>
    </w:p>
    <w:p w14:paraId="5FA56A5E"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lastRenderedPageBreak/>
        <w:t>i) Tổ chức kiểm tra việc thực hiện tiếp nhận và truyền, phát tin dự báo, cảnh báo khí tượng thủy văn trên địa bàn, phạm vi quản lý;</w:t>
      </w:r>
    </w:p>
    <w:p w14:paraId="67EE8EFC"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k) Đôn đốc, kiểm tra việc thực hiện các quy định về quan trắc khí tượng thủy văn và cung cấp thông tin khí tượng thủy văn liên quan đến vận hành của chủ công trình phải quan trắc khí tượng thủy văn theo quy định của pháp luật;</w:t>
      </w:r>
    </w:p>
    <w:p w14:paraId="45F03688"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l) Theo dõi, đánh giá việc khai thác, sử dụng tin dự báo, cảnh báo thiên tai khí tượng thủy văn phục vụ phát triển kinh tế - xã hội, phòng, chống thiên tai trên địa bàn; thẩm định, thẩm tra, đánh giá việc khai thác, sử dụng thông tin, dữ liệu khí tượng thủy văn trong các công trình, chương trình, quy hoạch, kế hoạch, dự án phát triển kinh tế - xã hội;</w:t>
      </w:r>
    </w:p>
    <w:p w14:paraId="2B68E935"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m) Chủ trì, phối hợp với các cơ quan, đơn vị liên quan tổ chức kiểm tra, đôn đốc theo thẩm quyền các hoạt động quan trắc, dự báo, cảnh báo và thực hiện các biện pháp phát triển hoạt động khí tượng thủy văn trên địa bàn.</w:t>
      </w:r>
    </w:p>
    <w:p w14:paraId="72C75C02"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5. Tham mưu thực hiện nhiệm vụ quản lý nhà nước về đầu tư xây dựng và quản lý chất lượng công trình chuyên ngành thuộc lĩnh vực thủy lợi, cấp nước sạch nông thôn, tài nguyên nước, khí tượng thủy văn và phòng, chống thiên tai theo phân công của Giám đốc Sở và quy định của pháp luật; chủ trì hoặc phối hợp thẩm định, tham gia ý kiến về nội dung chuyên ngành, kỹ thuật đối với báo cáo đề xuất chủ trương đầu tư, báo cáo nghiên cứu tiền khả thi, báo cáo nghiên cứu khả thi, thiết kế xây dựng và các nội dung khác theo thẩm quyền; hướng dẫn, kiểm tra, giám sát, đánh giá việc thực hiện đầu tư xây dựng các chương trình, dự án chuyên ngành trên địa bàn tỉnh; quản lý, hướng dẫn và tổ chức thực hiện các chương trình, đề án, dự án được cấp có thẩm quyền giao.</w:t>
      </w:r>
    </w:p>
    <w:p w14:paraId="6521BD0C"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6. Thực hiện nhiệm vụ của cơ quan thường trực, tham mưu Giám đốc Sở giúp UBND tỉnh, Chủ tịch UBND tỉnh và Ban Chỉ huy Phòng thủ dân sự tỉnh trong công tác phòng, chống thiên tai theo quy định của pháp luật; chủ trì hoặc phối hợp thực hiện nhiệm vụ thường trực về bảo đảm an ninh nguồn nước, an toàn đập, hồ chứa nước, cấp nước sạch nông thôn, khí tượng thủy văn và các nhiệm vụ thường trực khác thuộc lĩnh vực quản lý của Chi cục theo phân công của UBND tỉnh, Chủ tịch UBND tỉnh, Giám đốc Sở và quy định của pháp luật.</w:t>
      </w:r>
    </w:p>
    <w:p w14:paraId="5A5E6D2B" w14:textId="4A778E2E"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 xml:space="preserve">7. Tổ chức tiếp nhận, kiểm tra, thẩm định hồ sơ; tham mưu Giám đốc Sở giải quyết theo thẩm quyền hoặc trình cấp có thẩm quyền giải quyết việc cấp, cấp lại, gia hạn, điều chỉnh, đình chỉ, thu hồi giấy phép, giấy chứng nhận, văn bản chấp thuận và các thủ tục hành chính khác thuộc lĩnh vực thủy lợi, tài nguyên nước, cấp nước sạch nông thôn, khí tượng thủy văn và phòng, chống thiên tai theo quy định của pháp luật, </w:t>
      </w:r>
      <w:r w:rsidR="00B07A0A" w:rsidRPr="004B3449">
        <w:rPr>
          <w:rFonts w:cs="Times New Roman"/>
          <w:sz w:val="28"/>
          <w:szCs w:val="28"/>
        </w:rPr>
        <w:t xml:space="preserve">theo </w:t>
      </w:r>
      <w:r w:rsidRPr="004B3449">
        <w:rPr>
          <w:rFonts w:cs="Times New Roman"/>
          <w:sz w:val="28"/>
          <w:szCs w:val="28"/>
        </w:rPr>
        <w:t>phân cấp, phân quyền hoặc ủy quyền của UBND tỉnh và hướng dẫn của Bộ Nông nghiệp và Môi trường; tham mưu Giám đốc Sở trình UBND tỉnh, Chủ tịch UBND tỉnh thực hiện việc phân cấp, ủy quyền trong các lĩnh vực thuộc phạm vi quản lý của Chi cục theo quy định của pháp luật.</w:t>
      </w:r>
    </w:p>
    <w:p w14:paraId="738EF577"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 xml:space="preserve">8. Chủ trì hoặc phối hợp tham mưu Giám đốc Sở tổ chức thực hiện các hoạt động hợp tác quốc tế thuộc lĩnh vực thủy lợi, tài nguyên nước, cấp nước sạch nông </w:t>
      </w:r>
      <w:r w:rsidRPr="004B3449">
        <w:rPr>
          <w:rFonts w:cs="Times New Roman"/>
          <w:sz w:val="28"/>
          <w:szCs w:val="28"/>
        </w:rPr>
        <w:lastRenderedPageBreak/>
        <w:t>thôn, khí tượng thủy văn và phòng, chống thiên tai theo phân công của Giám đốc Sở và quy định của pháp luật.</w:t>
      </w:r>
    </w:p>
    <w:p w14:paraId="4E6BD72E"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9. Hướng dẫn chuyên môn, nghiệp vụ; kiểm tra, đôn đốc việc thực hiện các quy định của pháp luật thuộc lĩnh vực thủy lợi, tài nguyên nước, cấp nước sạch nông thôn, khí tượng thủy văn và phòng, chống thiên tai đối với UBND cấp xã, cơ quan chuyên môn và công chức được giao thực hiện nhiệm vụ thuộc UBND cấp xã theo quy định của pháp luật.</w:t>
      </w:r>
    </w:p>
    <w:p w14:paraId="1A2AF0C8"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10. Chủ trì hoặc phối hợp với Trung tâm Khuyến nông và Chuyển đổi số, Trung tâm Nước và Quan trắc môi trường và các cơ quan, đơn vị có liên quan tham mưu Giám đốc Sở tổ chức nghiên cứu, ứng dụng tiến bộ khoa học, công nghệ, chuyển đổi số, đổi mới sáng tạo trong lĩnh vực thủy lợi, tài nguyên nước, cấp nước sạch nông thôn, khí tượng thủy văn và phòng, chống thiên tai; đề xuất, xây dựng và tổ chức thực hiện các nhiệm vụ khoa học và công nghệ; xây dựng, cập nhật, quản lý, khai thác cơ sở dữ liệu thuộc phạm vi quản lý của Chi cục theo phân công của Giám đốc Sở và quy định của pháp luật.</w:t>
      </w:r>
    </w:p>
    <w:p w14:paraId="7C63DFCD"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11. Chủ trì hoặc phối hợp kiểm tra việc chấp hành các quy định của pháp luật của cơ quan, tổ chức, cá nhân trong lĩnh vực thủy lợi, tài nguyên nước, cấp nước sạch nông thôn, khí tượng thủy văn và phòng, chống thiên tai theo quy định của pháp luật, theo phân công của Giám đốc Sở và trong phạm vi chức năng, nhiệm vụ được giao; thực hiện công tác tiếp công dân, giải quyết khiếu nại, tố cáo, kiến nghị, phản ánh; phòng, chống tham nhũng, lãng phí, tiêu cực thuộc phạm vi quản lý của Chi cục theo quy định của pháp luật.</w:t>
      </w:r>
    </w:p>
    <w:p w14:paraId="1E8DAFB0"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12. Quản lý tổ chức bộ máy, biên chế, vị trí việc làm, cơ cấu ngạch công chức và người lao động thuộc Chi cục theo phân cấp, phân công của Giám đốc Sở và quy định của pháp luật; thực hiện hoặc tham mưu Giám đốc Sở thực hiện chế độ tiền lương, đào tạo, bồi dưỡng, thi đua, khen thưởng, kỷ luật và các chế độ, chính sách khác đối với công chức và người lao động thuộc phạm vi quản lý.</w:t>
      </w:r>
    </w:p>
    <w:p w14:paraId="3C99C249"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13. Quản lý, sử dụng kinh phí, tài sản công và các nguồn lực khác được giao theo quy định của pháp luật, phân cấp của UBND tỉnh và phân công của Giám đốc Sở; tổ chức thực hiện công tác tài chính, kế toán, quản lý tài sản công theo quy định của pháp luật.</w:t>
      </w:r>
    </w:p>
    <w:p w14:paraId="71BF5211"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14. Thực hiện chế độ thông tin, thống kê, báo cáo định kỳ, đột xuất về tình hình thực hiện nhiệm vụ được giao; tham mưu Giám đốc Sở tổng hợp, báo cáo UBND tỉnh, Bộ Nông nghiệp và Môi trường và các cơ quan có thẩm quyền theo quy định của pháp luật.</w:t>
      </w:r>
    </w:p>
    <w:p w14:paraId="53BC576D"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15. Quy định cụ thể chức năng, nhiệm vụ, quyền hạn của các phòng chuyên môn thuộc Chi cục; ban hành quy chế làm việc, quy chế phối hợp nội bộ của Chi cục theo phân cấp, phân công của Giám đốc Sở và quy định của pháp luật.</w:t>
      </w:r>
    </w:p>
    <w:p w14:paraId="7B72D72C" w14:textId="77777777" w:rsidR="00EC24B2" w:rsidRPr="004B3449" w:rsidRDefault="00AC7A97" w:rsidP="004B3449">
      <w:pPr>
        <w:spacing w:before="120" w:after="0" w:line="240" w:lineRule="auto"/>
        <w:ind w:firstLine="720"/>
        <w:jc w:val="both"/>
        <w:rPr>
          <w:rFonts w:cs="Times New Roman"/>
          <w:sz w:val="28"/>
          <w:szCs w:val="28"/>
        </w:rPr>
      </w:pPr>
      <w:r w:rsidRPr="004B3449">
        <w:rPr>
          <w:rFonts w:cs="Times New Roman"/>
          <w:sz w:val="28"/>
          <w:szCs w:val="28"/>
        </w:rPr>
        <w:t xml:space="preserve">16. Thực hiện các nhiệm vụ, quyền hạn khác thuộc lĩnh vực quản lý của Chi cục theo quy định của pháp luật và theo phân cấp, phân quyền, ủy quyền của UBND </w:t>
      </w:r>
      <w:r w:rsidRPr="004B3449">
        <w:rPr>
          <w:rFonts w:cs="Times New Roman"/>
          <w:sz w:val="28"/>
          <w:szCs w:val="28"/>
        </w:rPr>
        <w:lastRenderedPageBreak/>
        <w:t>tỉnh, Chủ tịch UBND tỉnh, Giám đốc Sở Nông nghiệp và Môi trường hoặc theo quyết định của cơ quan có thẩm quyền.</w:t>
      </w:r>
    </w:p>
    <w:p w14:paraId="7FB5A65F" w14:textId="77777777" w:rsidR="00EC24B2" w:rsidRPr="00C25B99" w:rsidRDefault="00AC7A97" w:rsidP="004B3449">
      <w:pPr>
        <w:spacing w:before="120" w:after="0" w:line="240" w:lineRule="auto"/>
        <w:ind w:firstLine="720"/>
        <w:jc w:val="both"/>
        <w:rPr>
          <w:rFonts w:cs="Times New Roman"/>
          <w:bCs/>
          <w:sz w:val="28"/>
          <w:szCs w:val="28"/>
        </w:rPr>
      </w:pPr>
      <w:r w:rsidRPr="004B3449">
        <w:rPr>
          <w:rFonts w:cs="Times New Roman"/>
          <w:b/>
          <w:sz w:val="28"/>
          <w:szCs w:val="28"/>
        </w:rPr>
        <w:t xml:space="preserve">Điều 3. </w:t>
      </w:r>
      <w:r w:rsidRPr="00C25B99">
        <w:rPr>
          <w:rFonts w:cs="Times New Roman"/>
          <w:bCs/>
          <w:sz w:val="28"/>
          <w:szCs w:val="28"/>
        </w:rPr>
        <w:t>Cơ cấu tổ chức của Chi cục Thủy lợi và Tài nguyên nước</w:t>
      </w:r>
    </w:p>
    <w:p w14:paraId="5595273E" w14:textId="77777777" w:rsidR="0008780A" w:rsidRPr="004B3449" w:rsidRDefault="0008780A" w:rsidP="004B3449">
      <w:pPr>
        <w:spacing w:before="120" w:after="0" w:line="240" w:lineRule="auto"/>
        <w:ind w:firstLine="720"/>
        <w:jc w:val="both"/>
        <w:rPr>
          <w:rFonts w:cs="Times New Roman"/>
          <w:sz w:val="28"/>
          <w:szCs w:val="28"/>
        </w:rPr>
      </w:pPr>
      <w:r w:rsidRPr="004B3449">
        <w:rPr>
          <w:rFonts w:cs="Times New Roman"/>
          <w:sz w:val="28"/>
          <w:szCs w:val="28"/>
        </w:rPr>
        <w:t>1. Lãnh đạo Chi cục gồm: Chi cục trưởng và 01 Phó Chi cục trưởng.</w:t>
      </w:r>
    </w:p>
    <w:p w14:paraId="560F62FE" w14:textId="42518DB6" w:rsidR="0008780A" w:rsidRPr="004B3449" w:rsidRDefault="0008780A" w:rsidP="004B3449">
      <w:pPr>
        <w:spacing w:before="120" w:after="0" w:line="240" w:lineRule="auto"/>
        <w:ind w:firstLine="720"/>
        <w:jc w:val="both"/>
        <w:rPr>
          <w:rFonts w:cs="Times New Roman"/>
          <w:sz w:val="28"/>
          <w:szCs w:val="28"/>
        </w:rPr>
      </w:pPr>
      <w:r w:rsidRPr="004B3449">
        <w:rPr>
          <w:rFonts w:cs="Times New Roman"/>
          <w:sz w:val="28"/>
          <w:szCs w:val="28"/>
        </w:rPr>
        <w:t xml:space="preserve">a) Chi cục trưởng là người đứng đầu Chi cục, chịu trách nhiệm trước Giám đốc Sở Nông nghiệp và Môi trường, đồng thời chịu trách nhiệm trước </w:t>
      </w:r>
      <w:r w:rsidR="00B07A0A" w:rsidRPr="004B3449">
        <w:rPr>
          <w:rFonts w:cs="Times New Roman"/>
          <w:sz w:val="28"/>
          <w:szCs w:val="28"/>
        </w:rPr>
        <w:t xml:space="preserve">Giám đốc Sở và trước </w:t>
      </w:r>
      <w:r w:rsidRPr="004B3449">
        <w:rPr>
          <w:rFonts w:cs="Times New Roman"/>
          <w:sz w:val="28"/>
          <w:szCs w:val="28"/>
        </w:rPr>
        <w:t xml:space="preserve">pháp luật về toàn bộ hoạt động của Chi cục. </w:t>
      </w:r>
    </w:p>
    <w:p w14:paraId="203B858B" w14:textId="77777777" w:rsidR="0008780A" w:rsidRPr="004B3449" w:rsidRDefault="0008780A" w:rsidP="004B3449">
      <w:pPr>
        <w:spacing w:before="120" w:after="0" w:line="240" w:lineRule="auto"/>
        <w:ind w:firstLine="720"/>
        <w:jc w:val="both"/>
        <w:rPr>
          <w:rFonts w:cs="Times New Roman"/>
          <w:sz w:val="28"/>
          <w:szCs w:val="28"/>
        </w:rPr>
      </w:pPr>
      <w:r w:rsidRPr="004B3449">
        <w:rPr>
          <w:rFonts w:cs="Times New Roman"/>
          <w:sz w:val="28"/>
          <w:szCs w:val="28"/>
        </w:rPr>
        <w:t>b) Phó Chi cục trưởng giúp Chi cục trưởng phụ trách, chỉ đạo thực hiện một số nhiệm vụ, lĩnh vực công tác được Chi cục trưởng phân công; thay mặt Chi cục trưởng điều hành công việc của Chi cục khi được ủy quyền; chịu trách nhiệm trước Chi cục trưởng và trước pháp luật về nhiệm vụ được phân công.</w:t>
      </w:r>
    </w:p>
    <w:p w14:paraId="083A5CF7" w14:textId="77777777" w:rsidR="0008780A" w:rsidRPr="004B3449" w:rsidRDefault="0008780A" w:rsidP="004B3449">
      <w:pPr>
        <w:pStyle w:val="NormalWeb"/>
        <w:shd w:val="clear" w:color="auto" w:fill="FFFFFF"/>
        <w:spacing w:before="120" w:beforeAutospacing="0" w:after="0" w:afterAutospacing="0"/>
        <w:ind w:firstLine="720"/>
        <w:jc w:val="both"/>
        <w:rPr>
          <w:sz w:val="28"/>
          <w:szCs w:val="28"/>
          <w:lang w:val="pt-BR"/>
        </w:rPr>
      </w:pPr>
      <w:r w:rsidRPr="004B3449">
        <w:rPr>
          <w:sz w:val="28"/>
          <w:szCs w:val="28"/>
          <w:lang w:val="pt-BR"/>
        </w:rPr>
        <w:t>2. Các phòng chuyên môn nghiệp vụ thuộc Chi cục gồm:</w:t>
      </w:r>
    </w:p>
    <w:p w14:paraId="180E2189" w14:textId="77777777" w:rsidR="00EC24B2" w:rsidRPr="004B3449" w:rsidRDefault="00AC7A97" w:rsidP="004B3449">
      <w:pPr>
        <w:spacing w:before="120" w:after="0" w:line="240" w:lineRule="auto"/>
        <w:ind w:firstLine="720"/>
        <w:jc w:val="both"/>
        <w:rPr>
          <w:rFonts w:cs="Times New Roman"/>
          <w:sz w:val="28"/>
          <w:szCs w:val="28"/>
          <w:lang w:val="pt-BR"/>
        </w:rPr>
      </w:pPr>
      <w:r w:rsidRPr="004B3449">
        <w:rPr>
          <w:rFonts w:cs="Times New Roman"/>
          <w:sz w:val="28"/>
          <w:szCs w:val="28"/>
          <w:lang w:val="pt-BR"/>
        </w:rPr>
        <w:t>a) Phòng Tài nguyên nước</w:t>
      </w:r>
      <w:r w:rsidR="00002A2E" w:rsidRPr="004B3449">
        <w:rPr>
          <w:rFonts w:cs="Times New Roman"/>
          <w:sz w:val="28"/>
          <w:szCs w:val="28"/>
          <w:lang w:val="pt-BR"/>
        </w:rPr>
        <w:t xml:space="preserve"> </w:t>
      </w:r>
      <w:r w:rsidRPr="004B3449">
        <w:rPr>
          <w:rFonts w:cs="Times New Roman"/>
          <w:sz w:val="28"/>
          <w:szCs w:val="28"/>
          <w:lang w:val="pt-BR"/>
        </w:rPr>
        <w:t xml:space="preserve">và </w:t>
      </w:r>
      <w:r w:rsidR="00AC5A7C" w:rsidRPr="004B3449">
        <w:rPr>
          <w:rFonts w:cs="Times New Roman"/>
          <w:sz w:val="28"/>
          <w:szCs w:val="28"/>
          <w:lang w:val="pt-BR"/>
        </w:rPr>
        <w:t>Công trình thủy lợi</w:t>
      </w:r>
      <w:r w:rsidRPr="004B3449">
        <w:rPr>
          <w:rFonts w:cs="Times New Roman"/>
          <w:sz w:val="28"/>
          <w:szCs w:val="28"/>
          <w:lang w:val="pt-BR"/>
        </w:rPr>
        <w:t>;</w:t>
      </w:r>
    </w:p>
    <w:p w14:paraId="7129552A" w14:textId="6EAF3396" w:rsidR="00EC24B2" w:rsidRPr="004B3449" w:rsidRDefault="00AC7A97" w:rsidP="004B3449">
      <w:pPr>
        <w:spacing w:before="120" w:after="0" w:line="240" w:lineRule="auto"/>
        <w:ind w:firstLine="720"/>
        <w:jc w:val="both"/>
        <w:rPr>
          <w:rFonts w:cs="Times New Roman"/>
          <w:sz w:val="28"/>
          <w:szCs w:val="28"/>
          <w:lang w:val="pt-BR"/>
        </w:rPr>
      </w:pPr>
      <w:r w:rsidRPr="004B3449">
        <w:rPr>
          <w:rFonts w:cs="Times New Roman"/>
          <w:sz w:val="28"/>
          <w:szCs w:val="28"/>
          <w:lang w:val="pt-BR"/>
        </w:rPr>
        <w:t>b) Phòng Khí tượng thủy văn và Phòng, chống thiên tai.</w:t>
      </w:r>
      <w:r w:rsidR="0008780A" w:rsidRPr="004B3449">
        <w:rPr>
          <w:rFonts w:cs="Times New Roman"/>
          <w:sz w:val="28"/>
          <w:szCs w:val="28"/>
          <w:lang w:val="pt-BR"/>
        </w:rPr>
        <w:t>/.</w:t>
      </w:r>
    </w:p>
    <w:sectPr w:rsidR="00EC24B2" w:rsidRPr="004B3449" w:rsidSect="007374CE">
      <w:pgSz w:w="11907" w:h="16840" w:code="9"/>
      <w:pgMar w:top="1474" w:right="1134" w:bottom="1134" w:left="1418" w:header="42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A43A0" w14:textId="77777777" w:rsidR="00322342" w:rsidRDefault="00322342" w:rsidP="00AC5A7C">
      <w:pPr>
        <w:spacing w:after="0" w:line="240" w:lineRule="auto"/>
      </w:pPr>
      <w:r>
        <w:separator/>
      </w:r>
    </w:p>
  </w:endnote>
  <w:endnote w:type="continuationSeparator" w:id="0">
    <w:p w14:paraId="64C4E8EB" w14:textId="77777777" w:rsidR="00322342" w:rsidRDefault="00322342" w:rsidP="00AC5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nTimeH">
    <w:altName w:val="Times New Roman"/>
    <w:panose1 w:val="020B7200000000000000"/>
    <w:charset w:val="00"/>
    <w:family w:val="swiss"/>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CE2F8" w14:textId="77777777" w:rsidR="00322342" w:rsidRDefault="00322342" w:rsidP="00AC5A7C">
      <w:pPr>
        <w:spacing w:after="0" w:line="240" w:lineRule="auto"/>
      </w:pPr>
      <w:r>
        <w:separator/>
      </w:r>
    </w:p>
  </w:footnote>
  <w:footnote w:type="continuationSeparator" w:id="0">
    <w:p w14:paraId="0F2ADAB0" w14:textId="77777777" w:rsidR="00322342" w:rsidRDefault="00322342" w:rsidP="00AC5A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4273516">
    <w:abstractNumId w:val="8"/>
  </w:num>
  <w:num w:numId="2" w16cid:durableId="21564134">
    <w:abstractNumId w:val="6"/>
  </w:num>
  <w:num w:numId="3" w16cid:durableId="605431237">
    <w:abstractNumId w:val="5"/>
  </w:num>
  <w:num w:numId="4" w16cid:durableId="1685863766">
    <w:abstractNumId w:val="4"/>
  </w:num>
  <w:num w:numId="5" w16cid:durableId="1574242179">
    <w:abstractNumId w:val="7"/>
  </w:num>
  <w:num w:numId="6" w16cid:durableId="1806504861">
    <w:abstractNumId w:val="3"/>
  </w:num>
  <w:num w:numId="7" w16cid:durableId="329140206">
    <w:abstractNumId w:val="2"/>
  </w:num>
  <w:num w:numId="8" w16cid:durableId="1366103833">
    <w:abstractNumId w:val="1"/>
  </w:num>
  <w:num w:numId="9" w16cid:durableId="1526019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2A2E"/>
    <w:rsid w:val="00034616"/>
    <w:rsid w:val="000469B4"/>
    <w:rsid w:val="0006063C"/>
    <w:rsid w:val="00062DB0"/>
    <w:rsid w:val="0008780A"/>
    <w:rsid w:val="000B53D8"/>
    <w:rsid w:val="0015074B"/>
    <w:rsid w:val="00250680"/>
    <w:rsid w:val="0029639D"/>
    <w:rsid w:val="002A4DFB"/>
    <w:rsid w:val="00322342"/>
    <w:rsid w:val="00326F90"/>
    <w:rsid w:val="00356E3C"/>
    <w:rsid w:val="003A7468"/>
    <w:rsid w:val="003D3697"/>
    <w:rsid w:val="00476E4D"/>
    <w:rsid w:val="004B3449"/>
    <w:rsid w:val="004C60E0"/>
    <w:rsid w:val="00514E30"/>
    <w:rsid w:val="005B4879"/>
    <w:rsid w:val="005B7818"/>
    <w:rsid w:val="005E563C"/>
    <w:rsid w:val="006526B2"/>
    <w:rsid w:val="00686A31"/>
    <w:rsid w:val="006F19C2"/>
    <w:rsid w:val="0073581F"/>
    <w:rsid w:val="007374CE"/>
    <w:rsid w:val="00753F7B"/>
    <w:rsid w:val="007C27BD"/>
    <w:rsid w:val="007D232D"/>
    <w:rsid w:val="007E1D2B"/>
    <w:rsid w:val="008C7F88"/>
    <w:rsid w:val="009B1232"/>
    <w:rsid w:val="009F4875"/>
    <w:rsid w:val="00A90C29"/>
    <w:rsid w:val="00AA1D8D"/>
    <w:rsid w:val="00AC5A7C"/>
    <w:rsid w:val="00AC7A97"/>
    <w:rsid w:val="00B07A0A"/>
    <w:rsid w:val="00B47730"/>
    <w:rsid w:val="00C25B99"/>
    <w:rsid w:val="00C27717"/>
    <w:rsid w:val="00C3313B"/>
    <w:rsid w:val="00CB0664"/>
    <w:rsid w:val="00D049B7"/>
    <w:rsid w:val="00D0650A"/>
    <w:rsid w:val="00D76B22"/>
    <w:rsid w:val="00DC033A"/>
    <w:rsid w:val="00DD2831"/>
    <w:rsid w:val="00E03BAF"/>
    <w:rsid w:val="00E139E6"/>
    <w:rsid w:val="00E677A3"/>
    <w:rsid w:val="00E87D03"/>
    <w:rsid w:val="00EC24B2"/>
    <w:rsid w:val="00EC6928"/>
    <w:rsid w:val="00F81669"/>
    <w:rsid w:val="00F86678"/>
    <w:rsid w:val="00F875AB"/>
    <w:rsid w:val="00F94694"/>
    <w:rsid w:val="00FB7F6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E437B2"/>
  <w14:defaultImageDpi w14:val="300"/>
  <w15:docId w15:val="{1DD513C3-FA21-4F43-AC5A-E08880A86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aliases w:val="Normal (Web) Char"/>
    <w:basedOn w:val="Normal"/>
    <w:link w:val="NormalWebChar1"/>
    <w:uiPriority w:val="99"/>
    <w:unhideWhenUsed/>
    <w:rsid w:val="0008780A"/>
    <w:pPr>
      <w:spacing w:before="100" w:beforeAutospacing="1" w:after="100" w:afterAutospacing="1" w:line="240" w:lineRule="auto"/>
    </w:pPr>
    <w:rPr>
      <w:rFonts w:cs="Times New Roman"/>
      <w:sz w:val="24"/>
      <w:szCs w:val="24"/>
    </w:rPr>
  </w:style>
  <w:style w:type="character" w:customStyle="1" w:styleId="NormalWebChar1">
    <w:name w:val="Normal (Web) Char1"/>
    <w:aliases w:val="Normal (Web) Char Char"/>
    <w:link w:val="NormalWeb"/>
    <w:uiPriority w:val="99"/>
    <w:rsid w:val="0008780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ED44A-99A0-44E7-8DC7-E098915BC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10</Pages>
  <Words>3423</Words>
  <Characters>19513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Hong Quang Sla</cp:lastModifiedBy>
  <cp:revision>30</cp:revision>
  <dcterms:created xsi:type="dcterms:W3CDTF">2026-07-08T13:29:00Z</dcterms:created>
  <dcterms:modified xsi:type="dcterms:W3CDTF">2026-07-23T02:18:00Z</dcterms:modified>
  <cp:category/>
</cp:coreProperties>
</file>