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ook w:val="01E0" w:firstRow="1" w:lastRow="1" w:firstColumn="1" w:lastColumn="1" w:noHBand="0" w:noVBand="0"/>
      </w:tblPr>
      <w:tblGrid>
        <w:gridCol w:w="3299"/>
        <w:gridCol w:w="6165"/>
      </w:tblGrid>
      <w:tr w:rsidR="00B40156" w:rsidRPr="00217BEA" w14:paraId="2BFB013C" w14:textId="77777777" w:rsidTr="00D02C60">
        <w:trPr>
          <w:trHeight w:val="1139"/>
        </w:trPr>
        <w:tc>
          <w:tcPr>
            <w:tcW w:w="3299" w:type="dxa"/>
          </w:tcPr>
          <w:p w14:paraId="46B676EF" w14:textId="77777777" w:rsidR="00B40156" w:rsidRPr="00B06CFC" w:rsidRDefault="00B40156" w:rsidP="00F13382">
            <w:pPr>
              <w:spacing w:after="0" w:line="240" w:lineRule="auto"/>
              <w:jc w:val="center"/>
              <w:rPr>
                <w:rFonts w:ascii="Times New Roman" w:hAnsi="Times New Roman" w:cs="Times New Roman"/>
                <w:b/>
                <w:bCs/>
                <w:sz w:val="26"/>
                <w:szCs w:val="26"/>
              </w:rPr>
            </w:pPr>
            <w:r w:rsidRPr="00B06CFC">
              <w:rPr>
                <w:rFonts w:ascii="Times New Roman" w:hAnsi="Times New Roman" w:cs="Times New Roman"/>
                <w:b/>
                <w:bCs/>
                <w:sz w:val="26"/>
                <w:szCs w:val="26"/>
              </w:rPr>
              <w:t>ỦY BAN NHÂN DÂN</w:t>
            </w:r>
          </w:p>
          <w:p w14:paraId="60FD807F" w14:textId="77777777" w:rsidR="00B40156" w:rsidRPr="00B06CFC" w:rsidRDefault="00B40156" w:rsidP="00F13382">
            <w:pPr>
              <w:spacing w:after="0" w:line="240" w:lineRule="auto"/>
              <w:jc w:val="center"/>
              <w:rPr>
                <w:rFonts w:ascii="Times New Roman" w:hAnsi="Times New Roman" w:cs="Times New Roman"/>
                <w:b/>
                <w:bCs/>
                <w:sz w:val="26"/>
                <w:szCs w:val="26"/>
              </w:rPr>
            </w:pPr>
            <w:r w:rsidRPr="00B06CFC">
              <w:rPr>
                <w:rFonts w:ascii="Times New Roman" w:hAnsi="Times New Roman" w:cs="Times New Roman"/>
                <w:b/>
                <w:bCs/>
                <w:sz w:val="26"/>
                <w:szCs w:val="26"/>
              </w:rPr>
              <w:t>TỈNH SƠN LA</w:t>
            </w:r>
          </w:p>
          <w:p w14:paraId="78376186" w14:textId="00D74B9F" w:rsidR="00B40156" w:rsidRPr="00B06CFC" w:rsidRDefault="00B06CFC" w:rsidP="00F13382">
            <w:pPr>
              <w:widowControl w:val="0"/>
              <w:spacing w:after="0" w:line="240" w:lineRule="auto"/>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1824" behindDoc="0" locked="0" layoutInCell="1" allowOverlap="1" wp14:anchorId="5E7CC231" wp14:editId="17EBC787">
                      <wp:simplePos x="0" y="0"/>
                      <wp:positionH relativeFrom="column">
                        <wp:posOffset>777067</wp:posOffset>
                      </wp:positionH>
                      <wp:positionV relativeFrom="paragraph">
                        <wp:posOffset>8544</wp:posOffset>
                      </wp:positionV>
                      <wp:extent cx="408709" cy="0"/>
                      <wp:effectExtent l="0" t="0" r="0" b="0"/>
                      <wp:wrapNone/>
                      <wp:docPr id="1920461540" name="Straight Connector 7"/>
                      <wp:cNvGraphicFramePr/>
                      <a:graphic xmlns:a="http://schemas.openxmlformats.org/drawingml/2006/main">
                        <a:graphicData uri="http://schemas.microsoft.com/office/word/2010/wordprocessingShape">
                          <wps:wsp>
                            <wps:cNvCnPr/>
                            <wps:spPr>
                              <a:xfrm>
                                <a:off x="0" y="0"/>
                                <a:ext cx="4087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22F2AD" id="Straight Connector 7"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61.2pt,.65pt" to="93.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" strokecolor="black [3040]"/>
                  </w:pict>
                </mc:Fallback>
              </mc:AlternateContent>
            </w:r>
          </w:p>
          <w:p w14:paraId="7FA54644" w14:textId="45F06D7A" w:rsidR="00B40156" w:rsidRPr="002A356A" w:rsidRDefault="00B40156" w:rsidP="00F13382">
            <w:pPr>
              <w:widowControl w:val="0"/>
              <w:spacing w:after="0" w:line="240" w:lineRule="auto"/>
              <w:jc w:val="center"/>
              <w:rPr>
                <w:rFonts w:ascii="Times New Roman" w:hAnsi="Times New Roman" w:cs="Times New Roman"/>
                <w:b/>
                <w:sz w:val="28"/>
                <w:szCs w:val="28"/>
              </w:rPr>
            </w:pPr>
            <w:r w:rsidRPr="002A356A">
              <w:rPr>
                <w:rFonts w:ascii="Times New Roman" w:hAnsi="Times New Roman" w:cs="Times New Roman"/>
                <w:sz w:val="28"/>
                <w:szCs w:val="28"/>
              </w:rPr>
              <w:t>Số:</w:t>
            </w:r>
            <w:r w:rsidR="00CE26A5" w:rsidRPr="002A356A">
              <w:rPr>
                <w:rFonts w:ascii="Times New Roman" w:hAnsi="Times New Roman" w:cs="Times New Roman"/>
                <w:sz w:val="28"/>
                <w:szCs w:val="28"/>
              </w:rPr>
              <w:t xml:space="preserve"> 35</w:t>
            </w:r>
            <w:r w:rsidRPr="002A356A">
              <w:rPr>
                <w:rFonts w:ascii="Times New Roman" w:hAnsi="Times New Roman" w:cs="Times New Roman"/>
                <w:sz w:val="28"/>
                <w:szCs w:val="28"/>
              </w:rPr>
              <w:t>/QĐ-UBND</w:t>
            </w:r>
          </w:p>
        </w:tc>
        <w:tc>
          <w:tcPr>
            <w:tcW w:w="6165" w:type="dxa"/>
          </w:tcPr>
          <w:p w14:paraId="028590D3" w14:textId="77777777" w:rsidR="00B40156" w:rsidRPr="00B06CFC" w:rsidRDefault="00B40156" w:rsidP="00F13382">
            <w:pPr>
              <w:spacing w:after="0" w:line="240" w:lineRule="auto"/>
              <w:jc w:val="center"/>
              <w:rPr>
                <w:rFonts w:ascii="Times New Roman" w:hAnsi="Times New Roman" w:cs="Times New Roman"/>
                <w:b/>
                <w:bCs/>
                <w:sz w:val="26"/>
                <w:szCs w:val="26"/>
              </w:rPr>
            </w:pPr>
            <w:r w:rsidRPr="00B06CFC">
              <w:rPr>
                <w:rFonts w:ascii="Times New Roman" w:hAnsi="Times New Roman" w:cs="Times New Roman"/>
                <w:b/>
                <w:bCs/>
                <w:sz w:val="26"/>
                <w:szCs w:val="26"/>
              </w:rPr>
              <w:t>CỘNG HÒA XÃ HỘI CHỦ NGHĨA VIỆT NAM</w:t>
            </w:r>
          </w:p>
          <w:p w14:paraId="59119457" w14:textId="77777777" w:rsidR="00B40156" w:rsidRPr="00217BEA" w:rsidRDefault="00B40156" w:rsidP="00F13382">
            <w:pPr>
              <w:widowControl w:val="0"/>
              <w:spacing w:after="0" w:line="240" w:lineRule="auto"/>
              <w:jc w:val="center"/>
              <w:rPr>
                <w:rFonts w:ascii="Times New Roman" w:hAnsi="Times New Roman" w:cs="Times New Roman"/>
                <w:b/>
                <w:sz w:val="28"/>
                <w:szCs w:val="28"/>
              </w:rPr>
            </w:pPr>
            <w:r w:rsidRPr="00217BEA">
              <w:rPr>
                <w:rFonts w:ascii="Times New Roman" w:hAnsi="Times New Roman" w:cs="Times New Roman"/>
                <w:b/>
                <w:bCs/>
                <w:sz w:val="28"/>
                <w:szCs w:val="28"/>
              </w:rPr>
              <w:t>Độc lập - Tự do - Hạnh phúc</w:t>
            </w:r>
          </w:p>
          <w:p w14:paraId="1274B576" w14:textId="77777777" w:rsidR="00B40156" w:rsidRPr="00217BEA" w:rsidRDefault="00B40156" w:rsidP="00F13382">
            <w:pPr>
              <w:widowControl w:val="0"/>
              <w:spacing w:after="0" w:line="240" w:lineRule="auto"/>
              <w:jc w:val="center"/>
              <w:rPr>
                <w:rFonts w:ascii="Times New Roman" w:hAnsi="Times New Roman" w:cs="Times New Roman"/>
                <w:b/>
                <w:i/>
                <w:sz w:val="28"/>
                <w:szCs w:val="28"/>
              </w:rPr>
            </w:pPr>
            <w:r w:rsidRPr="00217BEA">
              <w:rPr>
                <w:rFonts w:ascii="Times New Roman" w:hAnsi="Times New Roman" w:cs="Times New Roman"/>
                <w:noProof/>
                <w:sz w:val="28"/>
                <w:szCs w:val="28"/>
              </w:rPr>
              <mc:AlternateContent>
                <mc:Choice Requires="wps">
                  <w:drawing>
                    <wp:anchor distT="4294967294" distB="4294967294" distL="114300" distR="114300" simplePos="0" relativeHeight="251660800" behindDoc="0" locked="0" layoutInCell="1" allowOverlap="1" wp14:anchorId="606C73EC" wp14:editId="606C0197">
                      <wp:simplePos x="0" y="0"/>
                      <wp:positionH relativeFrom="column">
                        <wp:posOffset>824865</wp:posOffset>
                      </wp:positionH>
                      <wp:positionV relativeFrom="paragraph">
                        <wp:posOffset>29210</wp:posOffset>
                      </wp:positionV>
                      <wp:extent cx="2101850" cy="0"/>
                      <wp:effectExtent l="0" t="0" r="0"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1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02678" id="Straight Connector 17" o:spid="_x0000_s1026" style="position:absolute;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95pt,2.3pt" to="230.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"/>
                  </w:pict>
                </mc:Fallback>
              </mc:AlternateContent>
            </w:r>
          </w:p>
          <w:p w14:paraId="226230E8" w14:textId="21678015" w:rsidR="00B40156" w:rsidRPr="00217BEA" w:rsidRDefault="00B40156" w:rsidP="002D23E4">
            <w:pPr>
              <w:widowControl w:val="0"/>
              <w:spacing w:after="0" w:line="240" w:lineRule="auto"/>
              <w:rPr>
                <w:rFonts w:ascii="Times New Roman" w:hAnsi="Times New Roman" w:cs="Times New Roman"/>
                <w:sz w:val="28"/>
                <w:szCs w:val="28"/>
              </w:rPr>
            </w:pPr>
            <w:r w:rsidRPr="00217BEA">
              <w:rPr>
                <w:rFonts w:ascii="Times New Roman" w:hAnsi="Times New Roman" w:cs="Times New Roman"/>
                <w:i/>
                <w:sz w:val="28"/>
                <w:szCs w:val="28"/>
              </w:rPr>
              <w:t xml:space="preserve">      </w:t>
            </w:r>
            <w:r w:rsidR="002D23E4" w:rsidRPr="00217BEA">
              <w:rPr>
                <w:rFonts w:ascii="Times New Roman" w:hAnsi="Times New Roman" w:cs="Times New Roman"/>
                <w:i/>
                <w:sz w:val="28"/>
                <w:szCs w:val="28"/>
              </w:rPr>
              <w:t xml:space="preserve"> </w:t>
            </w:r>
            <w:r w:rsidR="002D23E4" w:rsidRPr="00217BEA">
              <w:rPr>
                <w:rFonts w:ascii="Times New Roman" w:hAnsi="Times New Roman" w:cs="Times New Roman"/>
                <w:i/>
              </w:rPr>
              <w:t xml:space="preserve">       </w:t>
            </w:r>
            <w:r w:rsidRPr="00217BEA">
              <w:rPr>
                <w:rFonts w:ascii="Times New Roman" w:hAnsi="Times New Roman" w:cs="Times New Roman"/>
                <w:i/>
                <w:sz w:val="28"/>
                <w:szCs w:val="28"/>
              </w:rPr>
              <w:t>Sơn La, ngày</w:t>
            </w:r>
            <w:r w:rsidR="00CE26A5">
              <w:rPr>
                <w:rFonts w:ascii="Times New Roman" w:hAnsi="Times New Roman" w:cs="Times New Roman"/>
                <w:i/>
                <w:sz w:val="28"/>
                <w:szCs w:val="28"/>
              </w:rPr>
              <w:t xml:space="preserve"> 06</w:t>
            </w:r>
            <w:r w:rsidR="00B06CFC">
              <w:rPr>
                <w:rFonts w:ascii="Times New Roman" w:hAnsi="Times New Roman" w:cs="Times New Roman"/>
                <w:i/>
                <w:sz w:val="28"/>
                <w:szCs w:val="28"/>
              </w:rPr>
              <w:t xml:space="preserve"> </w:t>
            </w:r>
            <w:r w:rsidRPr="00217BEA">
              <w:rPr>
                <w:rFonts w:ascii="Times New Roman" w:hAnsi="Times New Roman" w:cs="Times New Roman"/>
                <w:i/>
                <w:sz w:val="28"/>
                <w:szCs w:val="28"/>
              </w:rPr>
              <w:t>tháng</w:t>
            </w:r>
            <w:r w:rsidR="00CE26A5">
              <w:rPr>
                <w:rFonts w:ascii="Times New Roman" w:hAnsi="Times New Roman" w:cs="Times New Roman"/>
                <w:i/>
                <w:sz w:val="28"/>
                <w:szCs w:val="28"/>
              </w:rPr>
              <w:t xml:space="preserve"> 01</w:t>
            </w:r>
            <w:r w:rsidR="00B06CFC">
              <w:rPr>
                <w:rFonts w:ascii="Times New Roman" w:hAnsi="Times New Roman" w:cs="Times New Roman"/>
                <w:i/>
                <w:sz w:val="28"/>
                <w:szCs w:val="28"/>
              </w:rPr>
              <w:t xml:space="preserve"> </w:t>
            </w:r>
            <w:r w:rsidRPr="00217BEA">
              <w:rPr>
                <w:rFonts w:ascii="Times New Roman" w:hAnsi="Times New Roman" w:cs="Times New Roman"/>
                <w:i/>
                <w:sz w:val="28"/>
                <w:szCs w:val="28"/>
              </w:rPr>
              <w:t>năm</w:t>
            </w:r>
            <w:r w:rsidR="00CE26A5">
              <w:rPr>
                <w:rFonts w:ascii="Times New Roman" w:hAnsi="Times New Roman" w:cs="Times New Roman"/>
                <w:i/>
                <w:sz w:val="28"/>
                <w:szCs w:val="28"/>
              </w:rPr>
              <w:t xml:space="preserve"> 2026</w:t>
            </w:r>
            <w:r w:rsidRPr="00217BEA">
              <w:rPr>
                <w:rFonts w:ascii="Times New Roman" w:hAnsi="Times New Roman" w:cs="Times New Roman"/>
                <w:i/>
                <w:sz w:val="28"/>
                <w:szCs w:val="28"/>
              </w:rPr>
              <w:t xml:space="preserve"> </w:t>
            </w:r>
            <w:r w:rsidR="00B06CFC">
              <w:rPr>
                <w:rFonts w:ascii="Times New Roman" w:hAnsi="Times New Roman" w:cs="Times New Roman"/>
                <w:i/>
                <w:sz w:val="28"/>
                <w:szCs w:val="28"/>
              </w:rPr>
              <w:t xml:space="preserve"> </w:t>
            </w:r>
          </w:p>
        </w:tc>
      </w:tr>
    </w:tbl>
    <w:p w14:paraId="576B232D" w14:textId="77777777" w:rsidR="00B40156" w:rsidRDefault="00B40156" w:rsidP="00B06CFC">
      <w:pPr>
        <w:spacing w:after="0" w:line="240" w:lineRule="auto"/>
        <w:rPr>
          <w:rFonts w:ascii="Times New Roman" w:hAnsi="Times New Roman" w:cs="Times New Roman"/>
          <w:sz w:val="28"/>
          <w:szCs w:val="28"/>
        </w:rPr>
      </w:pPr>
    </w:p>
    <w:p w14:paraId="3563D755" w14:textId="77777777" w:rsidR="00510FE9" w:rsidRPr="00001FBD" w:rsidRDefault="00510FE9" w:rsidP="00B06CFC">
      <w:pPr>
        <w:pStyle w:val="Heading1"/>
        <w:spacing w:before="0" w:line="240" w:lineRule="auto"/>
        <w:jc w:val="center"/>
        <w:rPr>
          <w:rFonts w:ascii="Times New Roman" w:hAnsi="Times New Roman" w:cs="Times New Roman"/>
          <w:color w:val="auto"/>
        </w:rPr>
      </w:pPr>
      <w:r w:rsidRPr="00001FBD">
        <w:rPr>
          <w:rFonts w:ascii="Times New Roman" w:hAnsi="Times New Roman" w:cs="Times New Roman"/>
          <w:color w:val="auto"/>
        </w:rPr>
        <w:t>QUYẾT ĐỊNH</w:t>
      </w:r>
    </w:p>
    <w:p w14:paraId="0AC434A3" w14:textId="77777777" w:rsidR="00F818D8" w:rsidRPr="00001FBD" w:rsidRDefault="00510FE9" w:rsidP="00B06CFC">
      <w:pPr>
        <w:pStyle w:val="Heading2"/>
        <w:spacing w:before="0" w:line="240" w:lineRule="auto"/>
        <w:jc w:val="center"/>
        <w:rPr>
          <w:rFonts w:ascii="Times New Roman" w:hAnsi="Times New Roman" w:cs="Times New Roman"/>
          <w:color w:val="auto"/>
          <w:sz w:val="28"/>
          <w:szCs w:val="28"/>
        </w:rPr>
      </w:pPr>
      <w:r w:rsidRPr="00001FBD">
        <w:rPr>
          <w:rFonts w:ascii="Times New Roman" w:hAnsi="Times New Roman" w:cs="Times New Roman"/>
          <w:color w:val="auto"/>
          <w:sz w:val="28"/>
          <w:szCs w:val="28"/>
        </w:rPr>
        <w:t xml:space="preserve">Phê duyệt Kế hoạch </w:t>
      </w:r>
      <w:r w:rsidR="00705272" w:rsidRPr="00001FBD">
        <w:rPr>
          <w:rFonts w:ascii="Times New Roman" w:hAnsi="Times New Roman" w:cs="Times New Roman"/>
          <w:color w:val="auto"/>
          <w:sz w:val="28"/>
          <w:szCs w:val="28"/>
        </w:rPr>
        <w:t>bồi dưỡng</w:t>
      </w:r>
      <w:r w:rsidR="007E1B97" w:rsidRPr="00001FBD">
        <w:rPr>
          <w:rFonts w:ascii="Times New Roman" w:hAnsi="Times New Roman" w:cs="Times New Roman"/>
          <w:color w:val="auto"/>
          <w:sz w:val="28"/>
          <w:szCs w:val="28"/>
        </w:rPr>
        <w:t xml:space="preserve">, tập huấn </w:t>
      </w:r>
    </w:p>
    <w:p w14:paraId="35C25F9E" w14:textId="02432787" w:rsidR="00705272" w:rsidRPr="00001FBD" w:rsidRDefault="00705272" w:rsidP="00B06CFC">
      <w:pPr>
        <w:pStyle w:val="Heading2"/>
        <w:spacing w:before="0" w:line="240" w:lineRule="auto"/>
        <w:jc w:val="center"/>
        <w:rPr>
          <w:rFonts w:ascii="Times New Roman" w:hAnsi="Times New Roman" w:cs="Times New Roman"/>
          <w:color w:val="auto"/>
          <w:sz w:val="28"/>
          <w:szCs w:val="28"/>
        </w:rPr>
      </w:pPr>
      <w:r w:rsidRPr="00001FBD">
        <w:rPr>
          <w:rFonts w:ascii="Times New Roman" w:hAnsi="Times New Roman" w:cs="Times New Roman"/>
          <w:color w:val="auto"/>
          <w:sz w:val="28"/>
          <w:szCs w:val="28"/>
        </w:rPr>
        <w:t xml:space="preserve">phát triển nguồn nhân lực số </w:t>
      </w:r>
      <w:r w:rsidR="001B2992" w:rsidRPr="00001FBD">
        <w:rPr>
          <w:rFonts w:ascii="Times New Roman" w:hAnsi="Times New Roman" w:cs="Times New Roman"/>
          <w:color w:val="auto"/>
          <w:sz w:val="28"/>
          <w:szCs w:val="28"/>
        </w:rPr>
        <w:t>tỉnh Sơn La năm 2026</w:t>
      </w:r>
    </w:p>
    <w:p w14:paraId="57AAEEBD" w14:textId="2ECDC399" w:rsidR="00705272" w:rsidRPr="002579AF" w:rsidRDefault="00705272" w:rsidP="00B06CFC">
      <w:pPr>
        <w:pStyle w:val="Heading2"/>
        <w:spacing w:before="0" w:line="240" w:lineRule="auto"/>
        <w:jc w:val="center"/>
        <w:rPr>
          <w:rFonts w:ascii="Times New Roman" w:hAnsi="Times New Roman" w:cs="Times New Roman"/>
          <w:sz w:val="34"/>
          <w:szCs w:val="34"/>
        </w:rPr>
      </w:pPr>
    </w:p>
    <w:p w14:paraId="6FC95CB8" w14:textId="34CFFB09" w:rsidR="000727B8" w:rsidRPr="00001FBD" w:rsidRDefault="00B06CFC" w:rsidP="00B06CFC">
      <w:pPr>
        <w:spacing w:after="0" w:line="240" w:lineRule="auto"/>
        <w:jc w:val="center"/>
        <w:rPr>
          <w:rFonts w:ascii="Times New Roman" w:hAnsi="Times New Roman" w:cs="Times New Roman"/>
          <w:b/>
          <w:sz w:val="28"/>
          <w:szCs w:val="28"/>
        </w:rPr>
      </w:pPr>
      <w:r w:rsidRPr="00001FBD">
        <w:rPr>
          <w:rFonts w:ascii="Times New Roman" w:hAnsi="Times New Roman" w:cs="Times New Roman"/>
          <w:b/>
          <w:sz w:val="28"/>
          <w:szCs w:val="28"/>
        </w:rPr>
        <w:t xml:space="preserve">CHỦ TỊCH </w:t>
      </w:r>
      <w:r w:rsidR="00510FE9" w:rsidRPr="00001FBD">
        <w:rPr>
          <w:rFonts w:ascii="Times New Roman" w:hAnsi="Times New Roman" w:cs="Times New Roman"/>
          <w:b/>
          <w:sz w:val="28"/>
          <w:szCs w:val="28"/>
        </w:rPr>
        <w:t xml:space="preserve">ỦY BAN NHÂN DÂN TỈNH </w:t>
      </w:r>
    </w:p>
    <w:p w14:paraId="35698D3A" w14:textId="77777777" w:rsidR="00001FBD" w:rsidRPr="00001FBD" w:rsidRDefault="00001FBD" w:rsidP="00B06CFC">
      <w:pPr>
        <w:spacing w:after="0" w:line="240" w:lineRule="auto"/>
        <w:jc w:val="center"/>
        <w:rPr>
          <w:rFonts w:ascii="Times New Roman" w:hAnsi="Times New Roman" w:cs="Times New Roman"/>
          <w:b/>
          <w:sz w:val="28"/>
          <w:szCs w:val="28"/>
        </w:rPr>
      </w:pPr>
    </w:p>
    <w:p w14:paraId="5581B3A3" w14:textId="77777777" w:rsidR="00910182" w:rsidRPr="002A356A" w:rsidRDefault="00910182" w:rsidP="002A356A">
      <w:pPr>
        <w:spacing w:before="120" w:after="0" w:line="240" w:lineRule="auto"/>
        <w:ind w:firstLine="720"/>
        <w:jc w:val="both"/>
        <w:rPr>
          <w:rFonts w:ascii="Times New Roman" w:hAnsi="Times New Roman" w:cs="Times New Roman"/>
          <w:i/>
          <w:sz w:val="28"/>
          <w:szCs w:val="28"/>
        </w:rPr>
      </w:pPr>
      <w:r w:rsidRPr="002A356A">
        <w:rPr>
          <w:rFonts w:ascii="Times New Roman" w:hAnsi="Times New Roman" w:cs="Times New Roman"/>
          <w:i/>
          <w:sz w:val="28"/>
          <w:szCs w:val="28"/>
        </w:rPr>
        <w:t xml:space="preserve">Căn cứ Luật Tổ chức Chính quyền địa phương năm 2025; </w:t>
      </w:r>
    </w:p>
    <w:p w14:paraId="08218D00" w14:textId="1F997396" w:rsidR="003F7B30" w:rsidRPr="002A356A" w:rsidRDefault="003F7B30" w:rsidP="002A356A">
      <w:pPr>
        <w:spacing w:before="120" w:after="0" w:line="240" w:lineRule="auto"/>
        <w:ind w:firstLine="720"/>
        <w:jc w:val="both"/>
        <w:rPr>
          <w:rFonts w:ascii="Times New Roman" w:hAnsi="Times New Roman" w:cs="Times New Roman"/>
          <w:i/>
          <w:sz w:val="28"/>
          <w:szCs w:val="28"/>
        </w:rPr>
      </w:pPr>
      <w:r w:rsidRPr="002A356A">
        <w:rPr>
          <w:rFonts w:ascii="Times New Roman" w:hAnsi="Times New Roman" w:cs="Times New Roman"/>
          <w:i/>
          <w:sz w:val="28"/>
          <w:szCs w:val="28"/>
        </w:rPr>
        <w:t>Căn cứ Quyết định số 146/QĐ-TTg ngày 28</w:t>
      </w:r>
      <w:r w:rsidR="002A356A">
        <w:rPr>
          <w:rFonts w:ascii="Times New Roman" w:hAnsi="Times New Roman" w:cs="Times New Roman"/>
          <w:i/>
          <w:sz w:val="28"/>
          <w:szCs w:val="28"/>
        </w:rPr>
        <w:t xml:space="preserve"> tháng </w:t>
      </w:r>
      <w:r w:rsidRPr="002A356A">
        <w:rPr>
          <w:rFonts w:ascii="Times New Roman" w:hAnsi="Times New Roman" w:cs="Times New Roman"/>
          <w:i/>
          <w:sz w:val="28"/>
          <w:szCs w:val="28"/>
        </w:rPr>
        <w:t>01</w:t>
      </w:r>
      <w:r w:rsidR="002A356A">
        <w:rPr>
          <w:rFonts w:ascii="Times New Roman" w:hAnsi="Times New Roman" w:cs="Times New Roman"/>
          <w:i/>
          <w:sz w:val="28"/>
          <w:szCs w:val="28"/>
        </w:rPr>
        <w:t xml:space="preserve"> năm </w:t>
      </w:r>
      <w:r w:rsidRPr="002A356A">
        <w:rPr>
          <w:rFonts w:ascii="Times New Roman" w:hAnsi="Times New Roman" w:cs="Times New Roman"/>
          <w:i/>
          <w:sz w:val="28"/>
          <w:szCs w:val="28"/>
        </w:rPr>
        <w:t xml:space="preserve">2022 của Thủ tướng Chính phủ phê duyệt Đề án "Nâng cao nhận thức, phổ cập kỹ năng và phát triển nguồn nhân lực chuyển đổi số quốc gia đến năm 2025, định hướng đến năm 2030"; </w:t>
      </w:r>
    </w:p>
    <w:p w14:paraId="46691865" w14:textId="2325D5B6" w:rsidR="00697297" w:rsidRPr="002A356A" w:rsidRDefault="00897D7C" w:rsidP="002A356A">
      <w:pPr>
        <w:spacing w:before="120" w:after="0" w:line="240" w:lineRule="auto"/>
        <w:ind w:firstLine="720"/>
        <w:jc w:val="both"/>
        <w:rPr>
          <w:rFonts w:ascii="Times New Roman" w:hAnsi="Times New Roman" w:cs="Times New Roman"/>
          <w:i/>
          <w:iCs/>
          <w:sz w:val="28"/>
          <w:szCs w:val="28"/>
        </w:rPr>
      </w:pPr>
      <w:r w:rsidRPr="002A356A">
        <w:rPr>
          <w:rFonts w:ascii="Times New Roman" w:hAnsi="Times New Roman" w:cs="Times New Roman"/>
          <w:i/>
          <w:iCs/>
          <w:sz w:val="28"/>
          <w:szCs w:val="28"/>
        </w:rPr>
        <w:t>Căn cứ Quyết định số 2629/QĐ-TTg ngày 01</w:t>
      </w:r>
      <w:r w:rsidR="002A356A">
        <w:rPr>
          <w:rFonts w:ascii="Times New Roman" w:hAnsi="Times New Roman" w:cs="Times New Roman"/>
          <w:i/>
          <w:iCs/>
          <w:sz w:val="28"/>
          <w:szCs w:val="28"/>
        </w:rPr>
        <w:t xml:space="preserve"> tháng </w:t>
      </w:r>
      <w:r w:rsidRPr="002A356A">
        <w:rPr>
          <w:rFonts w:ascii="Times New Roman" w:hAnsi="Times New Roman" w:cs="Times New Roman"/>
          <w:i/>
          <w:iCs/>
          <w:sz w:val="28"/>
          <w:szCs w:val="28"/>
        </w:rPr>
        <w:t>12</w:t>
      </w:r>
      <w:r w:rsidR="002A356A">
        <w:rPr>
          <w:rFonts w:ascii="Times New Roman" w:hAnsi="Times New Roman" w:cs="Times New Roman"/>
          <w:i/>
          <w:iCs/>
          <w:sz w:val="28"/>
          <w:szCs w:val="28"/>
        </w:rPr>
        <w:t xml:space="preserve"> năm </w:t>
      </w:r>
      <w:r w:rsidRPr="002A356A">
        <w:rPr>
          <w:rFonts w:ascii="Times New Roman" w:hAnsi="Times New Roman" w:cs="Times New Roman"/>
          <w:i/>
          <w:iCs/>
          <w:sz w:val="28"/>
          <w:szCs w:val="28"/>
        </w:rPr>
        <w:t>2025 của Thủ tướng</w:t>
      </w:r>
      <w:r w:rsidR="00B06CFC" w:rsidRPr="002A356A">
        <w:rPr>
          <w:rFonts w:ascii="Times New Roman" w:hAnsi="Times New Roman" w:cs="Times New Roman"/>
          <w:i/>
          <w:iCs/>
          <w:sz w:val="28"/>
          <w:szCs w:val="28"/>
        </w:rPr>
        <w:t xml:space="preserve"> Chính phủ</w:t>
      </w:r>
      <w:r w:rsidRPr="002A356A">
        <w:rPr>
          <w:rFonts w:ascii="Times New Roman" w:hAnsi="Times New Roman" w:cs="Times New Roman"/>
          <w:i/>
          <w:iCs/>
          <w:sz w:val="28"/>
          <w:szCs w:val="28"/>
        </w:rPr>
        <w:t xml:space="preserve"> về việc Chương trình phát triển Chính phủ số; </w:t>
      </w:r>
    </w:p>
    <w:p w14:paraId="39246DBD" w14:textId="7991C8DB" w:rsidR="007E6CC0" w:rsidRPr="002A356A" w:rsidRDefault="00203876" w:rsidP="002A356A">
      <w:pPr>
        <w:spacing w:before="120" w:after="0" w:line="240" w:lineRule="auto"/>
        <w:ind w:firstLine="720"/>
        <w:jc w:val="both"/>
        <w:rPr>
          <w:rFonts w:ascii="Times New Roman" w:hAnsi="Times New Roman" w:cs="Times New Roman"/>
          <w:i/>
          <w:iCs/>
          <w:sz w:val="28"/>
          <w:szCs w:val="28"/>
        </w:rPr>
      </w:pPr>
      <w:r w:rsidRPr="002A356A">
        <w:rPr>
          <w:rFonts w:ascii="Times New Roman" w:hAnsi="Times New Roman" w:cs="Times New Roman"/>
          <w:i/>
          <w:iCs/>
          <w:sz w:val="28"/>
          <w:szCs w:val="28"/>
        </w:rPr>
        <w:t xml:space="preserve">Căn cứ Kế hoạch </w:t>
      </w:r>
      <w:r w:rsidR="006126A3" w:rsidRPr="002A356A">
        <w:rPr>
          <w:rFonts w:ascii="Times New Roman" w:hAnsi="Times New Roman" w:cs="Times New Roman"/>
          <w:i/>
          <w:iCs/>
          <w:sz w:val="28"/>
          <w:szCs w:val="28"/>
        </w:rPr>
        <w:t xml:space="preserve">số </w:t>
      </w:r>
      <w:r w:rsidRPr="002A356A">
        <w:rPr>
          <w:rFonts w:ascii="Times New Roman" w:hAnsi="Times New Roman" w:cs="Times New Roman"/>
          <w:i/>
          <w:iCs/>
          <w:sz w:val="28"/>
          <w:szCs w:val="28"/>
        </w:rPr>
        <w:t>333-KH/TU ngày 07</w:t>
      </w:r>
      <w:r w:rsidR="002A356A">
        <w:rPr>
          <w:rFonts w:ascii="Times New Roman" w:hAnsi="Times New Roman" w:cs="Times New Roman"/>
          <w:i/>
          <w:iCs/>
          <w:sz w:val="28"/>
          <w:szCs w:val="28"/>
        </w:rPr>
        <w:t xml:space="preserve"> tháng </w:t>
      </w:r>
      <w:r w:rsidRPr="002A356A">
        <w:rPr>
          <w:rFonts w:ascii="Times New Roman" w:hAnsi="Times New Roman" w:cs="Times New Roman"/>
          <w:i/>
          <w:iCs/>
          <w:sz w:val="28"/>
          <w:szCs w:val="28"/>
        </w:rPr>
        <w:t>5</w:t>
      </w:r>
      <w:r w:rsidR="002A356A">
        <w:rPr>
          <w:rFonts w:ascii="Times New Roman" w:hAnsi="Times New Roman" w:cs="Times New Roman"/>
          <w:i/>
          <w:iCs/>
          <w:sz w:val="28"/>
          <w:szCs w:val="28"/>
        </w:rPr>
        <w:t xml:space="preserve"> năm </w:t>
      </w:r>
      <w:r w:rsidRPr="002A356A">
        <w:rPr>
          <w:rFonts w:ascii="Times New Roman" w:hAnsi="Times New Roman" w:cs="Times New Roman"/>
          <w:i/>
          <w:iCs/>
          <w:sz w:val="28"/>
          <w:szCs w:val="28"/>
        </w:rPr>
        <w:t>2025 Ban Thường vụ Tỉnh ủy thực hiện Nghị quyết số 57-NQ/TW ngày 22</w:t>
      </w:r>
      <w:r w:rsidR="002A356A">
        <w:rPr>
          <w:rFonts w:ascii="Times New Roman" w:hAnsi="Times New Roman" w:cs="Times New Roman"/>
          <w:i/>
          <w:iCs/>
          <w:sz w:val="28"/>
          <w:szCs w:val="28"/>
        </w:rPr>
        <w:t xml:space="preserve"> tháng </w:t>
      </w:r>
      <w:r w:rsidRPr="002A356A">
        <w:rPr>
          <w:rFonts w:ascii="Times New Roman" w:hAnsi="Times New Roman" w:cs="Times New Roman"/>
          <w:i/>
          <w:iCs/>
          <w:sz w:val="28"/>
          <w:szCs w:val="28"/>
        </w:rPr>
        <w:t>12</w:t>
      </w:r>
      <w:r w:rsidR="002A356A">
        <w:rPr>
          <w:rFonts w:ascii="Times New Roman" w:hAnsi="Times New Roman" w:cs="Times New Roman"/>
          <w:i/>
          <w:iCs/>
          <w:sz w:val="28"/>
          <w:szCs w:val="28"/>
        </w:rPr>
        <w:t xml:space="preserve"> năm </w:t>
      </w:r>
      <w:r w:rsidRPr="002A356A">
        <w:rPr>
          <w:rFonts w:ascii="Times New Roman" w:hAnsi="Times New Roman" w:cs="Times New Roman"/>
          <w:i/>
          <w:iCs/>
          <w:sz w:val="28"/>
          <w:szCs w:val="28"/>
        </w:rPr>
        <w:t>2024 của Bộ Chính trị về đột phá phát triển khoa học, công nghệ, đổi mới sáng tạo và chuyển đổi số quốc gia;</w:t>
      </w:r>
    </w:p>
    <w:p w14:paraId="7E83C47B" w14:textId="7A9A7509" w:rsidR="007E6CC0" w:rsidRPr="002A356A" w:rsidRDefault="005D6405" w:rsidP="002A356A">
      <w:pPr>
        <w:spacing w:before="120" w:after="0" w:line="240" w:lineRule="auto"/>
        <w:ind w:firstLine="720"/>
        <w:jc w:val="both"/>
        <w:rPr>
          <w:rFonts w:ascii="Times New Roman" w:hAnsi="Times New Roman" w:cs="Times New Roman"/>
          <w:i/>
          <w:sz w:val="28"/>
          <w:szCs w:val="28"/>
        </w:rPr>
      </w:pPr>
      <w:r w:rsidRPr="002A356A">
        <w:rPr>
          <w:rFonts w:ascii="Times New Roman" w:hAnsi="Times New Roman" w:cs="Times New Roman"/>
          <w:i/>
          <w:sz w:val="28"/>
          <w:szCs w:val="28"/>
        </w:rPr>
        <w:t xml:space="preserve">Căn </w:t>
      </w:r>
      <w:r w:rsidR="00712853" w:rsidRPr="002A356A">
        <w:rPr>
          <w:rFonts w:ascii="Times New Roman" w:hAnsi="Times New Roman" w:cs="Times New Roman"/>
          <w:i/>
          <w:sz w:val="28"/>
          <w:szCs w:val="28"/>
        </w:rPr>
        <w:t xml:space="preserve">cứ </w:t>
      </w:r>
      <w:r w:rsidRPr="002A356A">
        <w:rPr>
          <w:rFonts w:ascii="Times New Roman" w:hAnsi="Times New Roman" w:cs="Times New Roman"/>
          <w:i/>
          <w:sz w:val="28"/>
          <w:szCs w:val="28"/>
        </w:rPr>
        <w:t>Kế hoạch số 320-KH/TU ngày 21</w:t>
      </w:r>
      <w:r w:rsidR="002A356A">
        <w:rPr>
          <w:rFonts w:ascii="Times New Roman" w:hAnsi="Times New Roman" w:cs="Times New Roman"/>
          <w:i/>
          <w:sz w:val="28"/>
          <w:szCs w:val="28"/>
        </w:rPr>
        <w:t xml:space="preserve"> tháng </w:t>
      </w:r>
      <w:r w:rsidRPr="002A356A">
        <w:rPr>
          <w:rFonts w:ascii="Times New Roman" w:hAnsi="Times New Roman" w:cs="Times New Roman"/>
          <w:i/>
          <w:sz w:val="28"/>
          <w:szCs w:val="28"/>
        </w:rPr>
        <w:t>4</w:t>
      </w:r>
      <w:r w:rsidR="002A356A">
        <w:rPr>
          <w:rFonts w:ascii="Times New Roman" w:hAnsi="Times New Roman" w:cs="Times New Roman"/>
          <w:i/>
          <w:sz w:val="28"/>
          <w:szCs w:val="28"/>
        </w:rPr>
        <w:t xml:space="preserve"> năm </w:t>
      </w:r>
      <w:r w:rsidRPr="002A356A">
        <w:rPr>
          <w:rFonts w:ascii="Times New Roman" w:hAnsi="Times New Roman" w:cs="Times New Roman"/>
          <w:i/>
          <w:sz w:val="28"/>
          <w:szCs w:val="28"/>
        </w:rPr>
        <w:t xml:space="preserve">2025 của </w:t>
      </w:r>
      <w:r w:rsidR="00B06CFC" w:rsidRPr="002A356A">
        <w:rPr>
          <w:rFonts w:ascii="Times New Roman" w:hAnsi="Times New Roman" w:cs="Times New Roman"/>
          <w:i/>
          <w:sz w:val="28"/>
          <w:szCs w:val="28"/>
        </w:rPr>
        <w:t xml:space="preserve">Ban Thường vụ </w:t>
      </w:r>
      <w:r w:rsidRPr="002A356A">
        <w:rPr>
          <w:rFonts w:ascii="Times New Roman" w:hAnsi="Times New Roman" w:cs="Times New Roman"/>
          <w:i/>
          <w:sz w:val="28"/>
          <w:szCs w:val="28"/>
        </w:rPr>
        <w:t>Tỉnh ủy triển khai, thực hiện Phong trào “Bình dân học vụ số” trên địa bàn tỉnh Sơn La;</w:t>
      </w:r>
    </w:p>
    <w:p w14:paraId="097244F1" w14:textId="50C47ADB" w:rsidR="00A11F7A" w:rsidRPr="002A356A" w:rsidRDefault="00A11F7A" w:rsidP="002A356A">
      <w:pPr>
        <w:spacing w:before="120" w:after="0" w:line="240" w:lineRule="auto"/>
        <w:ind w:firstLine="720"/>
        <w:jc w:val="both"/>
        <w:rPr>
          <w:rFonts w:ascii="Times New Roman" w:hAnsi="Times New Roman" w:cs="Times New Roman"/>
          <w:i/>
          <w:sz w:val="28"/>
          <w:szCs w:val="28"/>
          <w:shd w:val="clear" w:color="auto" w:fill="FFFFFF"/>
        </w:rPr>
      </w:pPr>
      <w:r w:rsidRPr="002A356A">
        <w:rPr>
          <w:rFonts w:ascii="Times New Roman" w:hAnsi="Times New Roman" w:cs="Times New Roman"/>
          <w:i/>
          <w:sz w:val="28"/>
          <w:szCs w:val="28"/>
        </w:rPr>
        <w:t xml:space="preserve">Căn cứ </w:t>
      </w:r>
      <w:r w:rsidRPr="002A356A">
        <w:rPr>
          <w:rFonts w:ascii="Times New Roman" w:hAnsi="Times New Roman" w:cs="Times New Roman"/>
          <w:i/>
          <w:sz w:val="28"/>
          <w:szCs w:val="28"/>
          <w:shd w:val="clear" w:color="auto" w:fill="FFFFFF"/>
        </w:rPr>
        <w:t>Kế hoạch số 142/KH-UBND ngày 04</w:t>
      </w:r>
      <w:r w:rsidR="002A356A">
        <w:rPr>
          <w:rFonts w:ascii="Times New Roman" w:hAnsi="Times New Roman" w:cs="Times New Roman"/>
          <w:i/>
          <w:sz w:val="28"/>
          <w:szCs w:val="28"/>
          <w:shd w:val="clear" w:color="auto" w:fill="FFFFFF"/>
        </w:rPr>
        <w:t xml:space="preserve"> tháng </w:t>
      </w:r>
      <w:r w:rsidRPr="002A356A">
        <w:rPr>
          <w:rFonts w:ascii="Times New Roman" w:hAnsi="Times New Roman" w:cs="Times New Roman"/>
          <w:i/>
          <w:sz w:val="28"/>
          <w:szCs w:val="28"/>
          <w:shd w:val="clear" w:color="auto" w:fill="FFFFFF"/>
        </w:rPr>
        <w:t>6</w:t>
      </w:r>
      <w:r w:rsidR="002A356A">
        <w:rPr>
          <w:rFonts w:ascii="Times New Roman" w:hAnsi="Times New Roman" w:cs="Times New Roman"/>
          <w:i/>
          <w:sz w:val="28"/>
          <w:szCs w:val="28"/>
          <w:shd w:val="clear" w:color="auto" w:fill="FFFFFF"/>
        </w:rPr>
        <w:t xml:space="preserve"> năm </w:t>
      </w:r>
      <w:r w:rsidRPr="002A356A">
        <w:rPr>
          <w:rFonts w:ascii="Times New Roman" w:hAnsi="Times New Roman" w:cs="Times New Roman"/>
          <w:i/>
          <w:sz w:val="28"/>
          <w:szCs w:val="28"/>
          <w:shd w:val="clear" w:color="auto" w:fill="FFFFFF"/>
        </w:rPr>
        <w:t xml:space="preserve">2025 của </w:t>
      </w:r>
      <w:r w:rsidR="002A356A">
        <w:rPr>
          <w:rFonts w:ascii="Times New Roman" w:hAnsi="Times New Roman" w:cs="Times New Roman"/>
          <w:i/>
          <w:sz w:val="28"/>
          <w:szCs w:val="28"/>
          <w:shd w:val="clear" w:color="auto" w:fill="FFFFFF"/>
        </w:rPr>
        <w:t>UBND</w:t>
      </w:r>
      <w:r w:rsidRPr="002A356A">
        <w:rPr>
          <w:rFonts w:ascii="Times New Roman" w:hAnsi="Times New Roman" w:cs="Times New Roman"/>
          <w:i/>
          <w:sz w:val="28"/>
          <w:szCs w:val="28"/>
          <w:shd w:val="clear" w:color="auto" w:fill="FFFFFF"/>
        </w:rPr>
        <w:t xml:space="preserve"> tỉnh về đột phá phát triển khoa học, công nghệ, đổi mới sáng tạo và chuyển đổi số; </w:t>
      </w:r>
    </w:p>
    <w:p w14:paraId="69EBB57E" w14:textId="38BB60D7" w:rsidR="00510FE9" w:rsidRPr="002A356A" w:rsidRDefault="00510FE9" w:rsidP="002A356A">
      <w:pPr>
        <w:spacing w:before="120" w:after="0" w:line="240" w:lineRule="auto"/>
        <w:ind w:firstLine="720"/>
        <w:jc w:val="both"/>
        <w:rPr>
          <w:rFonts w:ascii="Times New Roman" w:hAnsi="Times New Roman" w:cs="Times New Roman"/>
          <w:i/>
          <w:sz w:val="28"/>
          <w:szCs w:val="28"/>
        </w:rPr>
      </w:pPr>
      <w:r w:rsidRPr="002A356A">
        <w:rPr>
          <w:rFonts w:ascii="Times New Roman" w:hAnsi="Times New Roman" w:cs="Times New Roman"/>
          <w:i/>
          <w:sz w:val="28"/>
          <w:szCs w:val="28"/>
        </w:rPr>
        <w:t>Theo đề nghị của Giám đốc Sở Khoa học và Công nghệ tại Tờ trình số</w:t>
      </w:r>
      <w:r w:rsidR="00B06CFC" w:rsidRPr="002A356A">
        <w:rPr>
          <w:rFonts w:ascii="Times New Roman" w:hAnsi="Times New Roman" w:cs="Times New Roman"/>
          <w:i/>
          <w:sz w:val="28"/>
          <w:szCs w:val="28"/>
        </w:rPr>
        <w:t xml:space="preserve"> 456</w:t>
      </w:r>
      <w:r w:rsidRPr="002A356A">
        <w:rPr>
          <w:rFonts w:ascii="Times New Roman" w:hAnsi="Times New Roman" w:cs="Times New Roman"/>
          <w:i/>
          <w:sz w:val="28"/>
          <w:szCs w:val="28"/>
        </w:rPr>
        <w:t xml:space="preserve">/TTr-SKHCN ngày </w:t>
      </w:r>
      <w:r w:rsidR="00B06CFC" w:rsidRPr="002A356A">
        <w:rPr>
          <w:rFonts w:ascii="Times New Roman" w:hAnsi="Times New Roman" w:cs="Times New Roman"/>
          <w:i/>
          <w:sz w:val="28"/>
          <w:szCs w:val="28"/>
        </w:rPr>
        <w:t>30</w:t>
      </w:r>
      <w:r w:rsidR="002A356A">
        <w:rPr>
          <w:rFonts w:ascii="Times New Roman" w:hAnsi="Times New Roman" w:cs="Times New Roman"/>
          <w:i/>
          <w:sz w:val="28"/>
          <w:szCs w:val="28"/>
        </w:rPr>
        <w:t xml:space="preserve"> tháng </w:t>
      </w:r>
      <w:r w:rsidR="00B06CFC" w:rsidRPr="002A356A">
        <w:rPr>
          <w:rFonts w:ascii="Times New Roman" w:hAnsi="Times New Roman" w:cs="Times New Roman"/>
          <w:i/>
          <w:sz w:val="28"/>
          <w:szCs w:val="28"/>
        </w:rPr>
        <w:t>12</w:t>
      </w:r>
      <w:r w:rsidR="002A356A">
        <w:rPr>
          <w:rFonts w:ascii="Times New Roman" w:hAnsi="Times New Roman" w:cs="Times New Roman"/>
          <w:i/>
          <w:sz w:val="28"/>
          <w:szCs w:val="28"/>
        </w:rPr>
        <w:t xml:space="preserve"> năm </w:t>
      </w:r>
      <w:r w:rsidRPr="002A356A">
        <w:rPr>
          <w:rFonts w:ascii="Times New Roman" w:hAnsi="Times New Roman" w:cs="Times New Roman"/>
          <w:i/>
          <w:sz w:val="28"/>
          <w:szCs w:val="28"/>
        </w:rPr>
        <w:t>2025.</w:t>
      </w:r>
    </w:p>
    <w:p w14:paraId="129E9844" w14:textId="77777777" w:rsidR="00510FE9" w:rsidRPr="00B06CFC" w:rsidRDefault="00510FE9" w:rsidP="006334C6">
      <w:pPr>
        <w:spacing w:before="120" w:after="120" w:line="240" w:lineRule="auto"/>
        <w:jc w:val="center"/>
        <w:rPr>
          <w:rFonts w:ascii="Times New Roman" w:hAnsi="Times New Roman" w:cs="Times New Roman"/>
          <w:b/>
          <w:sz w:val="28"/>
          <w:szCs w:val="28"/>
        </w:rPr>
      </w:pPr>
      <w:r w:rsidRPr="00B06CFC">
        <w:rPr>
          <w:rFonts w:ascii="Times New Roman" w:hAnsi="Times New Roman" w:cs="Times New Roman"/>
          <w:b/>
          <w:sz w:val="28"/>
          <w:szCs w:val="28"/>
        </w:rPr>
        <w:t>QUYẾT ĐỊNH:</w:t>
      </w:r>
    </w:p>
    <w:p w14:paraId="694414FC" w14:textId="6EA19F47" w:rsidR="00510FE9" w:rsidRPr="00B06CFC" w:rsidRDefault="00510FE9" w:rsidP="00001FBD">
      <w:pPr>
        <w:pStyle w:val="Heading2"/>
        <w:spacing w:before="80" w:after="80"/>
        <w:ind w:firstLine="720"/>
        <w:jc w:val="both"/>
        <w:rPr>
          <w:rFonts w:ascii="Times New Roman" w:hAnsi="Times New Roman" w:cs="Times New Roman"/>
          <w:b w:val="0"/>
          <w:color w:val="auto"/>
          <w:sz w:val="28"/>
          <w:szCs w:val="28"/>
        </w:rPr>
      </w:pPr>
      <w:r w:rsidRPr="00B06CFC">
        <w:rPr>
          <w:rFonts w:ascii="Times New Roman" w:eastAsiaTheme="minorHAnsi" w:hAnsi="Times New Roman" w:cs="Times New Roman"/>
          <w:bCs w:val="0"/>
          <w:color w:val="auto"/>
          <w:sz w:val="28"/>
          <w:szCs w:val="28"/>
        </w:rPr>
        <w:t>Điều 1.</w:t>
      </w:r>
      <w:r w:rsidRPr="00B06CFC">
        <w:rPr>
          <w:rFonts w:ascii="Times New Roman" w:eastAsiaTheme="minorHAnsi" w:hAnsi="Times New Roman" w:cs="Times New Roman"/>
          <w:b w:val="0"/>
          <w:bCs w:val="0"/>
          <w:color w:val="auto"/>
          <w:sz w:val="28"/>
          <w:szCs w:val="28"/>
        </w:rPr>
        <w:t xml:space="preserve"> Phê duyệt kèm theo Quyết định này Kế hoạch </w:t>
      </w:r>
      <w:r w:rsidR="003B3E09" w:rsidRPr="00B06CFC">
        <w:rPr>
          <w:rFonts w:ascii="Times New Roman" w:hAnsi="Times New Roman" w:cs="Times New Roman"/>
          <w:b w:val="0"/>
          <w:color w:val="auto"/>
          <w:sz w:val="28"/>
          <w:szCs w:val="28"/>
        </w:rPr>
        <w:t>bồi dưỡng</w:t>
      </w:r>
      <w:r w:rsidR="00DE38B6" w:rsidRPr="00B06CFC">
        <w:rPr>
          <w:rFonts w:ascii="Times New Roman" w:hAnsi="Times New Roman" w:cs="Times New Roman"/>
          <w:b w:val="0"/>
          <w:color w:val="auto"/>
          <w:sz w:val="28"/>
          <w:szCs w:val="28"/>
        </w:rPr>
        <w:t xml:space="preserve">, tập huấn </w:t>
      </w:r>
      <w:r w:rsidR="003B3E09" w:rsidRPr="00B06CFC">
        <w:rPr>
          <w:rFonts w:ascii="Times New Roman" w:hAnsi="Times New Roman" w:cs="Times New Roman"/>
          <w:b w:val="0"/>
          <w:color w:val="auto"/>
          <w:sz w:val="28"/>
          <w:szCs w:val="28"/>
        </w:rPr>
        <w:t xml:space="preserve">phát triển nguồn nhân lực số </w:t>
      </w:r>
      <w:r w:rsidR="00DE38B6" w:rsidRPr="00B06CFC">
        <w:rPr>
          <w:rFonts w:ascii="Times New Roman" w:hAnsi="Times New Roman" w:cs="Times New Roman"/>
          <w:b w:val="0"/>
          <w:color w:val="auto"/>
          <w:sz w:val="28"/>
          <w:szCs w:val="28"/>
        </w:rPr>
        <w:t xml:space="preserve">tỉnh Sơn La </w:t>
      </w:r>
      <w:r w:rsidR="003B3E09" w:rsidRPr="00B06CFC">
        <w:rPr>
          <w:rFonts w:ascii="Times New Roman" w:hAnsi="Times New Roman" w:cs="Times New Roman"/>
          <w:b w:val="0"/>
          <w:color w:val="auto"/>
          <w:sz w:val="28"/>
          <w:szCs w:val="28"/>
        </w:rPr>
        <w:t>năm 2026</w:t>
      </w:r>
      <w:r w:rsidR="008D6F5E" w:rsidRPr="00B06CFC">
        <w:rPr>
          <w:rFonts w:ascii="Times New Roman" w:eastAsiaTheme="minorHAnsi" w:hAnsi="Times New Roman" w:cs="Times New Roman"/>
          <w:b w:val="0"/>
          <w:bCs w:val="0"/>
          <w:color w:val="auto"/>
          <w:sz w:val="28"/>
          <w:szCs w:val="28"/>
        </w:rPr>
        <w:t>.</w:t>
      </w:r>
    </w:p>
    <w:p w14:paraId="38C0578D" w14:textId="479DE8CF" w:rsidR="00361412" w:rsidRPr="00B06CFC" w:rsidRDefault="00510FE9" w:rsidP="00001FBD">
      <w:pPr>
        <w:spacing w:before="80" w:after="80"/>
        <w:ind w:firstLine="720"/>
        <w:jc w:val="both"/>
        <w:rPr>
          <w:rFonts w:ascii="Times New Roman" w:hAnsi="Times New Roman" w:cs="Times New Roman"/>
          <w:sz w:val="28"/>
          <w:szCs w:val="28"/>
        </w:rPr>
      </w:pPr>
      <w:r w:rsidRPr="00B06CFC">
        <w:rPr>
          <w:rFonts w:ascii="Times New Roman" w:hAnsi="Times New Roman" w:cs="Times New Roman"/>
          <w:b/>
          <w:sz w:val="28"/>
          <w:szCs w:val="28"/>
        </w:rPr>
        <w:t>Điều 2.</w:t>
      </w:r>
      <w:r w:rsidRPr="00B06CFC">
        <w:rPr>
          <w:rFonts w:ascii="Times New Roman" w:hAnsi="Times New Roman" w:cs="Times New Roman"/>
          <w:sz w:val="28"/>
          <w:szCs w:val="28"/>
        </w:rPr>
        <w:t xml:space="preserve"> </w:t>
      </w:r>
      <w:r w:rsidRPr="00B06CFC">
        <w:rPr>
          <w:rFonts w:ascii="Times New Roman" w:eastAsiaTheme="minorHAnsi" w:hAnsi="Times New Roman" w:cs="Times New Roman"/>
          <w:sz w:val="28"/>
          <w:szCs w:val="28"/>
        </w:rPr>
        <w:t xml:space="preserve">Giao </w:t>
      </w:r>
      <w:r w:rsidR="00E62DCF">
        <w:rPr>
          <w:rFonts w:ascii="Times New Roman" w:eastAsiaTheme="minorHAnsi" w:hAnsi="Times New Roman" w:cs="Times New Roman"/>
          <w:sz w:val="28"/>
          <w:szCs w:val="28"/>
        </w:rPr>
        <w:t>T</w:t>
      </w:r>
      <w:r w:rsidR="00361412" w:rsidRPr="00B06CFC">
        <w:rPr>
          <w:rFonts w:ascii="Times New Roman" w:eastAsiaTheme="minorHAnsi" w:hAnsi="Times New Roman" w:cs="Times New Roman"/>
          <w:sz w:val="28"/>
          <w:szCs w:val="28"/>
        </w:rPr>
        <w:t>hủ trưởng các sở, ban, ngành; Chủ tị</w:t>
      </w:r>
      <w:r w:rsidR="00032FC5" w:rsidRPr="00B06CFC">
        <w:rPr>
          <w:rFonts w:ascii="Times New Roman" w:eastAsiaTheme="minorHAnsi" w:hAnsi="Times New Roman" w:cs="Times New Roman"/>
          <w:sz w:val="28"/>
          <w:szCs w:val="28"/>
        </w:rPr>
        <w:t xml:space="preserve">ch UBND các xã, phường </w:t>
      </w:r>
      <w:r w:rsidR="00032FC5" w:rsidRPr="00B06CFC">
        <w:rPr>
          <w:rFonts w:ascii="Times New Roman" w:eastAsia="Times New Roman" w:hAnsi="Times New Roman" w:cs="Times New Roman"/>
          <w:bCs/>
          <w:sz w:val="28"/>
          <w:szCs w:val="28"/>
        </w:rPr>
        <w:t xml:space="preserve">xây dựng kế hoạch bồi dưỡng, tập huấn kỹ năng số cho cán bộ, công chức, viên chức, người lao động thuộc phạm vi quản lý. Hoàn thành </w:t>
      </w:r>
      <w:r w:rsidR="007062CD" w:rsidRPr="00B06CFC">
        <w:rPr>
          <w:rFonts w:ascii="Times New Roman" w:eastAsia="Times New Roman" w:hAnsi="Times New Roman" w:cs="Times New Roman"/>
          <w:bCs/>
          <w:sz w:val="28"/>
          <w:szCs w:val="28"/>
        </w:rPr>
        <w:t>trước ngày 20</w:t>
      </w:r>
      <w:r w:rsidR="00E62DCF">
        <w:rPr>
          <w:rFonts w:ascii="Times New Roman" w:eastAsia="Times New Roman" w:hAnsi="Times New Roman" w:cs="Times New Roman"/>
          <w:bCs/>
          <w:sz w:val="28"/>
          <w:szCs w:val="28"/>
        </w:rPr>
        <w:t xml:space="preserve"> tháng </w:t>
      </w:r>
      <w:r w:rsidR="007062CD" w:rsidRPr="00B06CFC">
        <w:rPr>
          <w:rFonts w:ascii="Times New Roman" w:eastAsia="Times New Roman" w:hAnsi="Times New Roman" w:cs="Times New Roman"/>
          <w:bCs/>
          <w:sz w:val="28"/>
          <w:szCs w:val="28"/>
        </w:rPr>
        <w:t>01</w:t>
      </w:r>
      <w:r w:rsidR="00E62DCF">
        <w:rPr>
          <w:rFonts w:ascii="Times New Roman" w:eastAsia="Times New Roman" w:hAnsi="Times New Roman" w:cs="Times New Roman"/>
          <w:bCs/>
          <w:sz w:val="28"/>
          <w:szCs w:val="28"/>
        </w:rPr>
        <w:t xml:space="preserve"> năm </w:t>
      </w:r>
      <w:r w:rsidR="007062CD" w:rsidRPr="00B06CFC">
        <w:rPr>
          <w:rFonts w:ascii="Times New Roman" w:eastAsia="Times New Roman" w:hAnsi="Times New Roman" w:cs="Times New Roman"/>
          <w:bCs/>
          <w:sz w:val="28"/>
          <w:szCs w:val="28"/>
        </w:rPr>
        <w:t xml:space="preserve">2026, </w:t>
      </w:r>
      <w:r w:rsidR="00032FC5" w:rsidRPr="00B06CFC">
        <w:rPr>
          <w:rFonts w:ascii="Times New Roman" w:eastAsia="Times New Roman" w:hAnsi="Times New Roman" w:cs="Times New Roman"/>
          <w:bCs/>
          <w:sz w:val="28"/>
          <w:szCs w:val="28"/>
        </w:rPr>
        <w:t>báo cáo UBND tỉnh</w:t>
      </w:r>
      <w:r w:rsidR="007062CD" w:rsidRPr="00B06CFC">
        <w:rPr>
          <w:rFonts w:ascii="Times New Roman" w:eastAsia="Times New Roman" w:hAnsi="Times New Roman" w:cs="Times New Roman"/>
          <w:bCs/>
          <w:sz w:val="28"/>
          <w:szCs w:val="28"/>
        </w:rPr>
        <w:t xml:space="preserve"> </w:t>
      </w:r>
      <w:r w:rsidR="007062CD" w:rsidRPr="00B06CFC">
        <w:rPr>
          <w:rFonts w:ascii="Times New Roman" w:eastAsia="Times New Roman" w:hAnsi="Times New Roman" w:cs="Times New Roman"/>
          <w:bCs/>
          <w:i/>
          <w:sz w:val="28"/>
          <w:szCs w:val="28"/>
        </w:rPr>
        <w:t xml:space="preserve">(gửi Kế hoạch đã ban hành về </w:t>
      </w:r>
      <w:r w:rsidR="00712853">
        <w:rPr>
          <w:rFonts w:ascii="Times New Roman" w:eastAsia="Times New Roman" w:hAnsi="Times New Roman" w:cs="Times New Roman"/>
          <w:bCs/>
          <w:i/>
          <w:sz w:val="28"/>
          <w:szCs w:val="28"/>
        </w:rPr>
        <w:t>S</w:t>
      </w:r>
      <w:r w:rsidR="007062CD" w:rsidRPr="00B06CFC">
        <w:rPr>
          <w:rFonts w:ascii="Times New Roman" w:eastAsia="Times New Roman" w:hAnsi="Times New Roman" w:cs="Times New Roman"/>
          <w:bCs/>
          <w:i/>
          <w:sz w:val="28"/>
          <w:szCs w:val="28"/>
        </w:rPr>
        <w:t xml:space="preserve">ở Khoa học và </w:t>
      </w:r>
      <w:r w:rsidR="00712853">
        <w:rPr>
          <w:rFonts w:ascii="Times New Roman" w:eastAsia="Times New Roman" w:hAnsi="Times New Roman" w:cs="Times New Roman"/>
          <w:bCs/>
          <w:i/>
          <w:sz w:val="28"/>
          <w:szCs w:val="28"/>
        </w:rPr>
        <w:t>C</w:t>
      </w:r>
      <w:r w:rsidR="007062CD" w:rsidRPr="00B06CFC">
        <w:rPr>
          <w:rFonts w:ascii="Times New Roman" w:eastAsia="Times New Roman" w:hAnsi="Times New Roman" w:cs="Times New Roman"/>
          <w:bCs/>
          <w:i/>
          <w:sz w:val="28"/>
          <w:szCs w:val="28"/>
        </w:rPr>
        <w:t>ông nghệ để theo dõi, tổng hợp).</w:t>
      </w:r>
    </w:p>
    <w:p w14:paraId="5706ED7C" w14:textId="29ACFF21" w:rsidR="00510FE9" w:rsidRPr="00B06CFC" w:rsidRDefault="00510FE9" w:rsidP="00001FBD">
      <w:pPr>
        <w:spacing w:before="80" w:after="80"/>
        <w:ind w:firstLine="720"/>
        <w:jc w:val="both"/>
        <w:rPr>
          <w:rFonts w:ascii="Times New Roman" w:hAnsi="Times New Roman" w:cs="Times New Roman"/>
          <w:sz w:val="28"/>
          <w:szCs w:val="28"/>
        </w:rPr>
      </w:pPr>
      <w:r w:rsidRPr="00B06CFC">
        <w:rPr>
          <w:rFonts w:ascii="Times New Roman" w:hAnsi="Times New Roman" w:cs="Times New Roman"/>
          <w:b/>
          <w:sz w:val="28"/>
          <w:szCs w:val="28"/>
        </w:rPr>
        <w:lastRenderedPageBreak/>
        <w:t>Điều 3.</w:t>
      </w:r>
      <w:r w:rsidRPr="00B06CFC">
        <w:rPr>
          <w:rFonts w:ascii="Times New Roman" w:hAnsi="Times New Roman" w:cs="Times New Roman"/>
          <w:sz w:val="28"/>
          <w:szCs w:val="28"/>
        </w:rPr>
        <w:t xml:space="preserve"> Chánh Văn phòng UBND tỉnh; Giám đốc các sở, ban, ngành; Chủ tịch UBND các xã, phường và các tổ chức, cá nhân có liên quan chịu trách nhiệm thi hành Quyết định này.</w:t>
      </w:r>
      <w:r w:rsidR="00B06CFC">
        <w:rPr>
          <w:rFonts w:ascii="Times New Roman" w:hAnsi="Times New Roman" w:cs="Times New Roman"/>
          <w:sz w:val="28"/>
          <w:szCs w:val="28"/>
        </w:rPr>
        <w:t>/.</w:t>
      </w:r>
    </w:p>
    <w:tbl>
      <w:tblPr>
        <w:tblW w:w="9322" w:type="dxa"/>
        <w:tblCellMar>
          <w:left w:w="0" w:type="dxa"/>
          <w:right w:w="0" w:type="dxa"/>
        </w:tblCellMar>
        <w:tblLook w:val="04A0" w:firstRow="1" w:lastRow="0" w:firstColumn="1" w:lastColumn="0" w:noHBand="0" w:noVBand="1"/>
      </w:tblPr>
      <w:tblGrid>
        <w:gridCol w:w="5211"/>
        <w:gridCol w:w="4111"/>
      </w:tblGrid>
      <w:tr w:rsidR="00217BEA" w:rsidRPr="00B06CFC" w14:paraId="0325ECE0" w14:textId="77777777" w:rsidTr="00B06CFC">
        <w:trPr>
          <w:trHeight w:val="299"/>
        </w:trPr>
        <w:tc>
          <w:tcPr>
            <w:tcW w:w="5211" w:type="dxa"/>
            <w:tcMar>
              <w:top w:w="0" w:type="dxa"/>
              <w:left w:w="108" w:type="dxa"/>
              <w:bottom w:w="0" w:type="dxa"/>
              <w:right w:w="108" w:type="dxa"/>
            </w:tcMar>
          </w:tcPr>
          <w:p w14:paraId="4477D648" w14:textId="3D8FD5FE" w:rsidR="000D5D60" w:rsidRPr="006334C6" w:rsidRDefault="006334C6" w:rsidP="00B06CFC">
            <w:pPr>
              <w:spacing w:after="0" w:line="240" w:lineRule="auto"/>
              <w:rPr>
                <w:rFonts w:ascii="Times New Roman" w:hAnsi="Times New Roman" w:cs="Times New Roman"/>
              </w:rPr>
            </w:pPr>
            <w:r>
              <w:rPr>
                <w:rFonts w:ascii="Times New Roman" w:hAnsi="Times New Roman" w:cs="Times New Roman"/>
                <w:b/>
                <w:bCs/>
                <w:i/>
                <w:iCs/>
                <w:sz w:val="24"/>
                <w:szCs w:val="24"/>
              </w:rPr>
              <w:t xml:space="preserve"> </w:t>
            </w:r>
          </w:p>
        </w:tc>
        <w:tc>
          <w:tcPr>
            <w:tcW w:w="4111" w:type="dxa"/>
            <w:tcMar>
              <w:top w:w="0" w:type="dxa"/>
              <w:left w:w="108" w:type="dxa"/>
              <w:bottom w:w="0" w:type="dxa"/>
              <w:right w:w="108" w:type="dxa"/>
            </w:tcMar>
          </w:tcPr>
          <w:p w14:paraId="50453962" w14:textId="77777777" w:rsidR="00510FE9" w:rsidRPr="006334C6" w:rsidRDefault="00B06CFC" w:rsidP="00B06CFC">
            <w:pPr>
              <w:spacing w:after="0" w:line="240" w:lineRule="auto"/>
              <w:ind w:hanging="34"/>
              <w:jc w:val="center"/>
              <w:rPr>
                <w:rFonts w:ascii="Times New Roman" w:hAnsi="Times New Roman" w:cs="Times New Roman"/>
                <w:b/>
                <w:bCs/>
                <w:sz w:val="26"/>
                <w:szCs w:val="26"/>
                <w:lang w:val="vi-VN"/>
              </w:rPr>
            </w:pPr>
            <w:r w:rsidRPr="006334C6">
              <w:rPr>
                <w:rFonts w:ascii="Times New Roman" w:hAnsi="Times New Roman" w:cs="Times New Roman"/>
                <w:b/>
                <w:bCs/>
                <w:sz w:val="26"/>
                <w:szCs w:val="26"/>
                <w:lang w:val="vi-VN"/>
              </w:rPr>
              <w:t xml:space="preserve">KT. </w:t>
            </w:r>
            <w:r w:rsidR="00C30D59" w:rsidRPr="006334C6">
              <w:rPr>
                <w:rFonts w:ascii="Times New Roman" w:hAnsi="Times New Roman" w:cs="Times New Roman"/>
                <w:b/>
                <w:bCs/>
                <w:sz w:val="26"/>
                <w:szCs w:val="26"/>
                <w:lang w:val="vi-VN"/>
              </w:rPr>
              <w:t>CHỦ TỊCH</w:t>
            </w:r>
          </w:p>
          <w:p w14:paraId="663411A2" w14:textId="77777777" w:rsidR="00B06CFC" w:rsidRPr="006334C6" w:rsidRDefault="00B06CFC" w:rsidP="00B06CFC">
            <w:pPr>
              <w:spacing w:after="0" w:line="240" w:lineRule="auto"/>
              <w:ind w:hanging="34"/>
              <w:jc w:val="center"/>
              <w:rPr>
                <w:rFonts w:ascii="Times New Roman" w:hAnsi="Times New Roman" w:cs="Times New Roman"/>
                <w:b/>
                <w:bCs/>
                <w:sz w:val="26"/>
                <w:szCs w:val="26"/>
                <w:lang w:val="vi-VN"/>
              </w:rPr>
            </w:pPr>
            <w:r w:rsidRPr="006334C6">
              <w:rPr>
                <w:rFonts w:ascii="Times New Roman" w:hAnsi="Times New Roman" w:cs="Times New Roman"/>
                <w:b/>
                <w:bCs/>
                <w:sz w:val="26"/>
                <w:szCs w:val="26"/>
                <w:lang w:val="vi-VN"/>
              </w:rPr>
              <w:t>PHÓ CHỦ TỊCH</w:t>
            </w:r>
          </w:p>
          <w:p w14:paraId="5E920EC2" w14:textId="77777777" w:rsidR="00B06CFC" w:rsidRPr="00B06CFC" w:rsidRDefault="00B06CFC" w:rsidP="00B06CFC">
            <w:pPr>
              <w:spacing w:after="0" w:line="240" w:lineRule="auto"/>
              <w:ind w:hanging="34"/>
              <w:jc w:val="center"/>
              <w:rPr>
                <w:rFonts w:ascii="Times New Roman" w:hAnsi="Times New Roman" w:cs="Times New Roman"/>
                <w:b/>
                <w:bCs/>
                <w:sz w:val="28"/>
                <w:szCs w:val="28"/>
                <w:lang w:val="vi-VN"/>
              </w:rPr>
            </w:pPr>
          </w:p>
          <w:p w14:paraId="39532F9E" w14:textId="77777777" w:rsidR="00B06CFC" w:rsidRDefault="00B06CFC" w:rsidP="00B06CFC">
            <w:pPr>
              <w:spacing w:after="0" w:line="240" w:lineRule="auto"/>
              <w:ind w:hanging="34"/>
              <w:jc w:val="center"/>
              <w:rPr>
                <w:rFonts w:ascii="Times New Roman" w:hAnsi="Times New Roman" w:cs="Times New Roman"/>
                <w:b/>
                <w:bCs/>
                <w:sz w:val="28"/>
                <w:szCs w:val="28"/>
              </w:rPr>
            </w:pPr>
          </w:p>
          <w:p w14:paraId="133569BB" w14:textId="21A68424" w:rsidR="00B06CFC" w:rsidRPr="00B06CFC" w:rsidRDefault="00B06CFC" w:rsidP="00B06CFC">
            <w:pPr>
              <w:spacing w:after="0" w:line="240" w:lineRule="auto"/>
              <w:ind w:hanging="34"/>
              <w:jc w:val="center"/>
              <w:rPr>
                <w:rFonts w:ascii="Times New Roman" w:hAnsi="Times New Roman" w:cs="Times New Roman"/>
                <w:b/>
                <w:bCs/>
                <w:sz w:val="28"/>
                <w:szCs w:val="28"/>
              </w:rPr>
            </w:pPr>
            <w:r>
              <w:rPr>
                <w:rFonts w:ascii="Times New Roman" w:hAnsi="Times New Roman" w:cs="Times New Roman"/>
                <w:b/>
                <w:bCs/>
                <w:sz w:val="28"/>
                <w:szCs w:val="28"/>
              </w:rPr>
              <w:t>Hà Trung Chiến</w:t>
            </w:r>
          </w:p>
        </w:tc>
      </w:tr>
    </w:tbl>
    <w:p w14:paraId="2E0A472C" w14:textId="77777777" w:rsidR="00D01C1D" w:rsidRPr="00B06CFC" w:rsidRDefault="00D01C1D">
      <w:pPr>
        <w:rPr>
          <w:lang w:val="vi-VN"/>
        </w:rPr>
      </w:pPr>
      <w:r w:rsidRPr="00B06CFC">
        <w:rPr>
          <w:lang w:val="vi-VN"/>
        </w:rPr>
        <w:br w:type="page"/>
      </w:r>
    </w:p>
    <w:tbl>
      <w:tblPr>
        <w:tblW w:w="9639" w:type="dxa"/>
        <w:tblCellMar>
          <w:left w:w="0" w:type="dxa"/>
          <w:right w:w="0" w:type="dxa"/>
        </w:tblCellMar>
        <w:tblLook w:val="0000" w:firstRow="0" w:lastRow="0" w:firstColumn="0" w:lastColumn="0" w:noHBand="0" w:noVBand="0"/>
      </w:tblPr>
      <w:tblGrid>
        <w:gridCol w:w="3220"/>
        <w:gridCol w:w="6419"/>
      </w:tblGrid>
      <w:tr w:rsidR="00510FE9" w:rsidRPr="00217BEA" w14:paraId="3EA76597" w14:textId="77777777" w:rsidTr="00F13382">
        <w:trPr>
          <w:trHeight w:val="710"/>
        </w:trPr>
        <w:tc>
          <w:tcPr>
            <w:tcW w:w="3220" w:type="dxa"/>
            <w:tcMar>
              <w:top w:w="0" w:type="dxa"/>
              <w:left w:w="108" w:type="dxa"/>
              <w:bottom w:w="0" w:type="dxa"/>
              <w:right w:w="108" w:type="dxa"/>
            </w:tcMar>
          </w:tcPr>
          <w:p w14:paraId="60FCFADB" w14:textId="195D5ECB" w:rsidR="00510FE9" w:rsidRPr="00F644F9" w:rsidRDefault="00510FE9" w:rsidP="00F13382">
            <w:pPr>
              <w:spacing w:after="0" w:line="240" w:lineRule="auto"/>
              <w:jc w:val="center"/>
              <w:rPr>
                <w:rFonts w:ascii="Times New Roman" w:hAnsi="Times New Roman" w:cs="Times New Roman"/>
                <w:b/>
                <w:sz w:val="26"/>
                <w:szCs w:val="26"/>
                <w:lang w:val="vi-VN"/>
              </w:rPr>
            </w:pPr>
            <w:r w:rsidRPr="00F644F9">
              <w:rPr>
                <w:rFonts w:ascii="Times New Roman" w:hAnsi="Times New Roman" w:cs="Times New Roman"/>
                <w:b/>
                <w:sz w:val="26"/>
                <w:szCs w:val="26"/>
                <w:lang w:val="vi-VN"/>
              </w:rPr>
              <w:t>ỦY BAN NHÂN DÂN</w:t>
            </w:r>
          </w:p>
          <w:p w14:paraId="64308737" w14:textId="39DD8107" w:rsidR="00510FE9" w:rsidRPr="00B06CFC" w:rsidRDefault="00F644F9" w:rsidP="00F13382">
            <w:pPr>
              <w:spacing w:after="0" w:line="240" w:lineRule="auto"/>
              <w:jc w:val="center"/>
              <w:rPr>
                <w:rFonts w:ascii="Times New Roman" w:hAnsi="Times New Roman" w:cs="Times New Roman"/>
                <w:b/>
                <w:lang w:val="vi-VN"/>
              </w:rPr>
            </w:pPr>
            <w:r>
              <w:rPr>
                <w:rFonts w:ascii="Times New Roman" w:hAnsi="Times New Roman" w:cs="Times New Roman"/>
                <w:b/>
                <w:noProof/>
                <w:sz w:val="26"/>
                <w:szCs w:val="26"/>
                <w:lang w:val="vi-VN"/>
              </w:rPr>
              <mc:AlternateContent>
                <mc:Choice Requires="wps">
                  <w:drawing>
                    <wp:anchor distT="0" distB="0" distL="114300" distR="114300" simplePos="0" relativeHeight="251662848" behindDoc="0" locked="0" layoutInCell="1" allowOverlap="1" wp14:anchorId="01ABC20A" wp14:editId="6E2BDD48">
                      <wp:simplePos x="0" y="0"/>
                      <wp:positionH relativeFrom="column">
                        <wp:posOffset>763212</wp:posOffset>
                      </wp:positionH>
                      <wp:positionV relativeFrom="paragraph">
                        <wp:posOffset>191481</wp:posOffset>
                      </wp:positionV>
                      <wp:extent cx="374073" cy="0"/>
                      <wp:effectExtent l="0" t="0" r="0" b="0"/>
                      <wp:wrapNone/>
                      <wp:docPr id="452834325" name="Straight Connector 8"/>
                      <wp:cNvGraphicFramePr/>
                      <a:graphic xmlns:a="http://schemas.openxmlformats.org/drawingml/2006/main">
                        <a:graphicData uri="http://schemas.microsoft.com/office/word/2010/wordprocessingShape">
                          <wps:wsp>
                            <wps:cNvCnPr/>
                            <wps:spPr>
                              <a:xfrm>
                                <a:off x="0" y="0"/>
                                <a:ext cx="3740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D83F5E" id="Straight Connector 8"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60.1pt,15.1pt" to="89.5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jemQEAAIcDAAAOAAAAZHJzL2Uyb0RvYy54bWysU9uO0zAQfUfiHyy/06S7iEV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" strokecolor="black [3040]"/>
                  </w:pict>
                </mc:Fallback>
              </mc:AlternateContent>
            </w:r>
            <w:r w:rsidR="00510FE9" w:rsidRPr="00F644F9">
              <w:rPr>
                <w:rFonts w:ascii="Times New Roman" w:hAnsi="Times New Roman" w:cs="Times New Roman"/>
                <w:b/>
                <w:sz w:val="26"/>
                <w:szCs w:val="26"/>
                <w:lang w:val="vi-VN"/>
              </w:rPr>
              <w:t>TỈNH SƠN LA</w:t>
            </w:r>
          </w:p>
        </w:tc>
        <w:tc>
          <w:tcPr>
            <w:tcW w:w="6419" w:type="dxa"/>
            <w:tcMar>
              <w:top w:w="0" w:type="dxa"/>
              <w:left w:w="108" w:type="dxa"/>
              <w:bottom w:w="0" w:type="dxa"/>
              <w:right w:w="108" w:type="dxa"/>
            </w:tcMar>
          </w:tcPr>
          <w:p w14:paraId="34C029CA" w14:textId="77777777" w:rsidR="00510FE9" w:rsidRPr="00F644F9" w:rsidRDefault="00510FE9" w:rsidP="00F13382">
            <w:pPr>
              <w:spacing w:after="0" w:line="240" w:lineRule="auto"/>
              <w:jc w:val="center"/>
              <w:rPr>
                <w:rFonts w:ascii="Times New Roman" w:hAnsi="Times New Roman" w:cs="Times New Roman"/>
                <w:b/>
                <w:bCs/>
                <w:sz w:val="26"/>
                <w:szCs w:val="26"/>
                <w:lang w:val="vi-VN"/>
              </w:rPr>
            </w:pPr>
            <w:r w:rsidRPr="00F644F9">
              <w:rPr>
                <w:rFonts w:ascii="Times New Roman" w:hAnsi="Times New Roman" w:cs="Times New Roman"/>
                <w:b/>
                <w:bCs/>
                <w:sz w:val="26"/>
                <w:szCs w:val="26"/>
                <w:lang w:val="vi-VN"/>
              </w:rPr>
              <w:t>CỘNG HÒA XÃ HỘI CHỦ NGHĨA VIỆT NAM</w:t>
            </w:r>
          </w:p>
          <w:p w14:paraId="4B0FF7EF" w14:textId="77777777" w:rsidR="00510FE9" w:rsidRPr="00217BEA" w:rsidRDefault="00510FE9" w:rsidP="00F13382">
            <w:pPr>
              <w:spacing w:after="0" w:line="240" w:lineRule="auto"/>
              <w:jc w:val="center"/>
              <w:rPr>
                <w:rFonts w:ascii="Times New Roman" w:hAnsi="Times New Roman" w:cs="Times New Roman"/>
                <w:b/>
                <w:bCs/>
                <w:sz w:val="28"/>
                <w:szCs w:val="28"/>
              </w:rPr>
            </w:pPr>
            <w:r w:rsidRPr="00217BEA">
              <w:rPr>
                <w:rFonts w:ascii="Times New Roman" w:hAnsi="Times New Roman" w:cs="Times New Roman"/>
                <w:noProof/>
                <w:sz w:val="28"/>
                <w:szCs w:val="28"/>
              </w:rPr>
              <mc:AlternateContent>
                <mc:Choice Requires="wps">
                  <w:drawing>
                    <wp:anchor distT="4294967294" distB="4294967294" distL="114300" distR="114300" simplePos="0" relativeHeight="251655680" behindDoc="0" locked="0" layoutInCell="1" allowOverlap="1" wp14:anchorId="0199C4E7" wp14:editId="03237FDA">
                      <wp:simplePos x="0" y="0"/>
                      <wp:positionH relativeFrom="column">
                        <wp:posOffset>958215</wp:posOffset>
                      </wp:positionH>
                      <wp:positionV relativeFrom="paragraph">
                        <wp:posOffset>229979</wp:posOffset>
                      </wp:positionV>
                      <wp:extent cx="2007870" cy="0"/>
                      <wp:effectExtent l="0" t="0" r="304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7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13E28" id="Straight Connector 10"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45pt,18.1pt" to="233.5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"/>
                  </w:pict>
                </mc:Fallback>
              </mc:AlternateContent>
            </w:r>
            <w:r w:rsidRPr="00217BEA">
              <w:rPr>
                <w:rFonts w:ascii="Times New Roman" w:hAnsi="Times New Roman" w:cs="Times New Roman"/>
                <w:b/>
                <w:bCs/>
                <w:sz w:val="28"/>
                <w:szCs w:val="28"/>
              </w:rPr>
              <w:t>Độc lập - Tự do - Hạnh phúc</w:t>
            </w:r>
          </w:p>
        </w:tc>
      </w:tr>
    </w:tbl>
    <w:p w14:paraId="6AD6300A" w14:textId="77777777" w:rsidR="00F10F3F" w:rsidRPr="00217BEA" w:rsidRDefault="00F10F3F" w:rsidP="00F10F3F">
      <w:pPr>
        <w:spacing w:after="0" w:line="240" w:lineRule="auto"/>
        <w:ind w:firstLine="720"/>
        <w:rPr>
          <w:rFonts w:ascii="Times New Roman" w:hAnsi="Times New Roman" w:cs="Times New Roman"/>
          <w:sz w:val="28"/>
          <w:szCs w:val="28"/>
        </w:rPr>
      </w:pPr>
    </w:p>
    <w:p w14:paraId="5AE17775" w14:textId="787D07BA" w:rsidR="00510FE9" w:rsidRPr="00217BEA" w:rsidRDefault="00510FE9" w:rsidP="00747EFF">
      <w:pPr>
        <w:pStyle w:val="Heading1"/>
        <w:spacing w:before="0" w:line="240" w:lineRule="auto"/>
        <w:jc w:val="center"/>
        <w:rPr>
          <w:rFonts w:ascii="Times New Roman" w:hAnsi="Times New Roman" w:cs="Times New Roman"/>
          <w:color w:val="auto"/>
        </w:rPr>
      </w:pPr>
      <w:r w:rsidRPr="00217BEA">
        <w:rPr>
          <w:rFonts w:ascii="Times New Roman" w:hAnsi="Times New Roman" w:cs="Times New Roman"/>
          <w:color w:val="auto"/>
        </w:rPr>
        <w:t>KẾ HOẠCH</w:t>
      </w:r>
    </w:p>
    <w:p w14:paraId="1484DD1F" w14:textId="3E5725AF" w:rsidR="00510FE9" w:rsidRPr="00217BEA" w:rsidRDefault="00B61777" w:rsidP="00747EFF">
      <w:pPr>
        <w:pStyle w:val="Heading2"/>
        <w:spacing w:before="0" w:line="240" w:lineRule="auto"/>
        <w:jc w:val="center"/>
        <w:rPr>
          <w:rFonts w:ascii="Times New Roman" w:hAnsi="Times New Roman" w:cs="Times New Roman"/>
          <w:color w:val="auto"/>
          <w:sz w:val="28"/>
          <w:szCs w:val="28"/>
        </w:rPr>
      </w:pPr>
      <w:r w:rsidRPr="00217BEA">
        <w:rPr>
          <w:rFonts w:ascii="Times New Roman" w:hAnsi="Times New Roman" w:cs="Times New Roman"/>
          <w:color w:val="auto"/>
          <w:sz w:val="28"/>
          <w:szCs w:val="28"/>
        </w:rPr>
        <w:t>B</w:t>
      </w:r>
      <w:r w:rsidR="00840E98" w:rsidRPr="00217BEA">
        <w:rPr>
          <w:rFonts w:ascii="Times New Roman" w:hAnsi="Times New Roman" w:cs="Times New Roman"/>
          <w:color w:val="auto"/>
          <w:sz w:val="28"/>
          <w:szCs w:val="28"/>
        </w:rPr>
        <w:t>ồi dưỡng</w:t>
      </w:r>
      <w:r w:rsidR="00F175DF" w:rsidRPr="00217BEA">
        <w:rPr>
          <w:rFonts w:ascii="Times New Roman" w:hAnsi="Times New Roman" w:cs="Times New Roman"/>
          <w:color w:val="auto"/>
          <w:sz w:val="28"/>
          <w:szCs w:val="28"/>
        </w:rPr>
        <w:t xml:space="preserve">, tập huấn </w:t>
      </w:r>
      <w:r w:rsidRPr="00217BEA">
        <w:rPr>
          <w:rFonts w:ascii="Times New Roman" w:hAnsi="Times New Roman" w:cs="Times New Roman"/>
          <w:color w:val="auto"/>
          <w:sz w:val="28"/>
          <w:szCs w:val="28"/>
        </w:rPr>
        <w:t xml:space="preserve">kĩ năng số </w:t>
      </w:r>
      <w:r w:rsidR="00F175DF" w:rsidRPr="00217BEA">
        <w:rPr>
          <w:rFonts w:ascii="Times New Roman" w:hAnsi="Times New Roman" w:cs="Times New Roman"/>
          <w:color w:val="auto"/>
          <w:sz w:val="28"/>
          <w:szCs w:val="28"/>
        </w:rPr>
        <w:t>để</w:t>
      </w:r>
      <w:r w:rsidR="00840E98" w:rsidRPr="00217BEA">
        <w:rPr>
          <w:rFonts w:ascii="Times New Roman" w:hAnsi="Times New Roman" w:cs="Times New Roman"/>
          <w:color w:val="auto"/>
          <w:sz w:val="28"/>
          <w:szCs w:val="28"/>
        </w:rPr>
        <w:t xml:space="preserve"> phát triển </w:t>
      </w:r>
      <w:r w:rsidR="00945C48">
        <w:rPr>
          <w:rFonts w:ascii="Times New Roman" w:hAnsi="Times New Roman" w:cs="Times New Roman"/>
          <w:color w:val="auto"/>
          <w:sz w:val="28"/>
          <w:szCs w:val="28"/>
        </w:rPr>
        <w:t xml:space="preserve">                                                           </w:t>
      </w:r>
      <w:r w:rsidR="00840E98" w:rsidRPr="00217BEA">
        <w:rPr>
          <w:rFonts w:ascii="Times New Roman" w:hAnsi="Times New Roman" w:cs="Times New Roman"/>
          <w:color w:val="auto"/>
          <w:sz w:val="28"/>
          <w:szCs w:val="28"/>
        </w:rPr>
        <w:t>nguồn nhân lực</w:t>
      </w:r>
      <w:r w:rsidR="000727B8" w:rsidRPr="00217BEA">
        <w:rPr>
          <w:rFonts w:ascii="Times New Roman" w:hAnsi="Times New Roman" w:cs="Times New Roman"/>
          <w:color w:val="auto"/>
          <w:sz w:val="28"/>
          <w:szCs w:val="28"/>
        </w:rPr>
        <w:t xml:space="preserve"> </w:t>
      </w:r>
      <w:r w:rsidR="00F175DF" w:rsidRPr="00217BEA">
        <w:rPr>
          <w:rFonts w:ascii="Times New Roman" w:hAnsi="Times New Roman" w:cs="Times New Roman"/>
          <w:color w:val="auto"/>
          <w:sz w:val="28"/>
          <w:szCs w:val="28"/>
        </w:rPr>
        <w:t xml:space="preserve">chuyển đổi </w:t>
      </w:r>
      <w:r w:rsidR="00840E98" w:rsidRPr="00217BEA">
        <w:rPr>
          <w:rFonts w:ascii="Times New Roman" w:hAnsi="Times New Roman" w:cs="Times New Roman"/>
          <w:color w:val="auto"/>
          <w:sz w:val="28"/>
          <w:szCs w:val="28"/>
        </w:rPr>
        <w:t xml:space="preserve">số </w:t>
      </w:r>
      <w:r w:rsidR="00F175DF" w:rsidRPr="00217BEA">
        <w:rPr>
          <w:rFonts w:ascii="Times New Roman" w:hAnsi="Times New Roman" w:cs="Times New Roman"/>
          <w:color w:val="auto"/>
          <w:sz w:val="28"/>
          <w:szCs w:val="28"/>
        </w:rPr>
        <w:t xml:space="preserve">tỉnh Sơn La </w:t>
      </w:r>
      <w:r w:rsidR="00840E98" w:rsidRPr="00217BEA">
        <w:rPr>
          <w:rFonts w:ascii="Times New Roman" w:hAnsi="Times New Roman" w:cs="Times New Roman"/>
          <w:color w:val="auto"/>
          <w:sz w:val="28"/>
          <w:szCs w:val="28"/>
        </w:rPr>
        <w:t>năm 2026</w:t>
      </w:r>
    </w:p>
    <w:p w14:paraId="4823A87B" w14:textId="1693CA56" w:rsidR="00510FE9" w:rsidRPr="007C17B5" w:rsidRDefault="007C17B5" w:rsidP="00510FE9">
      <w:pPr>
        <w:spacing w:before="120" w:after="120" w:line="240" w:lineRule="auto"/>
        <w:rPr>
          <w:rFonts w:ascii="Times New Roman" w:hAnsi="Times New Roman" w:cs="Times New Roman"/>
          <w:sz w:val="6"/>
          <w:szCs w:val="6"/>
        </w:rPr>
      </w:pPr>
      <w:r>
        <w:rPr>
          <w:rFonts w:ascii="Times New Roman" w:hAnsi="Times New Roman" w:cs="Times New Roman"/>
          <w:sz w:val="6"/>
          <w:szCs w:val="6"/>
        </w:rPr>
        <w:t>ơ</w:t>
      </w:r>
    </w:p>
    <w:p w14:paraId="1B0355B2" w14:textId="14CACC5E" w:rsidR="00510FE9" w:rsidRPr="00F644F9" w:rsidRDefault="00510FE9" w:rsidP="00B01031">
      <w:pPr>
        <w:pStyle w:val="Heading2"/>
        <w:spacing w:before="120" w:line="240" w:lineRule="auto"/>
        <w:ind w:firstLine="720"/>
        <w:rPr>
          <w:rFonts w:ascii="Times New Roman" w:hAnsi="Times New Roman" w:cs="Times New Roman"/>
          <w:color w:val="auto"/>
          <w:sz w:val="28"/>
          <w:szCs w:val="28"/>
        </w:rPr>
      </w:pPr>
      <w:r w:rsidRPr="00F644F9">
        <w:rPr>
          <w:rFonts w:ascii="Times New Roman" w:hAnsi="Times New Roman" w:cs="Times New Roman"/>
          <w:color w:val="auto"/>
          <w:sz w:val="28"/>
          <w:szCs w:val="28"/>
        </w:rPr>
        <w:t>I. MỤ</w:t>
      </w:r>
      <w:r w:rsidR="00D17D2D" w:rsidRPr="00F644F9">
        <w:rPr>
          <w:rFonts w:ascii="Times New Roman" w:hAnsi="Times New Roman" w:cs="Times New Roman"/>
          <w:color w:val="auto"/>
          <w:sz w:val="28"/>
          <w:szCs w:val="28"/>
        </w:rPr>
        <w:t>C ĐÍCH</w:t>
      </w:r>
      <w:r w:rsidRPr="00F644F9">
        <w:rPr>
          <w:rFonts w:ascii="Times New Roman" w:hAnsi="Times New Roman" w:cs="Times New Roman"/>
          <w:color w:val="auto"/>
          <w:sz w:val="28"/>
          <w:szCs w:val="28"/>
        </w:rPr>
        <w:t>, YÊU CẦU</w:t>
      </w:r>
    </w:p>
    <w:p w14:paraId="5FE5B87F" w14:textId="3C44A8DF" w:rsidR="00F20E3E" w:rsidRPr="007C17B5" w:rsidRDefault="00510FE9" w:rsidP="00B01031">
      <w:pPr>
        <w:pStyle w:val="NormalWeb"/>
        <w:spacing w:before="120" w:beforeAutospacing="0" w:after="0" w:afterAutospacing="0"/>
        <w:ind w:firstLine="720"/>
        <w:rPr>
          <w:rStyle w:val="Strong"/>
          <w:b w:val="0"/>
          <w:bCs w:val="0"/>
          <w:sz w:val="28"/>
          <w:szCs w:val="28"/>
        </w:rPr>
      </w:pPr>
      <w:r w:rsidRPr="007C17B5">
        <w:rPr>
          <w:rStyle w:val="Strong"/>
          <w:b w:val="0"/>
          <w:bCs w:val="0"/>
          <w:sz w:val="28"/>
          <w:szCs w:val="28"/>
        </w:rPr>
        <w:t xml:space="preserve">1. Mục </w:t>
      </w:r>
      <w:r w:rsidR="00D17D2D" w:rsidRPr="007C17B5">
        <w:rPr>
          <w:rStyle w:val="Strong"/>
          <w:b w:val="0"/>
          <w:bCs w:val="0"/>
          <w:sz w:val="28"/>
          <w:szCs w:val="28"/>
        </w:rPr>
        <w:t>đích</w:t>
      </w:r>
    </w:p>
    <w:p w14:paraId="6C3FD54E" w14:textId="1C4D8A28" w:rsidR="009D23F5" w:rsidRPr="007C17B5" w:rsidRDefault="00110F29" w:rsidP="00B01031">
      <w:pPr>
        <w:pStyle w:val="NormalWeb"/>
        <w:spacing w:before="120" w:beforeAutospacing="0" w:after="0" w:afterAutospacing="0"/>
        <w:ind w:firstLine="720"/>
        <w:jc w:val="both"/>
        <w:rPr>
          <w:rFonts w:eastAsiaTheme="minorEastAsia"/>
          <w:sz w:val="28"/>
          <w:szCs w:val="28"/>
        </w:rPr>
      </w:pPr>
      <w:r w:rsidRPr="007C17B5">
        <w:rPr>
          <w:rFonts w:eastAsiaTheme="minorEastAsia"/>
          <w:sz w:val="28"/>
          <w:szCs w:val="28"/>
        </w:rPr>
        <w:t xml:space="preserve"> </w:t>
      </w:r>
      <w:r w:rsidR="00D17D2D" w:rsidRPr="007C17B5">
        <w:rPr>
          <w:rFonts w:eastAsiaTheme="minorEastAsia"/>
          <w:sz w:val="28"/>
          <w:szCs w:val="28"/>
        </w:rPr>
        <w:t>Xác định rõ đối tượng, hình thức, nội dung bồi dưỡng, tập huấn để</w:t>
      </w:r>
      <w:r w:rsidR="003F61A9" w:rsidRPr="007C17B5">
        <w:rPr>
          <w:rFonts w:eastAsiaTheme="minorEastAsia"/>
          <w:sz w:val="28"/>
          <w:szCs w:val="28"/>
        </w:rPr>
        <w:t xml:space="preserve"> phát triển nguồn nhân lực số,</w:t>
      </w:r>
      <w:r w:rsidR="00D17D2D" w:rsidRPr="007C17B5">
        <w:rPr>
          <w:rFonts w:eastAsiaTheme="minorEastAsia"/>
          <w:sz w:val="28"/>
          <w:szCs w:val="28"/>
        </w:rPr>
        <w:t xml:space="preserve"> t</w:t>
      </w:r>
      <w:r w:rsidR="00235058" w:rsidRPr="007C17B5">
        <w:rPr>
          <w:rFonts w:eastAsiaTheme="minorEastAsia"/>
          <w:sz w:val="28"/>
          <w:szCs w:val="28"/>
        </w:rPr>
        <w:t xml:space="preserve">ừng bước </w:t>
      </w:r>
      <w:r w:rsidR="00D17D2D" w:rsidRPr="007C17B5">
        <w:rPr>
          <w:rFonts w:eastAsiaTheme="minorEastAsia"/>
          <w:sz w:val="28"/>
          <w:szCs w:val="28"/>
        </w:rPr>
        <w:t>đáp ứng yêu cầu nhiệm vụ chuyển đổi số</w:t>
      </w:r>
      <w:r w:rsidR="00385EB9" w:rsidRPr="007C17B5">
        <w:rPr>
          <w:rFonts w:eastAsiaTheme="minorEastAsia"/>
          <w:sz w:val="28"/>
          <w:szCs w:val="28"/>
        </w:rPr>
        <w:t>.</w:t>
      </w:r>
    </w:p>
    <w:p w14:paraId="09AD5194" w14:textId="7681E74A" w:rsidR="005456D8" w:rsidRPr="007C17B5" w:rsidRDefault="00510FE9" w:rsidP="00B01031">
      <w:pPr>
        <w:pStyle w:val="NormalWeb"/>
        <w:spacing w:before="120" w:beforeAutospacing="0" w:after="0" w:afterAutospacing="0"/>
        <w:ind w:firstLine="720"/>
        <w:jc w:val="both"/>
        <w:rPr>
          <w:rStyle w:val="Strong"/>
          <w:b w:val="0"/>
          <w:bCs w:val="0"/>
          <w:sz w:val="28"/>
          <w:szCs w:val="28"/>
        </w:rPr>
      </w:pPr>
      <w:r w:rsidRPr="007C17B5">
        <w:rPr>
          <w:rStyle w:val="Strong"/>
          <w:b w:val="0"/>
          <w:bCs w:val="0"/>
          <w:sz w:val="28"/>
          <w:szCs w:val="28"/>
        </w:rPr>
        <w:t>2. Yêu cầu</w:t>
      </w:r>
    </w:p>
    <w:p w14:paraId="747AFAB8" w14:textId="46162549" w:rsidR="006B3051" w:rsidRPr="00F644F9" w:rsidRDefault="006B3051" w:rsidP="00B01031">
      <w:pPr>
        <w:pStyle w:val="NormalWeb"/>
        <w:spacing w:before="120" w:beforeAutospacing="0" w:after="0" w:afterAutospacing="0"/>
        <w:ind w:firstLine="720"/>
        <w:jc w:val="both"/>
        <w:rPr>
          <w:sz w:val="28"/>
          <w:szCs w:val="28"/>
        </w:rPr>
      </w:pPr>
      <w:r w:rsidRPr="00F644F9">
        <w:rPr>
          <w:rStyle w:val="Strong"/>
          <w:b w:val="0"/>
          <w:bCs w:val="0"/>
          <w:sz w:val="28"/>
          <w:szCs w:val="28"/>
        </w:rPr>
        <w:t xml:space="preserve">- </w:t>
      </w:r>
      <w:r w:rsidR="00D17D2D" w:rsidRPr="00F644F9">
        <w:rPr>
          <w:rStyle w:val="Strong"/>
          <w:b w:val="0"/>
          <w:bCs w:val="0"/>
          <w:sz w:val="28"/>
          <w:szCs w:val="28"/>
        </w:rPr>
        <w:t xml:space="preserve">Bám sát vào các </w:t>
      </w:r>
      <w:r w:rsidR="00D17D2D" w:rsidRPr="00F644F9">
        <w:rPr>
          <w:sz w:val="28"/>
          <w:szCs w:val="28"/>
        </w:rPr>
        <w:t>m</w:t>
      </w:r>
      <w:r w:rsidRPr="00F644F9">
        <w:rPr>
          <w:sz w:val="28"/>
          <w:szCs w:val="28"/>
        </w:rPr>
        <w:t xml:space="preserve">ục tiêu, nhiệm vụ </w:t>
      </w:r>
      <w:r w:rsidR="00D17D2D" w:rsidRPr="00F644F9">
        <w:rPr>
          <w:sz w:val="28"/>
          <w:szCs w:val="28"/>
        </w:rPr>
        <w:t>của Kế hoạch chuyển đổi số năm 2026; Kế hoạch Bình dân học vụ số của tỉnh.</w:t>
      </w:r>
    </w:p>
    <w:p w14:paraId="2CF15E01" w14:textId="53AB6B99" w:rsidR="006B3051" w:rsidRPr="00F644F9" w:rsidRDefault="006B3051" w:rsidP="00B01031">
      <w:pPr>
        <w:pStyle w:val="NormalWeb"/>
        <w:spacing w:before="120" w:beforeAutospacing="0" w:after="0" w:afterAutospacing="0"/>
        <w:ind w:firstLine="720"/>
        <w:jc w:val="both"/>
        <w:rPr>
          <w:sz w:val="28"/>
          <w:szCs w:val="28"/>
        </w:rPr>
      </w:pPr>
      <w:r w:rsidRPr="00F644F9">
        <w:rPr>
          <w:sz w:val="28"/>
          <w:szCs w:val="28"/>
        </w:rPr>
        <w:t xml:space="preserve">- </w:t>
      </w:r>
      <w:r w:rsidR="00E30FE2" w:rsidRPr="00F644F9">
        <w:rPr>
          <w:rFonts w:eastAsiaTheme="minorEastAsia"/>
          <w:sz w:val="28"/>
          <w:szCs w:val="28"/>
        </w:rPr>
        <w:t>Rõ trách nhiệm, rõ đầu mối</w:t>
      </w:r>
      <w:r w:rsidR="00E30FE2" w:rsidRPr="00F644F9">
        <w:rPr>
          <w:rFonts w:eastAsiaTheme="minorEastAsia"/>
          <w:bCs/>
          <w:sz w:val="28"/>
          <w:szCs w:val="28"/>
        </w:rPr>
        <w:t>, p</w:t>
      </w:r>
      <w:r w:rsidRPr="00F644F9">
        <w:rPr>
          <w:sz w:val="28"/>
          <w:szCs w:val="28"/>
        </w:rPr>
        <w:t>hân công cụ thể đến từng sở</w:t>
      </w:r>
      <w:r w:rsidR="00BB2DD7" w:rsidRPr="00F644F9">
        <w:rPr>
          <w:sz w:val="28"/>
          <w:szCs w:val="28"/>
        </w:rPr>
        <w:t>,ban,</w:t>
      </w:r>
      <w:r w:rsidRPr="00F644F9">
        <w:rPr>
          <w:sz w:val="28"/>
          <w:szCs w:val="28"/>
        </w:rPr>
        <w:t xml:space="preserve"> ngành, UBND cấp xã và Tổ chuyển đổi số cộng đồng tại bản, tiểu khu.</w:t>
      </w:r>
    </w:p>
    <w:p w14:paraId="3C41CB1B" w14:textId="5F55F28C" w:rsidR="00110F29" w:rsidRPr="00F644F9" w:rsidRDefault="00110F29" w:rsidP="00B01031">
      <w:pPr>
        <w:pStyle w:val="NormalWeb"/>
        <w:spacing w:before="120" w:beforeAutospacing="0" w:after="0" w:afterAutospacing="0"/>
        <w:ind w:firstLine="720"/>
        <w:jc w:val="both"/>
        <w:rPr>
          <w:rFonts w:eastAsiaTheme="minorEastAsia"/>
          <w:bCs/>
          <w:sz w:val="28"/>
          <w:szCs w:val="28"/>
        </w:rPr>
      </w:pPr>
      <w:r w:rsidRPr="00F644F9">
        <w:rPr>
          <w:rFonts w:eastAsiaTheme="minorEastAsia"/>
          <w:bCs/>
          <w:sz w:val="28"/>
          <w:szCs w:val="28"/>
        </w:rPr>
        <w:t xml:space="preserve">- Đảm bảo </w:t>
      </w:r>
      <w:r w:rsidRPr="00F644F9">
        <w:rPr>
          <w:rFonts w:eastAsiaTheme="minorEastAsia"/>
          <w:sz w:val="28"/>
          <w:szCs w:val="28"/>
        </w:rPr>
        <w:t>tính khả thi, đồng bộ</w:t>
      </w:r>
      <w:r w:rsidRPr="00F644F9">
        <w:rPr>
          <w:rFonts w:eastAsiaTheme="minorEastAsia"/>
          <w:bCs/>
          <w:sz w:val="28"/>
          <w:szCs w:val="28"/>
        </w:rPr>
        <w:t>, phù hợp nguồn lực tài chính, nhân lực và điều kiện triển khai thực tế</w:t>
      </w:r>
      <w:r w:rsidR="00D17D2D" w:rsidRPr="00F644F9">
        <w:rPr>
          <w:rFonts w:eastAsiaTheme="minorEastAsia"/>
          <w:bCs/>
          <w:sz w:val="28"/>
          <w:szCs w:val="28"/>
        </w:rPr>
        <w:t xml:space="preserve">. </w:t>
      </w:r>
    </w:p>
    <w:p w14:paraId="3F58B1A7" w14:textId="77777777" w:rsidR="00ED67CB" w:rsidRPr="00F644F9" w:rsidRDefault="00ED67CB" w:rsidP="00B01031">
      <w:pPr>
        <w:spacing w:before="120" w:after="0" w:line="240" w:lineRule="auto"/>
        <w:ind w:firstLine="720"/>
        <w:outlineLvl w:val="1"/>
        <w:rPr>
          <w:rFonts w:ascii="Times New Roman" w:eastAsia="Times New Roman" w:hAnsi="Times New Roman" w:cs="Times New Roman"/>
          <w:b/>
          <w:bCs/>
          <w:sz w:val="28"/>
          <w:szCs w:val="28"/>
        </w:rPr>
      </w:pPr>
      <w:r w:rsidRPr="00F644F9">
        <w:rPr>
          <w:rFonts w:ascii="Times New Roman" w:eastAsia="Times New Roman" w:hAnsi="Times New Roman" w:cs="Times New Roman"/>
          <w:b/>
          <w:bCs/>
          <w:sz w:val="28"/>
          <w:szCs w:val="28"/>
        </w:rPr>
        <w:t>II. MỤC TIÊU VÀ CHỈ TIÊU NĂM 2026</w:t>
      </w:r>
    </w:p>
    <w:p w14:paraId="48A427BD" w14:textId="77777777" w:rsidR="00ED67CB" w:rsidRPr="007C17B5" w:rsidRDefault="00ED67CB" w:rsidP="00B01031">
      <w:pPr>
        <w:spacing w:before="120" w:after="0" w:line="240" w:lineRule="auto"/>
        <w:ind w:firstLine="720"/>
        <w:outlineLvl w:val="2"/>
        <w:rPr>
          <w:rFonts w:ascii="Times New Roman" w:eastAsia="Times New Roman" w:hAnsi="Times New Roman" w:cs="Times New Roman"/>
          <w:sz w:val="28"/>
          <w:szCs w:val="28"/>
        </w:rPr>
      </w:pPr>
      <w:r w:rsidRPr="007C17B5">
        <w:rPr>
          <w:rFonts w:ascii="Times New Roman" w:eastAsia="Times New Roman" w:hAnsi="Times New Roman" w:cs="Times New Roman"/>
          <w:sz w:val="28"/>
          <w:szCs w:val="28"/>
        </w:rPr>
        <w:t>1. Mục tiêu tổng quát</w:t>
      </w:r>
    </w:p>
    <w:p w14:paraId="5BF131BE" w14:textId="4E505AE7" w:rsidR="00110F29" w:rsidRPr="007C17B5" w:rsidRDefault="00D17D2D" w:rsidP="00B01031">
      <w:pPr>
        <w:pStyle w:val="NormalWeb"/>
        <w:spacing w:before="120" w:beforeAutospacing="0" w:after="0" w:afterAutospacing="0"/>
        <w:ind w:firstLine="720"/>
        <w:jc w:val="both"/>
        <w:rPr>
          <w:rFonts w:eastAsiaTheme="minorEastAsia"/>
          <w:sz w:val="28"/>
          <w:szCs w:val="28"/>
        </w:rPr>
      </w:pPr>
      <w:r w:rsidRPr="007C17B5">
        <w:rPr>
          <w:sz w:val="28"/>
          <w:szCs w:val="28"/>
        </w:rPr>
        <w:t>Từng bước n</w:t>
      </w:r>
      <w:r w:rsidR="00110F29" w:rsidRPr="007C17B5">
        <w:rPr>
          <w:sz w:val="28"/>
          <w:szCs w:val="28"/>
        </w:rPr>
        <w:t>âng cao năng lực số cho cán bộ, công chức, viên chức, người lao động, doanh nghiệp và người dân</w:t>
      </w:r>
      <w:r w:rsidRPr="007C17B5">
        <w:rPr>
          <w:sz w:val="28"/>
          <w:szCs w:val="28"/>
        </w:rPr>
        <w:t xml:space="preserve"> trên địa bàn tỉnh</w:t>
      </w:r>
      <w:r w:rsidR="00EA607F" w:rsidRPr="007C17B5">
        <w:rPr>
          <w:sz w:val="28"/>
          <w:szCs w:val="28"/>
        </w:rPr>
        <w:t xml:space="preserve">, </w:t>
      </w:r>
      <w:r w:rsidR="00110F29" w:rsidRPr="007C17B5">
        <w:rPr>
          <w:sz w:val="28"/>
          <w:szCs w:val="28"/>
        </w:rPr>
        <w:t xml:space="preserve">thúc đẩy chuyển đổi số </w:t>
      </w:r>
      <w:r w:rsidRPr="007C17B5">
        <w:rPr>
          <w:sz w:val="28"/>
          <w:szCs w:val="28"/>
        </w:rPr>
        <w:t xml:space="preserve">toàn diện trên cả 3 trụ cột: </w:t>
      </w:r>
      <w:r w:rsidRPr="007C17B5">
        <w:rPr>
          <w:rFonts w:eastAsiaTheme="minorEastAsia"/>
          <w:sz w:val="28"/>
          <w:szCs w:val="28"/>
        </w:rPr>
        <w:t>chính quyền số, kinh tế số và xã hội số, góp phần thúc đẩy phát triển kinh tế xã hội nhanh và bền vững.</w:t>
      </w:r>
    </w:p>
    <w:p w14:paraId="550F9F0C" w14:textId="7AF00D68" w:rsidR="00BC6433" w:rsidRPr="007C17B5" w:rsidRDefault="00ED67CB" w:rsidP="00B01031">
      <w:pPr>
        <w:spacing w:before="120" w:after="0" w:line="240" w:lineRule="auto"/>
        <w:ind w:firstLine="720"/>
        <w:outlineLvl w:val="2"/>
        <w:rPr>
          <w:rFonts w:ascii="Times New Roman" w:eastAsia="Times New Roman" w:hAnsi="Times New Roman" w:cs="Times New Roman"/>
          <w:sz w:val="28"/>
          <w:szCs w:val="28"/>
        </w:rPr>
      </w:pPr>
      <w:r w:rsidRPr="007C17B5">
        <w:rPr>
          <w:rFonts w:ascii="Times New Roman" w:eastAsia="Times New Roman" w:hAnsi="Times New Roman" w:cs="Times New Roman"/>
          <w:sz w:val="28"/>
          <w:szCs w:val="28"/>
        </w:rPr>
        <w:t>2. Chỉ tiêu cụ thể</w:t>
      </w:r>
      <w:r w:rsidR="006C064B" w:rsidRPr="007C17B5">
        <w:rPr>
          <w:rFonts w:ascii="Times New Roman" w:eastAsia="Times New Roman" w:hAnsi="Times New Roman" w:cs="Times New Roman"/>
          <w:sz w:val="28"/>
          <w:szCs w:val="28"/>
        </w:rPr>
        <w:t xml:space="preserve"> </w:t>
      </w:r>
    </w:p>
    <w:p w14:paraId="65EF3832" w14:textId="3B183635" w:rsidR="00606BA8" w:rsidRPr="00F644F9" w:rsidRDefault="00606BA8" w:rsidP="00B01031">
      <w:pPr>
        <w:spacing w:before="120" w:after="0" w:line="240" w:lineRule="auto"/>
        <w:ind w:firstLine="720"/>
        <w:jc w:val="both"/>
        <w:outlineLvl w:val="2"/>
        <w:rPr>
          <w:rFonts w:ascii="Times New Roman" w:hAnsi="Times New Roman" w:cs="Times New Roman"/>
          <w:sz w:val="28"/>
          <w:szCs w:val="28"/>
        </w:rPr>
      </w:pPr>
      <w:r w:rsidRPr="00F644F9">
        <w:rPr>
          <w:rFonts w:ascii="Times New Roman" w:hAnsi="Times New Roman" w:cs="Times New Roman"/>
          <w:sz w:val="28"/>
          <w:szCs w:val="28"/>
        </w:rPr>
        <w:t xml:space="preserve">- </w:t>
      </w:r>
      <w:r w:rsidR="00BC6433" w:rsidRPr="00F644F9">
        <w:rPr>
          <w:rFonts w:ascii="Times New Roman" w:hAnsi="Times New Roman" w:cs="Times New Roman"/>
          <w:sz w:val="28"/>
          <w:szCs w:val="28"/>
        </w:rPr>
        <w:t>100% cán bộ, công chức cấp tỉnh</w:t>
      </w:r>
      <w:r w:rsidR="00EA607F" w:rsidRPr="00F644F9">
        <w:rPr>
          <w:rFonts w:ascii="Times New Roman" w:hAnsi="Times New Roman" w:cs="Times New Roman"/>
          <w:sz w:val="28"/>
          <w:szCs w:val="28"/>
        </w:rPr>
        <w:t>, cấp xã</w:t>
      </w:r>
      <w:r w:rsidR="00BC6433" w:rsidRPr="00F644F9">
        <w:rPr>
          <w:rFonts w:ascii="Times New Roman" w:hAnsi="Times New Roman" w:cs="Times New Roman"/>
          <w:sz w:val="28"/>
          <w:szCs w:val="28"/>
        </w:rPr>
        <w:t xml:space="preserve"> được </w:t>
      </w:r>
      <w:r w:rsidR="000541A7" w:rsidRPr="00F644F9">
        <w:rPr>
          <w:rFonts w:ascii="Times New Roman" w:hAnsi="Times New Roman" w:cs="Times New Roman"/>
          <w:sz w:val="28"/>
          <w:szCs w:val="28"/>
        </w:rPr>
        <w:t>tập huấn</w:t>
      </w:r>
      <w:r w:rsidR="00BC6433" w:rsidRPr="00F644F9">
        <w:rPr>
          <w:rFonts w:ascii="Times New Roman" w:hAnsi="Times New Roman" w:cs="Times New Roman"/>
          <w:sz w:val="28"/>
          <w:szCs w:val="28"/>
        </w:rPr>
        <w:t xml:space="preserve"> kỹ năng số cơ bản</w:t>
      </w:r>
      <w:r w:rsidR="0075254E" w:rsidRPr="00F644F9">
        <w:rPr>
          <w:rFonts w:ascii="Times New Roman" w:hAnsi="Times New Roman" w:cs="Times New Roman"/>
          <w:sz w:val="28"/>
          <w:szCs w:val="28"/>
        </w:rPr>
        <w:t xml:space="preserve"> </w:t>
      </w:r>
      <w:r w:rsidR="0075254E" w:rsidRPr="00F644F9">
        <w:rPr>
          <w:rStyle w:val="FootnoteReference"/>
          <w:rFonts w:ascii="Times New Roman" w:hAnsi="Times New Roman" w:cs="Times New Roman"/>
          <w:sz w:val="28"/>
          <w:szCs w:val="28"/>
        </w:rPr>
        <w:footnoteReference w:id="1"/>
      </w:r>
    </w:p>
    <w:p w14:paraId="616FEA6B" w14:textId="73DA2DCC" w:rsidR="00EA607F" w:rsidRPr="00F644F9" w:rsidRDefault="00EA607F" w:rsidP="00B01031">
      <w:pPr>
        <w:spacing w:before="120" w:after="0" w:line="240" w:lineRule="auto"/>
        <w:ind w:firstLine="720"/>
        <w:jc w:val="both"/>
        <w:outlineLvl w:val="2"/>
        <w:rPr>
          <w:rFonts w:ascii="Times New Roman" w:hAnsi="Times New Roman" w:cs="Times New Roman"/>
          <w:sz w:val="28"/>
          <w:szCs w:val="28"/>
        </w:rPr>
      </w:pPr>
      <w:r w:rsidRPr="00F644F9">
        <w:rPr>
          <w:rFonts w:ascii="Times New Roman" w:hAnsi="Times New Roman" w:cs="Times New Roman"/>
          <w:sz w:val="28"/>
          <w:szCs w:val="28"/>
        </w:rPr>
        <w:t xml:space="preserve">- 50% viên chức cấp tỉnh, cấp xã được tập huấn kỹ năng số cơ bản </w:t>
      </w:r>
      <w:r w:rsidR="003135EF" w:rsidRPr="00F644F9">
        <w:rPr>
          <w:rStyle w:val="FootnoteReference"/>
          <w:rFonts w:ascii="Times New Roman" w:hAnsi="Times New Roman" w:cs="Times New Roman"/>
          <w:sz w:val="28"/>
          <w:szCs w:val="28"/>
        </w:rPr>
        <w:footnoteReference w:id="2"/>
      </w:r>
    </w:p>
    <w:p w14:paraId="026CADA0" w14:textId="6B88CA33" w:rsidR="00B24E05" w:rsidRDefault="00EA607F" w:rsidP="00B01031">
      <w:pPr>
        <w:spacing w:before="120" w:after="0" w:line="240" w:lineRule="auto"/>
        <w:ind w:firstLine="720"/>
        <w:jc w:val="both"/>
        <w:outlineLvl w:val="2"/>
        <w:rPr>
          <w:rFonts w:ascii="Times New Roman" w:hAnsi="Times New Roman" w:cs="Times New Roman"/>
          <w:sz w:val="28"/>
          <w:szCs w:val="28"/>
        </w:rPr>
      </w:pPr>
      <w:r w:rsidRPr="00F644F9">
        <w:rPr>
          <w:rFonts w:ascii="Times New Roman" w:hAnsi="Times New Roman" w:cs="Times New Roman"/>
          <w:sz w:val="28"/>
          <w:szCs w:val="28"/>
        </w:rPr>
        <w:t xml:space="preserve">- 100% công chức phụ trách công tác chuyển đổi số cấp tỉnh, cấp xã </w:t>
      </w:r>
      <w:r w:rsidR="00BC6433" w:rsidRPr="00F644F9">
        <w:rPr>
          <w:rFonts w:ascii="Times New Roman" w:hAnsi="Times New Roman" w:cs="Times New Roman"/>
          <w:sz w:val="28"/>
          <w:szCs w:val="28"/>
        </w:rPr>
        <w:t>được bồi dưỡng</w:t>
      </w:r>
      <w:r w:rsidR="000541A7" w:rsidRPr="00F644F9">
        <w:rPr>
          <w:rFonts w:ascii="Times New Roman" w:hAnsi="Times New Roman" w:cs="Times New Roman"/>
          <w:sz w:val="28"/>
          <w:szCs w:val="28"/>
        </w:rPr>
        <w:t xml:space="preserve"> </w:t>
      </w:r>
      <w:r w:rsidR="00BC6433" w:rsidRPr="00F644F9">
        <w:rPr>
          <w:rFonts w:ascii="Times New Roman" w:hAnsi="Times New Roman" w:cs="Times New Roman"/>
          <w:sz w:val="28"/>
          <w:szCs w:val="28"/>
        </w:rPr>
        <w:t>chuyên sâ</w:t>
      </w:r>
      <w:r w:rsidR="00B24E05" w:rsidRPr="00F644F9">
        <w:rPr>
          <w:rFonts w:ascii="Times New Roman" w:hAnsi="Times New Roman" w:cs="Times New Roman"/>
          <w:sz w:val="28"/>
          <w:szCs w:val="28"/>
        </w:rPr>
        <w:t xml:space="preserve">u. </w:t>
      </w:r>
      <w:r w:rsidR="00B24E05" w:rsidRPr="00F644F9">
        <w:rPr>
          <w:rStyle w:val="FootnoteReference"/>
          <w:rFonts w:ascii="Times New Roman" w:hAnsi="Times New Roman" w:cs="Times New Roman"/>
          <w:sz w:val="28"/>
          <w:szCs w:val="28"/>
        </w:rPr>
        <w:footnoteReference w:id="3"/>
      </w:r>
    </w:p>
    <w:p w14:paraId="161593B2" w14:textId="73998189" w:rsidR="00BC6433" w:rsidRPr="00F644F9" w:rsidRDefault="00EA607F" w:rsidP="00945C48">
      <w:pPr>
        <w:spacing w:before="120" w:after="0" w:line="240" w:lineRule="auto"/>
        <w:ind w:firstLine="720"/>
        <w:jc w:val="both"/>
        <w:outlineLvl w:val="3"/>
        <w:rPr>
          <w:rFonts w:ascii="Times New Roman" w:hAnsi="Times New Roman" w:cs="Times New Roman"/>
          <w:sz w:val="28"/>
          <w:szCs w:val="28"/>
        </w:rPr>
      </w:pPr>
      <w:r w:rsidRPr="00F644F9">
        <w:rPr>
          <w:rFonts w:ascii="Times New Roman" w:hAnsi="Times New Roman" w:cs="Times New Roman"/>
          <w:sz w:val="28"/>
          <w:szCs w:val="28"/>
        </w:rPr>
        <w:t xml:space="preserve">- </w:t>
      </w:r>
      <w:r w:rsidR="00FF0C65" w:rsidRPr="00F644F9">
        <w:rPr>
          <w:rFonts w:ascii="Times New Roman" w:hAnsi="Times New Roman" w:cs="Times New Roman"/>
          <w:sz w:val="28"/>
          <w:szCs w:val="28"/>
        </w:rPr>
        <w:t xml:space="preserve">60% </w:t>
      </w:r>
      <w:r w:rsidRPr="00F644F9">
        <w:rPr>
          <w:rFonts w:ascii="Times New Roman" w:hAnsi="Times New Roman" w:cs="Times New Roman"/>
          <w:sz w:val="28"/>
          <w:szCs w:val="28"/>
        </w:rPr>
        <w:t xml:space="preserve">doanh nghiệp, hợp tác xã được tập huấn kỹ năng số cơ bản </w:t>
      </w:r>
      <w:r w:rsidRPr="00F644F9">
        <w:rPr>
          <w:rStyle w:val="FootnoteReference"/>
          <w:rFonts w:ascii="Times New Roman" w:hAnsi="Times New Roman" w:cs="Times New Roman"/>
          <w:sz w:val="28"/>
          <w:szCs w:val="28"/>
        </w:rPr>
        <w:footnoteReference w:id="4"/>
      </w:r>
    </w:p>
    <w:p w14:paraId="4EEF6328" w14:textId="77777777" w:rsidR="00A11F7A" w:rsidRPr="00F644F9" w:rsidRDefault="00EA607F" w:rsidP="00945C48">
      <w:pPr>
        <w:spacing w:before="120" w:after="0" w:line="240" w:lineRule="auto"/>
        <w:ind w:firstLine="720"/>
        <w:jc w:val="both"/>
        <w:outlineLvl w:val="3"/>
        <w:rPr>
          <w:rFonts w:ascii="Times New Roman" w:hAnsi="Times New Roman" w:cs="Times New Roman"/>
          <w:sz w:val="28"/>
          <w:szCs w:val="28"/>
        </w:rPr>
      </w:pPr>
      <w:r w:rsidRPr="00F644F9">
        <w:rPr>
          <w:rFonts w:ascii="Times New Roman" w:hAnsi="Times New Roman" w:cs="Times New Roman"/>
          <w:sz w:val="28"/>
          <w:szCs w:val="28"/>
        </w:rPr>
        <w:t>- 100 % học sinh</w:t>
      </w:r>
      <w:r w:rsidR="009E184D" w:rsidRPr="00F644F9">
        <w:rPr>
          <w:rFonts w:ascii="Times New Roman" w:hAnsi="Times New Roman" w:cs="Times New Roman"/>
          <w:sz w:val="28"/>
          <w:szCs w:val="28"/>
        </w:rPr>
        <w:t xml:space="preserve"> từ bậc THPT</w:t>
      </w:r>
      <w:r w:rsidR="00DD2052" w:rsidRPr="00F644F9">
        <w:rPr>
          <w:rFonts w:ascii="Times New Roman" w:hAnsi="Times New Roman" w:cs="Times New Roman"/>
          <w:sz w:val="28"/>
          <w:szCs w:val="28"/>
        </w:rPr>
        <w:t xml:space="preserve"> và </w:t>
      </w:r>
      <w:r w:rsidRPr="00F644F9">
        <w:rPr>
          <w:rFonts w:ascii="Times New Roman" w:hAnsi="Times New Roman" w:cs="Times New Roman"/>
          <w:sz w:val="28"/>
          <w:szCs w:val="28"/>
        </w:rPr>
        <w:t>sinh viên được tập huấn kỹ năng số cơ bản</w:t>
      </w:r>
      <w:r w:rsidR="00A11F7A" w:rsidRPr="00F644F9">
        <w:rPr>
          <w:rFonts w:ascii="Times New Roman" w:hAnsi="Times New Roman" w:cs="Times New Roman"/>
          <w:sz w:val="28"/>
          <w:szCs w:val="28"/>
        </w:rPr>
        <w:t>.</w:t>
      </w:r>
    </w:p>
    <w:p w14:paraId="09B99EA2" w14:textId="5AEDE4E2" w:rsidR="00A11F7A" w:rsidRPr="00B01031" w:rsidRDefault="00EA607F" w:rsidP="00945C48">
      <w:pPr>
        <w:spacing w:before="120" w:after="0" w:line="240" w:lineRule="auto"/>
        <w:ind w:firstLine="720"/>
        <w:jc w:val="both"/>
        <w:outlineLvl w:val="3"/>
        <w:rPr>
          <w:rFonts w:ascii="Times New Roman" w:hAnsi="Times New Roman" w:cs="Times New Roman"/>
          <w:spacing w:val="-6"/>
          <w:sz w:val="28"/>
          <w:szCs w:val="28"/>
        </w:rPr>
      </w:pPr>
      <w:r w:rsidRPr="00B01031">
        <w:rPr>
          <w:rFonts w:ascii="Times New Roman" w:hAnsi="Times New Roman" w:cs="Times New Roman"/>
          <w:spacing w:val="-6"/>
          <w:sz w:val="28"/>
          <w:szCs w:val="28"/>
        </w:rPr>
        <w:t xml:space="preserve">- 100% </w:t>
      </w:r>
      <w:r w:rsidR="00D17D2D" w:rsidRPr="00B01031">
        <w:rPr>
          <w:rFonts w:ascii="Times New Roman" w:hAnsi="Times New Roman" w:cs="Times New Roman"/>
          <w:spacing w:val="-6"/>
          <w:sz w:val="28"/>
          <w:szCs w:val="28"/>
        </w:rPr>
        <w:t xml:space="preserve">thành viên </w:t>
      </w:r>
      <w:r w:rsidRPr="00B01031">
        <w:rPr>
          <w:rFonts w:ascii="Times New Roman" w:hAnsi="Times New Roman" w:cs="Times New Roman"/>
          <w:spacing w:val="-6"/>
          <w:sz w:val="28"/>
          <w:szCs w:val="28"/>
        </w:rPr>
        <w:t>tổ công nghệ số cộng đồng được tập huấ</w:t>
      </w:r>
      <w:r w:rsidR="00032F4C" w:rsidRPr="00B01031">
        <w:rPr>
          <w:rFonts w:ascii="Times New Roman" w:hAnsi="Times New Roman" w:cs="Times New Roman"/>
          <w:spacing w:val="-6"/>
          <w:sz w:val="28"/>
          <w:szCs w:val="28"/>
        </w:rPr>
        <w:t xml:space="preserve">n kĩ năng số cơ bản; </w:t>
      </w:r>
      <w:r w:rsidR="00A11F7A" w:rsidRPr="00B01031">
        <w:rPr>
          <w:rStyle w:val="FootnoteReference"/>
          <w:rFonts w:ascii="Times New Roman" w:hAnsi="Times New Roman" w:cs="Times New Roman"/>
          <w:spacing w:val="-6"/>
          <w:sz w:val="28"/>
          <w:szCs w:val="28"/>
        </w:rPr>
        <w:footnoteReference w:id="5"/>
      </w:r>
    </w:p>
    <w:p w14:paraId="25EEF8CA" w14:textId="089AE73B" w:rsidR="00EA607F" w:rsidRPr="00F644F9" w:rsidRDefault="004535BB" w:rsidP="00945C48">
      <w:pPr>
        <w:spacing w:before="120" w:after="0" w:line="240" w:lineRule="auto"/>
        <w:ind w:firstLine="720"/>
        <w:jc w:val="both"/>
        <w:outlineLvl w:val="3"/>
        <w:rPr>
          <w:rFonts w:ascii="Times New Roman" w:hAnsi="Times New Roman" w:cs="Times New Roman"/>
          <w:sz w:val="28"/>
          <w:szCs w:val="28"/>
        </w:rPr>
      </w:pPr>
      <w:r w:rsidRPr="00F644F9">
        <w:rPr>
          <w:rFonts w:ascii="Times New Roman" w:hAnsi="Times New Roman" w:cs="Times New Roman"/>
          <w:sz w:val="28"/>
          <w:szCs w:val="28"/>
        </w:rPr>
        <w:t xml:space="preserve">- </w:t>
      </w:r>
      <w:r w:rsidR="00032F4C" w:rsidRPr="00F644F9">
        <w:rPr>
          <w:rFonts w:ascii="Times New Roman" w:hAnsi="Times New Roman" w:cs="Times New Roman"/>
          <w:sz w:val="28"/>
          <w:szCs w:val="28"/>
        </w:rPr>
        <w:t>100</w:t>
      </w:r>
      <w:r w:rsidR="007E0DA8" w:rsidRPr="00F644F9">
        <w:rPr>
          <w:rFonts w:ascii="Times New Roman" w:hAnsi="Times New Roman" w:cs="Times New Roman"/>
          <w:sz w:val="28"/>
          <w:szCs w:val="28"/>
        </w:rPr>
        <w:t>%</w:t>
      </w:r>
      <w:r w:rsidR="00032F4C" w:rsidRPr="00F644F9">
        <w:rPr>
          <w:rFonts w:ascii="Times New Roman" w:hAnsi="Times New Roman" w:cs="Times New Roman"/>
          <w:sz w:val="28"/>
          <w:szCs w:val="28"/>
        </w:rPr>
        <w:t xml:space="preserve"> lực lượng nòng cốt của Tổ chuyển đổi số cộng đồng được </w:t>
      </w:r>
      <w:r w:rsidR="00D17D2D" w:rsidRPr="00F644F9">
        <w:rPr>
          <w:rFonts w:ascii="Times New Roman" w:hAnsi="Times New Roman" w:cs="Times New Roman"/>
          <w:sz w:val="28"/>
          <w:szCs w:val="28"/>
        </w:rPr>
        <w:t>bồi dưỡng</w:t>
      </w:r>
      <w:r w:rsidR="00EA607F" w:rsidRPr="00F644F9">
        <w:rPr>
          <w:rFonts w:ascii="Times New Roman" w:hAnsi="Times New Roman" w:cs="Times New Roman"/>
          <w:sz w:val="28"/>
          <w:szCs w:val="28"/>
        </w:rPr>
        <w:t xml:space="preserve"> ít nhất 01 khóa kỹ năng số trong năm.</w:t>
      </w:r>
      <w:r w:rsidR="00DD2052" w:rsidRPr="00F644F9">
        <w:rPr>
          <w:rFonts w:ascii="Times New Roman" w:hAnsi="Times New Roman" w:cs="Times New Roman"/>
          <w:sz w:val="28"/>
          <w:szCs w:val="28"/>
        </w:rPr>
        <w:t xml:space="preserve"> </w:t>
      </w:r>
      <w:r w:rsidR="00A11F7A" w:rsidRPr="00F644F9">
        <w:rPr>
          <w:rStyle w:val="FootnoteReference"/>
          <w:rFonts w:ascii="Times New Roman" w:hAnsi="Times New Roman" w:cs="Times New Roman"/>
          <w:sz w:val="28"/>
          <w:szCs w:val="28"/>
        </w:rPr>
        <w:footnoteReference w:id="6"/>
      </w:r>
    </w:p>
    <w:p w14:paraId="0B48BE18" w14:textId="368BB69B" w:rsidR="00510FE9" w:rsidRPr="00F644F9" w:rsidRDefault="00510FE9" w:rsidP="00F644F9">
      <w:pPr>
        <w:pStyle w:val="Heading2"/>
        <w:spacing w:before="120" w:after="120" w:line="240" w:lineRule="auto"/>
        <w:ind w:firstLine="720"/>
        <w:rPr>
          <w:rFonts w:ascii="Times New Roman" w:hAnsi="Times New Roman" w:cs="Times New Roman"/>
          <w:color w:val="auto"/>
          <w:sz w:val="28"/>
          <w:szCs w:val="28"/>
        </w:rPr>
      </w:pPr>
      <w:r w:rsidRPr="00F644F9">
        <w:rPr>
          <w:rFonts w:ascii="Times New Roman" w:hAnsi="Times New Roman" w:cs="Times New Roman"/>
          <w:color w:val="auto"/>
          <w:sz w:val="28"/>
          <w:szCs w:val="28"/>
        </w:rPr>
        <w:t>II</w:t>
      </w:r>
      <w:r w:rsidR="00B81188" w:rsidRPr="00F644F9">
        <w:rPr>
          <w:rFonts w:ascii="Times New Roman" w:hAnsi="Times New Roman" w:cs="Times New Roman"/>
          <w:color w:val="auto"/>
          <w:sz w:val="28"/>
          <w:szCs w:val="28"/>
        </w:rPr>
        <w:t>I</w:t>
      </w:r>
      <w:r w:rsidRPr="00F644F9">
        <w:rPr>
          <w:rFonts w:ascii="Times New Roman" w:hAnsi="Times New Roman" w:cs="Times New Roman"/>
          <w:color w:val="auto"/>
          <w:sz w:val="28"/>
          <w:szCs w:val="28"/>
        </w:rPr>
        <w:t xml:space="preserve">. NỘI DUNG KẾ HOẠCH </w:t>
      </w:r>
    </w:p>
    <w:p w14:paraId="52E1145B" w14:textId="77777777" w:rsidR="007F2188" w:rsidRPr="00B01031" w:rsidRDefault="007F2188" w:rsidP="00F644F9">
      <w:pPr>
        <w:spacing w:before="120" w:after="120" w:line="240" w:lineRule="auto"/>
        <w:ind w:firstLine="720"/>
        <w:rPr>
          <w:rFonts w:ascii="Times New Roman" w:hAnsi="Times New Roman" w:cs="Times New Roman"/>
          <w:bCs/>
          <w:sz w:val="28"/>
          <w:szCs w:val="28"/>
        </w:rPr>
      </w:pPr>
      <w:r w:rsidRPr="00B01031">
        <w:rPr>
          <w:rFonts w:ascii="Times New Roman" w:hAnsi="Times New Roman" w:cs="Times New Roman"/>
          <w:bCs/>
          <w:sz w:val="28"/>
          <w:szCs w:val="28"/>
        </w:rPr>
        <w:t>1. Đối tượng</w:t>
      </w:r>
    </w:p>
    <w:p w14:paraId="1FD6D069" w14:textId="2A7B539A" w:rsidR="007F2188" w:rsidRPr="00F644F9" w:rsidRDefault="007F2188"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Lãnh đạo các sở, ban, ngành; lãnh đạo UBND </w:t>
      </w:r>
      <w:r w:rsidR="00293FFE" w:rsidRPr="00F644F9">
        <w:rPr>
          <w:rFonts w:ascii="Times New Roman" w:hAnsi="Times New Roman" w:cs="Times New Roman"/>
          <w:sz w:val="28"/>
          <w:szCs w:val="28"/>
        </w:rPr>
        <w:t>cấp xã</w:t>
      </w:r>
      <w:r w:rsidRPr="00F644F9">
        <w:rPr>
          <w:rFonts w:ascii="Times New Roman" w:hAnsi="Times New Roman" w:cs="Times New Roman"/>
          <w:sz w:val="28"/>
          <w:szCs w:val="28"/>
        </w:rPr>
        <w:t>.</w:t>
      </w:r>
    </w:p>
    <w:p w14:paraId="4917FD0B" w14:textId="6FC54828" w:rsidR="00A61ECF" w:rsidRPr="00F644F9" w:rsidRDefault="00A61ECF"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Lãnh đạ</w:t>
      </w:r>
      <w:r w:rsidR="00DD2052" w:rsidRPr="00F644F9">
        <w:rPr>
          <w:rFonts w:ascii="Times New Roman" w:hAnsi="Times New Roman" w:cs="Times New Roman"/>
          <w:sz w:val="28"/>
          <w:szCs w:val="28"/>
        </w:rPr>
        <w:t xml:space="preserve">o phòng, </w:t>
      </w:r>
      <w:r w:rsidRPr="00F644F9">
        <w:rPr>
          <w:rFonts w:ascii="Times New Roman" w:hAnsi="Times New Roman" w:cs="Times New Roman"/>
          <w:sz w:val="28"/>
          <w:szCs w:val="28"/>
        </w:rPr>
        <w:t>đơn vị trực thuộc cấp sở</w:t>
      </w:r>
      <w:r w:rsidR="00DD2052" w:rsidRPr="00F644F9">
        <w:rPr>
          <w:rFonts w:ascii="Times New Roman" w:hAnsi="Times New Roman" w:cs="Times New Roman"/>
          <w:sz w:val="28"/>
          <w:szCs w:val="28"/>
        </w:rPr>
        <w:t xml:space="preserve">, </w:t>
      </w:r>
      <w:r w:rsidRPr="00F644F9">
        <w:rPr>
          <w:rFonts w:ascii="Times New Roman" w:hAnsi="Times New Roman" w:cs="Times New Roman"/>
          <w:sz w:val="28"/>
          <w:szCs w:val="28"/>
        </w:rPr>
        <w:t>cấp xã.</w:t>
      </w:r>
    </w:p>
    <w:p w14:paraId="0F060E76" w14:textId="5646FE7F" w:rsidR="007F2188" w:rsidRPr="00F644F9" w:rsidRDefault="007F2188"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Công chức </w:t>
      </w:r>
      <w:r w:rsidR="00594C72" w:rsidRPr="00F644F9">
        <w:rPr>
          <w:rFonts w:ascii="Times New Roman" w:hAnsi="Times New Roman" w:cs="Times New Roman"/>
          <w:sz w:val="28"/>
          <w:szCs w:val="28"/>
        </w:rPr>
        <w:t>phụ trách</w:t>
      </w:r>
      <w:r w:rsidRPr="00F644F9">
        <w:rPr>
          <w:rFonts w:ascii="Times New Roman" w:hAnsi="Times New Roman" w:cs="Times New Roman"/>
          <w:sz w:val="28"/>
          <w:szCs w:val="28"/>
        </w:rPr>
        <w:t xml:space="preserve"> chuyển đổi số cấp</w:t>
      </w:r>
      <w:r w:rsidR="00DD2052" w:rsidRPr="00F644F9">
        <w:rPr>
          <w:rFonts w:ascii="Times New Roman" w:hAnsi="Times New Roman" w:cs="Times New Roman"/>
          <w:sz w:val="28"/>
          <w:szCs w:val="28"/>
        </w:rPr>
        <w:t xml:space="preserve"> sở</w:t>
      </w:r>
      <w:r w:rsidR="00293FFE" w:rsidRPr="00F644F9">
        <w:rPr>
          <w:rFonts w:ascii="Times New Roman" w:hAnsi="Times New Roman" w:cs="Times New Roman"/>
          <w:sz w:val="28"/>
          <w:szCs w:val="28"/>
        </w:rPr>
        <w:t xml:space="preserve">, </w:t>
      </w:r>
      <w:r w:rsidRPr="00F644F9">
        <w:rPr>
          <w:rFonts w:ascii="Times New Roman" w:hAnsi="Times New Roman" w:cs="Times New Roman"/>
          <w:sz w:val="28"/>
          <w:szCs w:val="28"/>
        </w:rPr>
        <w:t>cấp xã.</w:t>
      </w:r>
    </w:p>
    <w:p w14:paraId="55112994" w14:textId="03D34674" w:rsidR="00DD1A9A" w:rsidRPr="00F644F9" w:rsidRDefault="00DD1A9A"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Công chức, viên chức thuộc </w:t>
      </w:r>
      <w:r w:rsidR="00640565" w:rsidRPr="00F644F9">
        <w:rPr>
          <w:rFonts w:ascii="Times New Roman" w:hAnsi="Times New Roman" w:cs="Times New Roman"/>
          <w:sz w:val="28"/>
          <w:szCs w:val="28"/>
        </w:rPr>
        <w:t>c</w:t>
      </w:r>
      <w:r w:rsidRPr="00F644F9">
        <w:rPr>
          <w:rFonts w:ascii="Times New Roman" w:hAnsi="Times New Roman" w:cs="Times New Roman"/>
          <w:sz w:val="28"/>
          <w:szCs w:val="28"/>
        </w:rPr>
        <w:t>ác sở, ban, ngành</w:t>
      </w:r>
      <w:r w:rsidR="00DD2052" w:rsidRPr="00F644F9">
        <w:rPr>
          <w:rFonts w:ascii="Times New Roman" w:hAnsi="Times New Roman" w:cs="Times New Roman"/>
          <w:sz w:val="28"/>
          <w:szCs w:val="28"/>
        </w:rPr>
        <w:t xml:space="preserve"> và</w:t>
      </w:r>
      <w:r w:rsidRPr="00F644F9">
        <w:rPr>
          <w:rFonts w:ascii="Times New Roman" w:hAnsi="Times New Roman" w:cs="Times New Roman"/>
          <w:sz w:val="28"/>
          <w:szCs w:val="28"/>
        </w:rPr>
        <w:t xml:space="preserve"> UBND cấp xã.</w:t>
      </w:r>
    </w:p>
    <w:p w14:paraId="76656ED3" w14:textId="0369EF4A" w:rsidR="007F2188" w:rsidRPr="00F644F9" w:rsidRDefault="007F2188"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Thành viên</w:t>
      </w:r>
      <w:r w:rsidR="00E576BF" w:rsidRPr="00F644F9">
        <w:rPr>
          <w:rFonts w:ascii="Times New Roman" w:hAnsi="Times New Roman" w:cs="Times New Roman"/>
          <w:sz w:val="28"/>
          <w:szCs w:val="28"/>
        </w:rPr>
        <w:t>; lực lượng nòng cốt của</w:t>
      </w:r>
      <w:r w:rsidRPr="00F644F9">
        <w:rPr>
          <w:rFonts w:ascii="Times New Roman" w:hAnsi="Times New Roman" w:cs="Times New Roman"/>
          <w:sz w:val="28"/>
          <w:szCs w:val="28"/>
        </w:rPr>
        <w:t xml:space="preserve"> Tổ chuyển đổi số cộng đồng tại bản, tiể</w:t>
      </w:r>
      <w:r w:rsidR="00DD2052" w:rsidRPr="00F644F9">
        <w:rPr>
          <w:rFonts w:ascii="Times New Roman" w:hAnsi="Times New Roman" w:cs="Times New Roman"/>
          <w:sz w:val="28"/>
          <w:szCs w:val="28"/>
        </w:rPr>
        <w:t>u khu, tổ dân phố.</w:t>
      </w:r>
    </w:p>
    <w:p w14:paraId="139BCEE0" w14:textId="7CAB20DA" w:rsidR="00B2573A" w:rsidRPr="00F644F9" w:rsidRDefault="007F2188"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w:t>
      </w:r>
      <w:r w:rsidR="00DD2052" w:rsidRPr="00F644F9">
        <w:rPr>
          <w:rFonts w:ascii="Times New Roman" w:hAnsi="Times New Roman" w:cs="Times New Roman"/>
          <w:sz w:val="28"/>
          <w:szCs w:val="28"/>
        </w:rPr>
        <w:t>Lãnh đạo và n</w:t>
      </w:r>
      <w:r w:rsidR="00B2573A" w:rsidRPr="00F644F9">
        <w:rPr>
          <w:rFonts w:ascii="Times New Roman" w:hAnsi="Times New Roman" w:cs="Times New Roman"/>
          <w:sz w:val="28"/>
          <w:szCs w:val="28"/>
        </w:rPr>
        <w:t>gười lao động thuộc d</w:t>
      </w:r>
      <w:r w:rsidRPr="00F644F9">
        <w:rPr>
          <w:rFonts w:ascii="Times New Roman" w:hAnsi="Times New Roman" w:cs="Times New Roman"/>
          <w:sz w:val="28"/>
          <w:szCs w:val="28"/>
        </w:rPr>
        <w:t>oanh nghiệp, hợp tác xã, hộ kinh doanh</w:t>
      </w:r>
      <w:r w:rsidR="00594C72" w:rsidRPr="00F644F9">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7D039CD8" w14:textId="7154CC51" w:rsidR="00943B6C" w:rsidRPr="00712853" w:rsidRDefault="00943B6C" w:rsidP="00F644F9">
      <w:pPr>
        <w:spacing w:before="120" w:after="120" w:line="240" w:lineRule="auto"/>
        <w:ind w:firstLine="720"/>
        <w:jc w:val="both"/>
        <w:rPr>
          <w:rFonts w:ascii="Times New Roman" w:hAnsi="Times New Roman" w:cs="Times New Roman"/>
          <w:spacing w:val="-6"/>
          <w:sz w:val="28"/>
          <w:szCs w:val="28"/>
        </w:rPr>
      </w:pPr>
      <w:r w:rsidRPr="00712853">
        <w:rPr>
          <w:rFonts w:ascii="Times New Roman" w:hAnsi="Times New Roman" w:cs="Times New Roman"/>
          <w:spacing w:val="-6"/>
          <w:sz w:val="28"/>
          <w:szCs w:val="28"/>
        </w:rPr>
        <w:t>- Học sinh</w:t>
      </w:r>
      <w:r w:rsidR="00DD2052" w:rsidRPr="00712853">
        <w:rPr>
          <w:rFonts w:ascii="Times New Roman" w:hAnsi="Times New Roman" w:cs="Times New Roman"/>
          <w:spacing w:val="-6"/>
          <w:sz w:val="28"/>
          <w:szCs w:val="28"/>
        </w:rPr>
        <w:t xml:space="preserve"> từ bậc THPT, sinh viên các trư</w:t>
      </w:r>
      <w:r w:rsidR="00712853" w:rsidRPr="00712853">
        <w:rPr>
          <w:rFonts w:ascii="Times New Roman" w:hAnsi="Times New Roman" w:cs="Times New Roman"/>
          <w:spacing w:val="-6"/>
          <w:sz w:val="28"/>
          <w:szCs w:val="28"/>
        </w:rPr>
        <w:t>ờ</w:t>
      </w:r>
      <w:r w:rsidR="00DD2052" w:rsidRPr="00712853">
        <w:rPr>
          <w:rFonts w:ascii="Times New Roman" w:hAnsi="Times New Roman" w:cs="Times New Roman"/>
          <w:spacing w:val="-6"/>
          <w:sz w:val="28"/>
          <w:szCs w:val="28"/>
        </w:rPr>
        <w:t xml:space="preserve">ng đại học, cao đẳng và </w:t>
      </w:r>
      <w:r w:rsidR="00712853" w:rsidRPr="00712853">
        <w:rPr>
          <w:rFonts w:ascii="Times New Roman" w:hAnsi="Times New Roman" w:cs="Times New Roman"/>
          <w:spacing w:val="-6"/>
          <w:sz w:val="28"/>
          <w:szCs w:val="28"/>
        </w:rPr>
        <w:t xml:space="preserve">cơ sở </w:t>
      </w:r>
      <w:r w:rsidR="00DD2052" w:rsidRPr="00712853">
        <w:rPr>
          <w:rFonts w:ascii="Times New Roman" w:hAnsi="Times New Roman" w:cs="Times New Roman"/>
          <w:spacing w:val="-6"/>
          <w:sz w:val="28"/>
          <w:szCs w:val="28"/>
        </w:rPr>
        <w:t>dạy nghề.</w:t>
      </w:r>
    </w:p>
    <w:p w14:paraId="2938CD89" w14:textId="0C319E62" w:rsidR="00756C8F" w:rsidRPr="00B01031" w:rsidRDefault="00756C8F" w:rsidP="00F644F9">
      <w:pPr>
        <w:spacing w:before="120" w:after="120" w:line="240" w:lineRule="auto"/>
        <w:ind w:firstLine="720"/>
        <w:jc w:val="both"/>
        <w:rPr>
          <w:rFonts w:ascii="Times New Roman" w:hAnsi="Times New Roman" w:cs="Times New Roman"/>
          <w:bCs/>
          <w:sz w:val="28"/>
          <w:szCs w:val="28"/>
        </w:rPr>
      </w:pPr>
      <w:r w:rsidRPr="00B01031">
        <w:rPr>
          <w:rFonts w:ascii="Times New Roman" w:hAnsi="Times New Roman" w:cs="Times New Roman"/>
          <w:bCs/>
          <w:sz w:val="28"/>
          <w:szCs w:val="28"/>
        </w:rPr>
        <w:t xml:space="preserve">2. Nội dung </w:t>
      </w:r>
      <w:r w:rsidR="00B61777" w:rsidRPr="00B01031">
        <w:rPr>
          <w:rFonts w:ascii="Times New Roman" w:hAnsi="Times New Roman" w:cs="Times New Roman"/>
          <w:bCs/>
          <w:sz w:val="28"/>
          <w:szCs w:val="28"/>
        </w:rPr>
        <w:t>bồi dưỡng, tập huấn</w:t>
      </w:r>
    </w:p>
    <w:p w14:paraId="2D5E775A" w14:textId="0E8ACE21" w:rsidR="00804193" w:rsidRPr="00F644F9" w:rsidRDefault="00DD20E4" w:rsidP="00F644F9">
      <w:pPr>
        <w:spacing w:before="120" w:after="120" w:line="240" w:lineRule="auto"/>
        <w:ind w:firstLine="720"/>
        <w:jc w:val="both"/>
        <w:rPr>
          <w:rFonts w:ascii="Times New Roman" w:hAnsi="Times New Roman" w:cs="Times New Roman"/>
          <w:i/>
          <w:iCs/>
          <w:sz w:val="28"/>
          <w:szCs w:val="28"/>
        </w:rPr>
      </w:pPr>
      <w:r w:rsidRPr="00F644F9">
        <w:rPr>
          <w:rFonts w:ascii="Times New Roman" w:hAnsi="Times New Roman" w:cs="Times New Roman"/>
          <w:sz w:val="28"/>
          <w:szCs w:val="28"/>
        </w:rPr>
        <w:t>a)</w:t>
      </w:r>
      <w:r w:rsidR="00756C8F" w:rsidRPr="00F644F9">
        <w:rPr>
          <w:rFonts w:ascii="Times New Roman" w:hAnsi="Times New Roman" w:cs="Times New Roman"/>
          <w:sz w:val="28"/>
          <w:szCs w:val="28"/>
        </w:rPr>
        <w:t xml:space="preserve"> </w:t>
      </w:r>
      <w:r w:rsidR="00B61777" w:rsidRPr="00F644F9">
        <w:rPr>
          <w:rFonts w:ascii="Times New Roman" w:hAnsi="Times New Roman" w:cs="Times New Roman"/>
          <w:sz w:val="28"/>
          <w:szCs w:val="28"/>
        </w:rPr>
        <w:t xml:space="preserve">Tập huấn </w:t>
      </w:r>
      <w:r w:rsidR="00756C8F" w:rsidRPr="00F644F9">
        <w:rPr>
          <w:rFonts w:ascii="Times New Roman" w:hAnsi="Times New Roman" w:cs="Times New Roman"/>
          <w:sz w:val="28"/>
          <w:szCs w:val="28"/>
        </w:rPr>
        <w:t>kỹ năng số cơ bản</w:t>
      </w:r>
      <w:r w:rsidR="00804193" w:rsidRPr="00F644F9">
        <w:rPr>
          <w:rFonts w:ascii="Times New Roman" w:hAnsi="Times New Roman" w:cs="Times New Roman"/>
          <w:sz w:val="28"/>
          <w:szCs w:val="28"/>
        </w:rPr>
        <w:t xml:space="preserve"> </w:t>
      </w:r>
      <w:r w:rsidR="00804193" w:rsidRPr="00F644F9">
        <w:rPr>
          <w:rFonts w:ascii="Times New Roman" w:hAnsi="Times New Roman" w:cs="Times New Roman"/>
          <w:i/>
          <w:iCs/>
          <w:sz w:val="28"/>
          <w:szCs w:val="28"/>
        </w:rPr>
        <w:t>(theo khung kĩ năng số tại Quyết định 757/QĐ-BKHCN ngày 29</w:t>
      </w:r>
      <w:r w:rsidR="006A7919">
        <w:rPr>
          <w:rFonts w:ascii="Times New Roman" w:hAnsi="Times New Roman" w:cs="Times New Roman"/>
          <w:i/>
          <w:iCs/>
          <w:sz w:val="28"/>
          <w:szCs w:val="28"/>
        </w:rPr>
        <w:t xml:space="preserve"> tháng </w:t>
      </w:r>
      <w:r w:rsidR="00804193" w:rsidRPr="00F644F9">
        <w:rPr>
          <w:rFonts w:ascii="Times New Roman" w:hAnsi="Times New Roman" w:cs="Times New Roman"/>
          <w:i/>
          <w:iCs/>
          <w:sz w:val="28"/>
          <w:szCs w:val="28"/>
        </w:rPr>
        <w:t>4</w:t>
      </w:r>
      <w:r w:rsidR="006A7919">
        <w:rPr>
          <w:rFonts w:ascii="Times New Roman" w:hAnsi="Times New Roman" w:cs="Times New Roman"/>
          <w:i/>
          <w:iCs/>
          <w:sz w:val="28"/>
          <w:szCs w:val="28"/>
        </w:rPr>
        <w:t xml:space="preserve"> năm </w:t>
      </w:r>
      <w:r w:rsidR="00804193" w:rsidRPr="00F644F9">
        <w:rPr>
          <w:rFonts w:ascii="Times New Roman" w:hAnsi="Times New Roman" w:cs="Times New Roman"/>
          <w:i/>
          <w:iCs/>
          <w:sz w:val="28"/>
          <w:szCs w:val="28"/>
        </w:rPr>
        <w:t xml:space="preserve">2025 </w:t>
      </w:r>
      <w:r w:rsidR="006A7919">
        <w:rPr>
          <w:rFonts w:ascii="Times New Roman" w:hAnsi="Times New Roman" w:cs="Times New Roman"/>
          <w:i/>
          <w:iCs/>
          <w:sz w:val="28"/>
          <w:szCs w:val="28"/>
        </w:rPr>
        <w:t>b</w:t>
      </w:r>
      <w:r w:rsidR="00804193" w:rsidRPr="00F644F9">
        <w:rPr>
          <w:rFonts w:ascii="Times New Roman" w:hAnsi="Times New Roman" w:cs="Times New Roman"/>
          <w:i/>
          <w:iCs/>
          <w:sz w:val="28"/>
          <w:szCs w:val="28"/>
        </w:rPr>
        <w:t xml:space="preserve">an hành Khung kiến thức, kỹ năng số cơ bản và Hướng dẫn đánh giá, xác nhận hoàn thành mức độ phổ cập kỹ năng số). </w:t>
      </w:r>
      <w:r w:rsidR="00240266" w:rsidRPr="00F644F9">
        <w:rPr>
          <w:rFonts w:ascii="Times New Roman" w:hAnsi="Times New Roman" w:cs="Times New Roman"/>
          <w:i/>
          <w:iCs/>
          <w:sz w:val="28"/>
          <w:szCs w:val="28"/>
        </w:rPr>
        <w:t xml:space="preserve">Cụ thể: </w:t>
      </w:r>
    </w:p>
    <w:p w14:paraId="4017ABB5" w14:textId="5A843E74" w:rsidR="0092665B" w:rsidRPr="00F644F9" w:rsidRDefault="0092665B" w:rsidP="00F644F9">
      <w:pPr>
        <w:spacing w:before="120" w:after="120" w:line="240" w:lineRule="auto"/>
        <w:ind w:firstLine="720"/>
        <w:jc w:val="both"/>
        <w:rPr>
          <w:rFonts w:ascii="Times New Roman" w:hAnsi="Times New Roman" w:cs="Times New Roman"/>
          <w:i/>
          <w:iCs/>
          <w:sz w:val="28"/>
          <w:szCs w:val="28"/>
        </w:rPr>
      </w:pPr>
      <w:r w:rsidRPr="00F644F9">
        <w:rPr>
          <w:rFonts w:ascii="Times New Roman" w:hAnsi="Times New Roman" w:cs="Times New Roman"/>
          <w:i/>
          <w:iCs/>
          <w:sz w:val="28"/>
          <w:szCs w:val="28"/>
        </w:rPr>
        <w:t>*</w:t>
      </w:r>
      <w:r w:rsidR="00F644F9">
        <w:rPr>
          <w:rFonts w:ascii="Times New Roman" w:hAnsi="Times New Roman" w:cs="Times New Roman"/>
          <w:i/>
          <w:iCs/>
          <w:sz w:val="28"/>
          <w:szCs w:val="28"/>
        </w:rPr>
        <w:t>)</w:t>
      </w:r>
      <w:r w:rsidRPr="00F644F9">
        <w:rPr>
          <w:rFonts w:ascii="Times New Roman" w:hAnsi="Times New Roman" w:cs="Times New Roman"/>
          <w:i/>
          <w:iCs/>
          <w:sz w:val="28"/>
          <w:szCs w:val="28"/>
        </w:rPr>
        <w:t xml:space="preserve"> </w:t>
      </w:r>
      <w:r w:rsidR="00A11F7A" w:rsidRPr="00F644F9">
        <w:rPr>
          <w:rFonts w:ascii="Times New Roman" w:hAnsi="Times New Roman" w:cs="Times New Roman"/>
          <w:i/>
          <w:iCs/>
          <w:sz w:val="28"/>
          <w:szCs w:val="28"/>
        </w:rPr>
        <w:t>L</w:t>
      </w:r>
      <w:r w:rsidRPr="00F644F9">
        <w:rPr>
          <w:rFonts w:ascii="Times New Roman" w:hAnsi="Times New Roman" w:cs="Times New Roman"/>
          <w:i/>
          <w:iCs/>
          <w:sz w:val="28"/>
          <w:szCs w:val="28"/>
        </w:rPr>
        <w:t>ãnh đạo cấp sở, cấp xã:</w:t>
      </w:r>
      <w:r w:rsidR="00473C14" w:rsidRPr="00F644F9">
        <w:rPr>
          <w:rFonts w:ascii="Times New Roman" w:hAnsi="Times New Roman" w:cs="Times New Roman"/>
          <w:i/>
          <w:iCs/>
          <w:sz w:val="28"/>
          <w:szCs w:val="28"/>
        </w:rPr>
        <w:t xml:space="preserve"> </w:t>
      </w:r>
    </w:p>
    <w:p w14:paraId="02148626" w14:textId="35F3BEF6" w:rsidR="0092665B" w:rsidRPr="00F644F9" w:rsidRDefault="0092665B"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Nhận thức số</w:t>
      </w:r>
      <w:r w:rsidR="00F644F9">
        <w:rPr>
          <w:rFonts w:ascii="Times New Roman" w:hAnsi="Times New Roman" w:cs="Times New Roman"/>
          <w:sz w:val="28"/>
          <w:szCs w:val="28"/>
        </w:rPr>
        <w:t>.</w:t>
      </w:r>
    </w:p>
    <w:p w14:paraId="6FA953FD" w14:textId="2CAF1177" w:rsidR="00CC1FC2" w:rsidRPr="00F644F9" w:rsidRDefault="00CC1FC2"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Khai thác dữ liệu và thông tin, quản lý điều hành dựa trên dữ liệu</w:t>
      </w:r>
      <w:r w:rsidR="00CD590E" w:rsidRPr="00F644F9">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17B6410D" w14:textId="58AEE4DD" w:rsidR="00CC1FC2" w:rsidRPr="00F644F9" w:rsidRDefault="00CC1FC2"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Đảm bảo an toàn, an ninh mạng</w:t>
      </w:r>
      <w:r w:rsidR="00CD590E" w:rsidRPr="00F644F9">
        <w:rPr>
          <w:rFonts w:ascii="Times New Roman" w:hAnsi="Times New Roman" w:cs="Times New Roman"/>
          <w:sz w:val="28"/>
          <w:szCs w:val="28"/>
        </w:rPr>
        <w:t>.</w:t>
      </w:r>
    </w:p>
    <w:p w14:paraId="098177D4" w14:textId="49303004" w:rsidR="00CC1FC2" w:rsidRPr="00F644F9" w:rsidRDefault="00CC1FC2"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Giải quyết vấn đề nhờ ứng dụng công nghệ số</w:t>
      </w:r>
      <w:r w:rsidR="00CD590E" w:rsidRPr="00F644F9">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1E88D9ED" w14:textId="0570081C" w:rsidR="0092665B" w:rsidRPr="00F644F9" w:rsidRDefault="0092665B" w:rsidP="00F644F9">
      <w:pPr>
        <w:spacing w:before="120" w:after="120" w:line="240" w:lineRule="auto"/>
        <w:ind w:firstLine="720"/>
        <w:jc w:val="both"/>
        <w:rPr>
          <w:rFonts w:ascii="Times New Roman" w:hAnsi="Times New Roman" w:cs="Times New Roman"/>
          <w:i/>
          <w:iCs/>
          <w:sz w:val="28"/>
          <w:szCs w:val="28"/>
        </w:rPr>
      </w:pPr>
      <w:r w:rsidRPr="00F644F9">
        <w:rPr>
          <w:rFonts w:ascii="Times New Roman" w:hAnsi="Times New Roman" w:cs="Times New Roman"/>
          <w:i/>
          <w:iCs/>
          <w:sz w:val="28"/>
          <w:szCs w:val="28"/>
        </w:rPr>
        <w:t>*</w:t>
      </w:r>
      <w:r w:rsidR="00F644F9">
        <w:rPr>
          <w:rFonts w:ascii="Times New Roman" w:hAnsi="Times New Roman" w:cs="Times New Roman"/>
          <w:i/>
          <w:iCs/>
          <w:sz w:val="28"/>
          <w:szCs w:val="28"/>
        </w:rPr>
        <w:t xml:space="preserve">) </w:t>
      </w:r>
      <w:r w:rsidR="00473C14" w:rsidRPr="00F644F9">
        <w:rPr>
          <w:rFonts w:ascii="Times New Roman" w:hAnsi="Times New Roman" w:cs="Times New Roman"/>
          <w:i/>
          <w:iCs/>
          <w:sz w:val="28"/>
          <w:szCs w:val="28"/>
        </w:rPr>
        <w:t>Lãnh đạo phòng, đơn vị trực thuộc cấp sở, cấp xã.</w:t>
      </w:r>
    </w:p>
    <w:p w14:paraId="5D027DD1" w14:textId="62F1C453" w:rsidR="0092665B" w:rsidRPr="00F644F9" w:rsidRDefault="0092665B"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Nhận thức số</w:t>
      </w:r>
      <w:r w:rsidR="00F644F9">
        <w:rPr>
          <w:rFonts w:ascii="Times New Roman" w:hAnsi="Times New Roman" w:cs="Times New Roman"/>
          <w:sz w:val="28"/>
          <w:szCs w:val="28"/>
        </w:rPr>
        <w:t>.</w:t>
      </w:r>
    </w:p>
    <w:p w14:paraId="43A1B18A" w14:textId="70057FA3" w:rsidR="0092665B" w:rsidRPr="00F644F9" w:rsidRDefault="0092665B"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Khai thác dữ liệu và thông tin </w:t>
      </w:r>
      <w:r w:rsidR="00F644F9">
        <w:rPr>
          <w:rFonts w:ascii="Times New Roman" w:hAnsi="Times New Roman" w:cs="Times New Roman"/>
          <w:sz w:val="28"/>
          <w:szCs w:val="28"/>
        </w:rPr>
        <w:t>.</w:t>
      </w:r>
    </w:p>
    <w:p w14:paraId="70C6259F" w14:textId="48B818E6" w:rsidR="00A17662" w:rsidRPr="00F644F9" w:rsidRDefault="00A17662"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Giao tiếp và hợp tác trong môi trường số</w:t>
      </w:r>
      <w:r w:rsidR="00F644F9">
        <w:rPr>
          <w:rFonts w:ascii="Times New Roman" w:hAnsi="Times New Roman" w:cs="Times New Roman"/>
          <w:sz w:val="28"/>
          <w:szCs w:val="28"/>
        </w:rPr>
        <w:t>.</w:t>
      </w:r>
    </w:p>
    <w:p w14:paraId="5E38CFF1" w14:textId="59A00605" w:rsidR="00A17662" w:rsidRPr="00F644F9" w:rsidRDefault="00A17662" w:rsidP="00F644F9">
      <w:pPr>
        <w:spacing w:before="120" w:after="12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Đảm bảo an toàn, an ninh mạng</w:t>
      </w:r>
      <w:r w:rsidR="00F644F9">
        <w:rPr>
          <w:rFonts w:ascii="Times New Roman" w:hAnsi="Times New Roman" w:cs="Times New Roman"/>
          <w:sz w:val="28"/>
          <w:szCs w:val="28"/>
        </w:rPr>
        <w:t>.</w:t>
      </w:r>
    </w:p>
    <w:p w14:paraId="2C16AAF9" w14:textId="055D1B2A" w:rsidR="00240266" w:rsidRPr="00F644F9" w:rsidRDefault="00240266" w:rsidP="00F644F9">
      <w:pPr>
        <w:spacing w:before="120" w:after="120" w:line="240" w:lineRule="auto"/>
        <w:ind w:firstLine="720"/>
        <w:jc w:val="both"/>
        <w:rPr>
          <w:rFonts w:ascii="Times New Roman" w:hAnsi="Times New Roman" w:cs="Times New Roman"/>
          <w:i/>
          <w:iCs/>
          <w:sz w:val="28"/>
          <w:szCs w:val="28"/>
        </w:rPr>
      </w:pPr>
      <w:r w:rsidRPr="00F644F9">
        <w:rPr>
          <w:rFonts w:ascii="Times New Roman" w:hAnsi="Times New Roman" w:cs="Times New Roman"/>
          <w:i/>
          <w:iCs/>
          <w:sz w:val="28"/>
          <w:szCs w:val="28"/>
        </w:rPr>
        <w:t>*</w:t>
      </w:r>
      <w:r w:rsidR="00F644F9">
        <w:rPr>
          <w:rFonts w:ascii="Times New Roman" w:hAnsi="Times New Roman" w:cs="Times New Roman"/>
          <w:i/>
          <w:iCs/>
          <w:sz w:val="28"/>
          <w:szCs w:val="28"/>
        </w:rPr>
        <w:t>)</w:t>
      </w:r>
      <w:r w:rsidRPr="00F644F9">
        <w:rPr>
          <w:rFonts w:ascii="Times New Roman" w:hAnsi="Times New Roman" w:cs="Times New Roman"/>
          <w:i/>
          <w:iCs/>
          <w:sz w:val="28"/>
          <w:szCs w:val="28"/>
        </w:rPr>
        <w:t xml:space="preserve"> </w:t>
      </w:r>
      <w:r w:rsidR="00A11F7A" w:rsidRPr="00F644F9">
        <w:rPr>
          <w:rFonts w:ascii="Times New Roman" w:hAnsi="Times New Roman" w:cs="Times New Roman"/>
          <w:i/>
          <w:iCs/>
          <w:sz w:val="28"/>
          <w:szCs w:val="28"/>
        </w:rPr>
        <w:t>C</w:t>
      </w:r>
      <w:r w:rsidRPr="00F644F9">
        <w:rPr>
          <w:rFonts w:ascii="Times New Roman" w:hAnsi="Times New Roman" w:cs="Times New Roman"/>
          <w:i/>
          <w:iCs/>
          <w:sz w:val="28"/>
          <w:szCs w:val="28"/>
        </w:rPr>
        <w:t>ông chức, viên chức,</w:t>
      </w:r>
      <w:r w:rsidR="005B6FFF" w:rsidRPr="00F644F9">
        <w:rPr>
          <w:rFonts w:ascii="Times New Roman" w:hAnsi="Times New Roman" w:cs="Times New Roman"/>
          <w:i/>
          <w:iCs/>
          <w:sz w:val="28"/>
          <w:szCs w:val="28"/>
        </w:rPr>
        <w:t xml:space="preserve"> </w:t>
      </w:r>
      <w:r w:rsidRPr="00F644F9">
        <w:rPr>
          <w:rFonts w:ascii="Times New Roman" w:hAnsi="Times New Roman" w:cs="Times New Roman"/>
          <w:i/>
          <w:iCs/>
          <w:sz w:val="28"/>
          <w:szCs w:val="28"/>
        </w:rPr>
        <w:t xml:space="preserve">người lao động trong </w:t>
      </w:r>
      <w:r w:rsidR="00F644F9">
        <w:rPr>
          <w:rFonts w:ascii="Times New Roman" w:hAnsi="Times New Roman" w:cs="Times New Roman"/>
          <w:i/>
          <w:iCs/>
          <w:sz w:val="28"/>
          <w:szCs w:val="28"/>
        </w:rPr>
        <w:t>cơ quan Nhà nước</w:t>
      </w:r>
      <w:r w:rsidR="004F7F1B" w:rsidRPr="00F644F9">
        <w:rPr>
          <w:rFonts w:ascii="Times New Roman" w:hAnsi="Times New Roman" w:cs="Times New Roman"/>
          <w:i/>
          <w:iCs/>
          <w:sz w:val="28"/>
          <w:szCs w:val="28"/>
        </w:rPr>
        <w:t>:</w:t>
      </w:r>
    </w:p>
    <w:p w14:paraId="7CA9EF97" w14:textId="5FE7C497"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Nhận thức số</w:t>
      </w:r>
      <w:r w:rsidR="00F644F9">
        <w:rPr>
          <w:rFonts w:ascii="Times New Roman" w:hAnsi="Times New Roman" w:cs="Times New Roman"/>
          <w:sz w:val="28"/>
          <w:szCs w:val="28"/>
        </w:rPr>
        <w:t>.</w:t>
      </w:r>
    </w:p>
    <w:p w14:paraId="1E596B98" w14:textId="3D33462A"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Khai thác dữ liệu và thông tin</w:t>
      </w:r>
      <w:r w:rsidR="00F644F9">
        <w:rPr>
          <w:rFonts w:ascii="Times New Roman" w:hAnsi="Times New Roman" w:cs="Times New Roman"/>
          <w:sz w:val="28"/>
          <w:szCs w:val="28"/>
        </w:rPr>
        <w:t>.</w:t>
      </w:r>
    </w:p>
    <w:p w14:paraId="678163E2" w14:textId="73179977"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Giao tiếp và hợp tác trong môi trường số</w:t>
      </w:r>
      <w:r w:rsidR="00F644F9">
        <w:rPr>
          <w:rFonts w:ascii="Times New Roman" w:hAnsi="Times New Roman" w:cs="Times New Roman"/>
          <w:sz w:val="28"/>
          <w:szCs w:val="28"/>
        </w:rPr>
        <w:t>.</w:t>
      </w:r>
    </w:p>
    <w:p w14:paraId="69E1C1BF" w14:textId="74F8A948"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Sáng tạo nội dung số</w:t>
      </w:r>
      <w:r w:rsidR="00F644F9">
        <w:rPr>
          <w:rFonts w:ascii="Times New Roman" w:hAnsi="Times New Roman" w:cs="Times New Roman"/>
          <w:sz w:val="28"/>
          <w:szCs w:val="28"/>
        </w:rPr>
        <w:t>.</w:t>
      </w:r>
    </w:p>
    <w:p w14:paraId="14D2A4C4" w14:textId="02832446"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Đảm bảo an toàn, an ninh mạng</w:t>
      </w:r>
      <w:r w:rsidR="00F644F9">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7007A7A6" w14:textId="09BD502B"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Giải quyết vấn đề nhờ ứng dụng công nghệ số</w:t>
      </w:r>
      <w:r w:rsidR="00F644F9">
        <w:rPr>
          <w:rFonts w:ascii="Times New Roman" w:hAnsi="Times New Roman" w:cs="Times New Roman"/>
          <w:sz w:val="28"/>
          <w:szCs w:val="28"/>
        </w:rPr>
        <w:t>.</w:t>
      </w:r>
    </w:p>
    <w:p w14:paraId="57BD76CE" w14:textId="705D91F6" w:rsidR="000E2C8A" w:rsidRPr="00F644F9" w:rsidRDefault="000E2C8A" w:rsidP="00E509AF">
      <w:pPr>
        <w:spacing w:before="120" w:after="0" w:line="240" w:lineRule="auto"/>
        <w:ind w:firstLine="720"/>
        <w:jc w:val="both"/>
        <w:rPr>
          <w:rFonts w:ascii="Times New Roman" w:hAnsi="Times New Roman" w:cs="Times New Roman"/>
          <w:i/>
          <w:iCs/>
          <w:sz w:val="28"/>
          <w:szCs w:val="28"/>
        </w:rPr>
      </w:pPr>
      <w:r w:rsidRPr="00F644F9">
        <w:rPr>
          <w:rFonts w:ascii="Times New Roman" w:hAnsi="Times New Roman" w:cs="Times New Roman"/>
          <w:i/>
          <w:iCs/>
          <w:sz w:val="28"/>
          <w:szCs w:val="28"/>
        </w:rPr>
        <w:t>*</w:t>
      </w:r>
      <w:r w:rsidR="00F644F9">
        <w:rPr>
          <w:rFonts w:ascii="Times New Roman" w:hAnsi="Times New Roman" w:cs="Times New Roman"/>
          <w:i/>
          <w:iCs/>
          <w:sz w:val="28"/>
          <w:szCs w:val="28"/>
        </w:rPr>
        <w:t>)</w:t>
      </w:r>
      <w:r w:rsidRPr="00F644F9">
        <w:rPr>
          <w:rFonts w:ascii="Times New Roman" w:hAnsi="Times New Roman" w:cs="Times New Roman"/>
          <w:i/>
          <w:iCs/>
          <w:sz w:val="28"/>
          <w:szCs w:val="28"/>
        </w:rPr>
        <w:t xml:space="preserve"> Lực lượng nòng cốt của Tổ Chuy</w:t>
      </w:r>
      <w:r w:rsidR="00712853">
        <w:rPr>
          <w:rFonts w:ascii="Times New Roman" w:hAnsi="Times New Roman" w:cs="Times New Roman"/>
          <w:i/>
          <w:iCs/>
          <w:sz w:val="28"/>
          <w:szCs w:val="28"/>
        </w:rPr>
        <w:t>ể</w:t>
      </w:r>
      <w:r w:rsidRPr="00F644F9">
        <w:rPr>
          <w:rFonts w:ascii="Times New Roman" w:hAnsi="Times New Roman" w:cs="Times New Roman"/>
          <w:i/>
          <w:iCs/>
          <w:sz w:val="28"/>
          <w:szCs w:val="28"/>
        </w:rPr>
        <w:t>n đối số cộng đồng</w:t>
      </w:r>
    </w:p>
    <w:p w14:paraId="1A83A3DD" w14:textId="60C12291" w:rsidR="000E2C8A" w:rsidRPr="00F644F9" w:rsidRDefault="000E2C8A"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i/>
          <w:iCs/>
          <w:sz w:val="28"/>
          <w:szCs w:val="28"/>
        </w:rPr>
        <w:t xml:space="preserve">- </w:t>
      </w:r>
      <w:r w:rsidRPr="00F644F9">
        <w:rPr>
          <w:rFonts w:ascii="Times New Roman" w:hAnsi="Times New Roman" w:cs="Times New Roman"/>
          <w:sz w:val="28"/>
          <w:szCs w:val="28"/>
        </w:rPr>
        <w:t>Nhận thức số</w:t>
      </w:r>
      <w:r w:rsidR="00F644F9">
        <w:rPr>
          <w:rFonts w:ascii="Times New Roman" w:hAnsi="Times New Roman" w:cs="Times New Roman"/>
          <w:sz w:val="28"/>
          <w:szCs w:val="28"/>
        </w:rPr>
        <w:t>.</w:t>
      </w:r>
    </w:p>
    <w:p w14:paraId="473225C2" w14:textId="042112BC" w:rsidR="000E2C8A" w:rsidRPr="00F644F9" w:rsidRDefault="000E2C8A"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Sử dụng thiết bị và phần mềm</w:t>
      </w:r>
      <w:r w:rsidR="00F644F9">
        <w:rPr>
          <w:rFonts w:ascii="Times New Roman" w:hAnsi="Times New Roman" w:cs="Times New Roman"/>
          <w:sz w:val="28"/>
          <w:szCs w:val="28"/>
        </w:rPr>
        <w:t>.</w:t>
      </w:r>
    </w:p>
    <w:p w14:paraId="69DF6076" w14:textId="03D8594B" w:rsidR="000E2C8A" w:rsidRPr="00F644F9" w:rsidRDefault="000E2C8A"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Khai thác dữ liệu và thông tin</w:t>
      </w:r>
      <w:r w:rsidR="00F644F9">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398478AB" w14:textId="1DE63F0E" w:rsidR="000E2C8A" w:rsidRPr="00F644F9" w:rsidRDefault="000E2C8A"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Giao tiếp và hợp tác trong môi trường số</w:t>
      </w:r>
      <w:r w:rsidR="00F644F9">
        <w:rPr>
          <w:rFonts w:ascii="Times New Roman" w:hAnsi="Times New Roman" w:cs="Times New Roman"/>
          <w:sz w:val="28"/>
          <w:szCs w:val="28"/>
        </w:rPr>
        <w:t>.</w:t>
      </w:r>
    </w:p>
    <w:p w14:paraId="2A15FDE2" w14:textId="250DC764" w:rsidR="000E2C8A" w:rsidRPr="00F644F9" w:rsidRDefault="000E2C8A"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Sáng tạo nội dung số</w:t>
      </w:r>
      <w:r w:rsidR="00F644F9">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28B97EB3" w14:textId="1CA70FDC" w:rsidR="000E2C8A" w:rsidRPr="00F644F9" w:rsidRDefault="000E2C8A"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Đảm bảo an toàn, an ninh mạng</w:t>
      </w:r>
      <w:r w:rsidR="00F644F9">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6F3E6A52" w14:textId="50183E2B" w:rsidR="000E2C8A" w:rsidRPr="00F644F9" w:rsidRDefault="000E2C8A"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Giải quyết vấn đề nhờ ứng dụng công nghệ số</w:t>
      </w:r>
      <w:r w:rsidR="00F644F9">
        <w:rPr>
          <w:rFonts w:ascii="Times New Roman" w:hAnsi="Times New Roman" w:cs="Times New Roman"/>
          <w:sz w:val="28"/>
          <w:szCs w:val="28"/>
        </w:rPr>
        <w:t>.</w:t>
      </w:r>
    </w:p>
    <w:p w14:paraId="0401302D" w14:textId="4D15C9E4" w:rsidR="00804193" w:rsidRPr="00F644F9" w:rsidRDefault="00804193" w:rsidP="00E509AF">
      <w:pPr>
        <w:spacing w:before="120" w:after="0" w:line="240" w:lineRule="auto"/>
        <w:ind w:firstLine="720"/>
        <w:jc w:val="both"/>
        <w:rPr>
          <w:rFonts w:ascii="Times New Roman" w:hAnsi="Times New Roman" w:cs="Times New Roman"/>
          <w:i/>
          <w:iCs/>
          <w:sz w:val="28"/>
          <w:szCs w:val="28"/>
        </w:rPr>
      </w:pPr>
      <w:r w:rsidRPr="00F644F9">
        <w:rPr>
          <w:rFonts w:ascii="Times New Roman" w:hAnsi="Times New Roman" w:cs="Times New Roman"/>
          <w:i/>
          <w:iCs/>
          <w:sz w:val="28"/>
          <w:szCs w:val="28"/>
        </w:rPr>
        <w:t>*</w:t>
      </w:r>
      <w:r w:rsidR="00F644F9">
        <w:rPr>
          <w:rFonts w:ascii="Times New Roman" w:hAnsi="Times New Roman" w:cs="Times New Roman"/>
          <w:i/>
          <w:iCs/>
          <w:sz w:val="28"/>
          <w:szCs w:val="28"/>
        </w:rPr>
        <w:t>)</w:t>
      </w:r>
      <w:r w:rsidRPr="00F644F9">
        <w:rPr>
          <w:rFonts w:ascii="Times New Roman" w:hAnsi="Times New Roman" w:cs="Times New Roman"/>
          <w:i/>
          <w:iCs/>
          <w:sz w:val="28"/>
          <w:szCs w:val="28"/>
        </w:rPr>
        <w:t xml:space="preserve"> </w:t>
      </w:r>
      <w:r w:rsidR="00A11F7A" w:rsidRPr="00F644F9">
        <w:rPr>
          <w:rFonts w:ascii="Times New Roman" w:hAnsi="Times New Roman" w:cs="Times New Roman"/>
          <w:i/>
          <w:iCs/>
          <w:sz w:val="28"/>
          <w:szCs w:val="28"/>
        </w:rPr>
        <w:t>T</w:t>
      </w:r>
      <w:r w:rsidR="005710EA" w:rsidRPr="00F644F9">
        <w:rPr>
          <w:rFonts w:ascii="Times New Roman" w:hAnsi="Times New Roman" w:cs="Times New Roman"/>
          <w:i/>
          <w:iCs/>
          <w:sz w:val="28"/>
          <w:szCs w:val="28"/>
        </w:rPr>
        <w:t>hành viên</w:t>
      </w:r>
      <w:r w:rsidR="003B2994" w:rsidRPr="00F644F9">
        <w:rPr>
          <w:rFonts w:ascii="Times New Roman" w:hAnsi="Times New Roman" w:cs="Times New Roman"/>
          <w:i/>
          <w:iCs/>
          <w:sz w:val="28"/>
          <w:szCs w:val="28"/>
        </w:rPr>
        <w:t xml:space="preserve"> </w:t>
      </w:r>
      <w:r w:rsidRPr="00F644F9">
        <w:rPr>
          <w:rFonts w:ascii="Times New Roman" w:hAnsi="Times New Roman" w:cs="Times New Roman"/>
          <w:i/>
          <w:iCs/>
          <w:sz w:val="28"/>
          <w:szCs w:val="28"/>
        </w:rPr>
        <w:t>Tổ chuyển đổi số cộng đồng</w:t>
      </w:r>
    </w:p>
    <w:p w14:paraId="533ED175" w14:textId="57EF1A9A" w:rsidR="00804193" w:rsidRPr="00F644F9" w:rsidRDefault="00804193"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i/>
          <w:iCs/>
          <w:sz w:val="28"/>
          <w:szCs w:val="28"/>
        </w:rPr>
        <w:t xml:space="preserve">- </w:t>
      </w:r>
      <w:r w:rsidRPr="00F644F9">
        <w:rPr>
          <w:rFonts w:ascii="Times New Roman" w:hAnsi="Times New Roman" w:cs="Times New Roman"/>
          <w:sz w:val="28"/>
          <w:szCs w:val="28"/>
        </w:rPr>
        <w:t>Nhận thức số</w:t>
      </w:r>
      <w:r w:rsidR="00F644F9">
        <w:rPr>
          <w:rFonts w:ascii="Times New Roman" w:hAnsi="Times New Roman" w:cs="Times New Roman"/>
          <w:sz w:val="28"/>
          <w:szCs w:val="28"/>
        </w:rPr>
        <w:t>.</w:t>
      </w:r>
    </w:p>
    <w:p w14:paraId="57989564" w14:textId="4264DE6D" w:rsidR="00804193" w:rsidRPr="00F644F9" w:rsidRDefault="00804193"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Sử dụng thiết bị và phần mềm</w:t>
      </w:r>
      <w:r w:rsidR="00F644F9">
        <w:rPr>
          <w:rFonts w:ascii="Times New Roman" w:hAnsi="Times New Roman" w:cs="Times New Roman"/>
          <w:sz w:val="28"/>
          <w:szCs w:val="28"/>
        </w:rPr>
        <w:t>.</w:t>
      </w:r>
    </w:p>
    <w:p w14:paraId="29D98570" w14:textId="32B5D1C4" w:rsidR="00804193"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w:t>
      </w:r>
      <w:r w:rsidR="00804193" w:rsidRPr="00F644F9">
        <w:rPr>
          <w:rFonts w:ascii="Times New Roman" w:hAnsi="Times New Roman" w:cs="Times New Roman"/>
          <w:sz w:val="28"/>
          <w:szCs w:val="28"/>
        </w:rPr>
        <w:t>Khai thác dữ liệu và thông tin</w:t>
      </w:r>
      <w:r w:rsidR="00F644F9">
        <w:rPr>
          <w:rFonts w:ascii="Times New Roman" w:hAnsi="Times New Roman" w:cs="Times New Roman"/>
          <w:sz w:val="28"/>
          <w:szCs w:val="28"/>
        </w:rPr>
        <w:t>.</w:t>
      </w:r>
      <w:r w:rsidR="00804193" w:rsidRPr="00F644F9">
        <w:rPr>
          <w:rFonts w:ascii="Times New Roman" w:hAnsi="Times New Roman" w:cs="Times New Roman"/>
          <w:sz w:val="28"/>
          <w:szCs w:val="28"/>
        </w:rPr>
        <w:t xml:space="preserve"> </w:t>
      </w:r>
    </w:p>
    <w:p w14:paraId="5B6DDBBC" w14:textId="043D21B3" w:rsidR="00804193"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w:t>
      </w:r>
      <w:r w:rsidR="00804193" w:rsidRPr="00F644F9">
        <w:rPr>
          <w:rFonts w:ascii="Times New Roman" w:hAnsi="Times New Roman" w:cs="Times New Roman"/>
          <w:sz w:val="28"/>
          <w:szCs w:val="28"/>
        </w:rPr>
        <w:t>Giao tiếp và hợp tác trong môi trường số</w:t>
      </w:r>
      <w:r w:rsidR="00F644F9">
        <w:rPr>
          <w:rFonts w:ascii="Times New Roman" w:hAnsi="Times New Roman" w:cs="Times New Roman"/>
          <w:sz w:val="28"/>
          <w:szCs w:val="28"/>
        </w:rPr>
        <w:t>.</w:t>
      </w:r>
    </w:p>
    <w:p w14:paraId="035B1DEC" w14:textId="6C2E8CDA" w:rsidR="00804193"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w:t>
      </w:r>
      <w:r w:rsidR="00804193" w:rsidRPr="00F644F9">
        <w:rPr>
          <w:rFonts w:ascii="Times New Roman" w:hAnsi="Times New Roman" w:cs="Times New Roman"/>
          <w:sz w:val="28"/>
          <w:szCs w:val="28"/>
        </w:rPr>
        <w:t>Sáng tạo nội dung số</w:t>
      </w:r>
      <w:r w:rsidR="00F644F9">
        <w:rPr>
          <w:rFonts w:ascii="Times New Roman" w:hAnsi="Times New Roman" w:cs="Times New Roman"/>
          <w:sz w:val="28"/>
          <w:szCs w:val="28"/>
        </w:rPr>
        <w:t>.</w:t>
      </w:r>
    </w:p>
    <w:p w14:paraId="3F11C00F" w14:textId="6E9669F3" w:rsidR="00804193"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w:t>
      </w:r>
      <w:r w:rsidR="00804193" w:rsidRPr="00F644F9">
        <w:rPr>
          <w:rFonts w:ascii="Times New Roman" w:hAnsi="Times New Roman" w:cs="Times New Roman"/>
          <w:sz w:val="28"/>
          <w:szCs w:val="28"/>
        </w:rPr>
        <w:t xml:space="preserve">Đảm bảo an toàn, an ninh mạng </w:t>
      </w:r>
    </w:p>
    <w:p w14:paraId="3503C087" w14:textId="50DE660E" w:rsidR="00804193"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xml:space="preserve">- </w:t>
      </w:r>
      <w:r w:rsidR="00804193" w:rsidRPr="00F644F9">
        <w:rPr>
          <w:rFonts w:ascii="Times New Roman" w:hAnsi="Times New Roman" w:cs="Times New Roman"/>
          <w:sz w:val="28"/>
          <w:szCs w:val="28"/>
        </w:rPr>
        <w:t>Giải quyết vấn đề nhờ ứng dụng công nghệ số</w:t>
      </w:r>
      <w:r w:rsidR="00F644F9">
        <w:rPr>
          <w:rFonts w:ascii="Times New Roman" w:hAnsi="Times New Roman" w:cs="Times New Roman"/>
          <w:sz w:val="28"/>
          <w:szCs w:val="28"/>
        </w:rPr>
        <w:t>.</w:t>
      </w:r>
    </w:p>
    <w:p w14:paraId="0B541FC2" w14:textId="7EFDFF6C" w:rsidR="00B61777" w:rsidRPr="00F644F9" w:rsidRDefault="00B61777" w:rsidP="00E509AF">
      <w:pPr>
        <w:spacing w:before="120" w:after="0" w:line="240" w:lineRule="auto"/>
        <w:ind w:firstLine="720"/>
        <w:jc w:val="both"/>
        <w:rPr>
          <w:rFonts w:ascii="Times New Roman" w:hAnsi="Times New Roman" w:cs="Times New Roman"/>
          <w:i/>
          <w:iCs/>
          <w:sz w:val="28"/>
          <w:szCs w:val="28"/>
        </w:rPr>
      </w:pPr>
      <w:r w:rsidRPr="00F644F9">
        <w:rPr>
          <w:rFonts w:ascii="Times New Roman" w:hAnsi="Times New Roman" w:cs="Times New Roman"/>
          <w:i/>
          <w:iCs/>
          <w:sz w:val="28"/>
          <w:szCs w:val="28"/>
        </w:rPr>
        <w:t>*</w:t>
      </w:r>
      <w:r w:rsidR="00F644F9">
        <w:rPr>
          <w:rFonts w:ascii="Times New Roman" w:hAnsi="Times New Roman" w:cs="Times New Roman"/>
          <w:i/>
          <w:iCs/>
          <w:sz w:val="28"/>
          <w:szCs w:val="28"/>
        </w:rPr>
        <w:t>)</w:t>
      </w:r>
      <w:r w:rsidRPr="00F644F9">
        <w:rPr>
          <w:rFonts w:ascii="Times New Roman" w:hAnsi="Times New Roman" w:cs="Times New Roman"/>
          <w:i/>
          <w:iCs/>
          <w:sz w:val="28"/>
          <w:szCs w:val="28"/>
        </w:rPr>
        <w:t xml:space="preserve"> </w:t>
      </w:r>
      <w:r w:rsidR="00A11F7A" w:rsidRPr="00F644F9">
        <w:rPr>
          <w:rFonts w:ascii="Times New Roman" w:hAnsi="Times New Roman" w:cs="Times New Roman"/>
          <w:i/>
          <w:iCs/>
          <w:sz w:val="28"/>
          <w:szCs w:val="28"/>
        </w:rPr>
        <w:t>L</w:t>
      </w:r>
      <w:r w:rsidR="00473C14" w:rsidRPr="00F644F9">
        <w:rPr>
          <w:rFonts w:ascii="Times New Roman" w:hAnsi="Times New Roman" w:cs="Times New Roman"/>
          <w:i/>
          <w:iCs/>
          <w:sz w:val="28"/>
          <w:szCs w:val="28"/>
        </w:rPr>
        <w:t xml:space="preserve">ãnh đạo và </w:t>
      </w:r>
      <w:r w:rsidRPr="00F644F9">
        <w:rPr>
          <w:rFonts w:ascii="Times New Roman" w:hAnsi="Times New Roman" w:cs="Times New Roman"/>
          <w:i/>
          <w:iCs/>
          <w:sz w:val="28"/>
          <w:szCs w:val="28"/>
        </w:rPr>
        <w:t xml:space="preserve">người </w:t>
      </w:r>
      <w:r w:rsidR="00240266" w:rsidRPr="00F644F9">
        <w:rPr>
          <w:rFonts w:ascii="Times New Roman" w:hAnsi="Times New Roman" w:cs="Times New Roman"/>
          <w:i/>
          <w:iCs/>
          <w:sz w:val="28"/>
          <w:szCs w:val="28"/>
        </w:rPr>
        <w:t xml:space="preserve">lao động trong các </w:t>
      </w:r>
      <w:r w:rsidRPr="00F644F9">
        <w:rPr>
          <w:rFonts w:ascii="Times New Roman" w:hAnsi="Times New Roman" w:cs="Times New Roman"/>
          <w:i/>
          <w:iCs/>
          <w:sz w:val="28"/>
          <w:szCs w:val="28"/>
        </w:rPr>
        <w:t>doanh nghiệp</w:t>
      </w:r>
      <w:r w:rsidR="00240266" w:rsidRPr="00F644F9">
        <w:rPr>
          <w:rFonts w:ascii="Times New Roman" w:hAnsi="Times New Roman" w:cs="Times New Roman"/>
          <w:i/>
          <w:iCs/>
          <w:sz w:val="28"/>
          <w:szCs w:val="28"/>
        </w:rPr>
        <w:t>, hợp tác xã…</w:t>
      </w:r>
    </w:p>
    <w:p w14:paraId="3ED94FF6" w14:textId="36BA5117"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Nhận thức số</w:t>
      </w:r>
      <w:r w:rsidR="00581AC2">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03A2F031" w14:textId="24C5C14A"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Khai thác dữ liệu và thông tin</w:t>
      </w:r>
      <w:r w:rsidR="00581AC2">
        <w:rPr>
          <w:rFonts w:ascii="Times New Roman" w:hAnsi="Times New Roman" w:cs="Times New Roman"/>
          <w:sz w:val="28"/>
          <w:szCs w:val="28"/>
        </w:rPr>
        <w:t>.</w:t>
      </w:r>
    </w:p>
    <w:p w14:paraId="3D673265" w14:textId="5194F6DE"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Giao tiếp và hợp tác trong môi trường số</w:t>
      </w:r>
      <w:r w:rsidR="00581AC2">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500324CF" w14:textId="5ACF8B52"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Sáng tạo nội dung số</w:t>
      </w:r>
      <w:r w:rsidR="00581AC2">
        <w:rPr>
          <w:rFonts w:ascii="Times New Roman" w:hAnsi="Times New Roman" w:cs="Times New Roman"/>
          <w:sz w:val="28"/>
          <w:szCs w:val="28"/>
        </w:rPr>
        <w:t>.</w:t>
      </w:r>
      <w:r w:rsidRPr="00F644F9">
        <w:rPr>
          <w:rFonts w:ascii="Times New Roman" w:hAnsi="Times New Roman" w:cs="Times New Roman"/>
          <w:sz w:val="28"/>
          <w:szCs w:val="28"/>
        </w:rPr>
        <w:t xml:space="preserve"> </w:t>
      </w:r>
    </w:p>
    <w:p w14:paraId="245C6F4E" w14:textId="6720BF79"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Đảm bảo an toàn, an ninh mạng</w:t>
      </w:r>
      <w:r w:rsidR="00581AC2">
        <w:rPr>
          <w:rFonts w:ascii="Times New Roman" w:hAnsi="Times New Roman" w:cs="Times New Roman"/>
          <w:sz w:val="28"/>
          <w:szCs w:val="28"/>
        </w:rPr>
        <w:t>.</w:t>
      </w:r>
    </w:p>
    <w:p w14:paraId="2C04DF3A" w14:textId="6E5E7A5E" w:rsidR="00240266" w:rsidRPr="00F644F9" w:rsidRDefault="00240266" w:rsidP="00E509AF">
      <w:pPr>
        <w:spacing w:before="120" w:after="0" w:line="240" w:lineRule="auto"/>
        <w:ind w:firstLine="720"/>
        <w:jc w:val="both"/>
        <w:rPr>
          <w:rFonts w:ascii="Times New Roman" w:hAnsi="Times New Roman" w:cs="Times New Roman"/>
          <w:sz w:val="28"/>
          <w:szCs w:val="28"/>
        </w:rPr>
      </w:pPr>
      <w:r w:rsidRPr="00F644F9">
        <w:rPr>
          <w:rFonts w:ascii="Times New Roman" w:hAnsi="Times New Roman" w:cs="Times New Roman"/>
          <w:sz w:val="28"/>
          <w:szCs w:val="28"/>
        </w:rPr>
        <w:t>- Giải quyết vấn đề nhờ ứng dụng công nghệ số</w:t>
      </w:r>
      <w:r w:rsidR="00581AC2">
        <w:rPr>
          <w:rFonts w:ascii="Times New Roman" w:hAnsi="Times New Roman" w:cs="Times New Roman"/>
          <w:sz w:val="28"/>
          <w:szCs w:val="28"/>
        </w:rPr>
        <w:t>.</w:t>
      </w:r>
    </w:p>
    <w:p w14:paraId="0AB21367" w14:textId="43AB01DF" w:rsidR="00240266" w:rsidRPr="00AB4F7F" w:rsidRDefault="00240266" w:rsidP="00AB4F7F">
      <w:pPr>
        <w:spacing w:before="120" w:after="0" w:line="240" w:lineRule="auto"/>
        <w:ind w:firstLine="720"/>
        <w:jc w:val="both"/>
        <w:rPr>
          <w:rFonts w:ascii="Times New Roman" w:hAnsi="Times New Roman" w:cs="Times New Roman"/>
          <w:i/>
          <w:iCs/>
          <w:sz w:val="28"/>
          <w:szCs w:val="28"/>
        </w:rPr>
      </w:pPr>
      <w:r w:rsidRPr="00AB4F7F">
        <w:rPr>
          <w:rFonts w:ascii="Times New Roman" w:hAnsi="Times New Roman" w:cs="Times New Roman"/>
          <w:i/>
          <w:iCs/>
          <w:sz w:val="28"/>
          <w:szCs w:val="28"/>
        </w:rPr>
        <w:t>*</w:t>
      </w:r>
      <w:r w:rsidR="00581AC2" w:rsidRPr="00AB4F7F">
        <w:rPr>
          <w:rFonts w:ascii="Times New Roman" w:hAnsi="Times New Roman" w:cs="Times New Roman"/>
          <w:i/>
          <w:iCs/>
          <w:sz w:val="28"/>
          <w:szCs w:val="28"/>
        </w:rPr>
        <w:t>)</w:t>
      </w:r>
      <w:r w:rsidRPr="00AB4F7F">
        <w:rPr>
          <w:rFonts w:ascii="Times New Roman" w:hAnsi="Times New Roman" w:cs="Times New Roman"/>
          <w:i/>
          <w:iCs/>
          <w:sz w:val="28"/>
          <w:szCs w:val="28"/>
        </w:rPr>
        <w:t xml:space="preserve"> Học sinh, sinh viên (theo Thông tư </w:t>
      </w:r>
      <w:r w:rsidR="00E509AF" w:rsidRPr="00AB4F7F">
        <w:rPr>
          <w:rFonts w:ascii="Times New Roman" w:hAnsi="Times New Roman" w:cs="Times New Roman"/>
          <w:i/>
          <w:iCs/>
          <w:sz w:val="28"/>
          <w:szCs w:val="28"/>
        </w:rPr>
        <w:t xml:space="preserve">số </w:t>
      </w:r>
      <w:r w:rsidRPr="00AB4F7F">
        <w:rPr>
          <w:rFonts w:ascii="Times New Roman" w:hAnsi="Times New Roman" w:cs="Times New Roman"/>
          <w:i/>
          <w:iCs/>
          <w:sz w:val="28"/>
          <w:szCs w:val="28"/>
        </w:rPr>
        <w:t>02/2025/TT-BGDĐT ngày 24</w:t>
      </w:r>
      <w:r w:rsidR="00E509AF" w:rsidRPr="00AB4F7F">
        <w:rPr>
          <w:rFonts w:ascii="Times New Roman" w:hAnsi="Times New Roman" w:cs="Times New Roman"/>
          <w:i/>
          <w:iCs/>
          <w:sz w:val="28"/>
          <w:szCs w:val="28"/>
        </w:rPr>
        <w:t xml:space="preserve"> tháng </w:t>
      </w:r>
      <w:r w:rsidRPr="00AB4F7F">
        <w:rPr>
          <w:rFonts w:ascii="Times New Roman" w:hAnsi="Times New Roman" w:cs="Times New Roman"/>
          <w:i/>
          <w:iCs/>
          <w:sz w:val="28"/>
          <w:szCs w:val="28"/>
        </w:rPr>
        <w:t>01</w:t>
      </w:r>
      <w:r w:rsidR="00E509AF" w:rsidRPr="00AB4F7F">
        <w:rPr>
          <w:rFonts w:ascii="Times New Roman" w:hAnsi="Times New Roman" w:cs="Times New Roman"/>
          <w:i/>
          <w:iCs/>
          <w:sz w:val="28"/>
          <w:szCs w:val="28"/>
        </w:rPr>
        <w:t xml:space="preserve"> năm </w:t>
      </w:r>
      <w:r w:rsidRPr="00AB4F7F">
        <w:rPr>
          <w:rFonts w:ascii="Times New Roman" w:hAnsi="Times New Roman" w:cs="Times New Roman"/>
          <w:i/>
          <w:iCs/>
          <w:sz w:val="28"/>
          <w:szCs w:val="28"/>
        </w:rPr>
        <w:t xml:space="preserve">2025 của Bộ Giáo dục và Đào tạo quy định khung năng lực số dành cho người học): </w:t>
      </w:r>
    </w:p>
    <w:p w14:paraId="6D325085" w14:textId="6555CEF5" w:rsidR="00240266" w:rsidRPr="00AB4F7F" w:rsidRDefault="00240266" w:rsidP="00AB4F7F">
      <w:pPr>
        <w:spacing w:before="120" w:after="0" w:line="240" w:lineRule="auto"/>
        <w:ind w:firstLine="720"/>
        <w:jc w:val="both"/>
        <w:rPr>
          <w:rFonts w:ascii="Times New Roman" w:hAnsi="Times New Roman" w:cs="Times New Roman"/>
          <w:sz w:val="28"/>
          <w:szCs w:val="28"/>
          <w:shd w:val="clear" w:color="auto" w:fill="FFFFFF"/>
        </w:rPr>
      </w:pPr>
      <w:r w:rsidRPr="00AB4F7F">
        <w:rPr>
          <w:rFonts w:ascii="Times New Roman" w:hAnsi="Times New Roman" w:cs="Times New Roman"/>
          <w:sz w:val="28"/>
          <w:szCs w:val="28"/>
          <w:shd w:val="clear" w:color="auto" w:fill="FFFFFF"/>
        </w:rPr>
        <w:t>- Khai thác dữ liệu và thông tin</w:t>
      </w:r>
      <w:r w:rsidR="00581AC2" w:rsidRPr="00AB4F7F">
        <w:rPr>
          <w:rFonts w:ascii="Times New Roman" w:hAnsi="Times New Roman" w:cs="Times New Roman"/>
          <w:sz w:val="28"/>
          <w:szCs w:val="28"/>
          <w:shd w:val="clear" w:color="auto" w:fill="FFFFFF"/>
        </w:rPr>
        <w:t>.</w:t>
      </w:r>
    </w:p>
    <w:p w14:paraId="0CFD8929" w14:textId="27F17FF2" w:rsidR="00240266" w:rsidRPr="00AB4F7F" w:rsidRDefault="00240266" w:rsidP="00AB4F7F">
      <w:pPr>
        <w:spacing w:before="120" w:after="0" w:line="240" w:lineRule="auto"/>
        <w:ind w:firstLine="720"/>
        <w:jc w:val="both"/>
        <w:rPr>
          <w:rFonts w:ascii="Times New Roman" w:hAnsi="Times New Roman" w:cs="Times New Roman"/>
          <w:sz w:val="28"/>
          <w:szCs w:val="28"/>
          <w:shd w:val="clear" w:color="auto" w:fill="FFFFFF"/>
        </w:rPr>
      </w:pPr>
      <w:r w:rsidRPr="00AB4F7F">
        <w:rPr>
          <w:rFonts w:ascii="Times New Roman" w:hAnsi="Times New Roman" w:cs="Times New Roman"/>
          <w:sz w:val="28"/>
          <w:szCs w:val="28"/>
          <w:shd w:val="clear" w:color="auto" w:fill="FFFFFF"/>
        </w:rPr>
        <w:t>- Giao tiếp và hợp tác trong môi trường số</w:t>
      </w:r>
      <w:r w:rsidR="00581AC2" w:rsidRPr="00AB4F7F">
        <w:rPr>
          <w:rFonts w:ascii="Times New Roman" w:hAnsi="Times New Roman" w:cs="Times New Roman"/>
          <w:sz w:val="28"/>
          <w:szCs w:val="28"/>
          <w:shd w:val="clear" w:color="auto" w:fill="FFFFFF"/>
        </w:rPr>
        <w:t>.</w:t>
      </w:r>
    </w:p>
    <w:p w14:paraId="31FA9C75" w14:textId="76C632D0" w:rsidR="00240266" w:rsidRPr="00AB4F7F" w:rsidRDefault="00240266" w:rsidP="00AB4F7F">
      <w:pPr>
        <w:spacing w:before="120" w:after="0" w:line="240" w:lineRule="auto"/>
        <w:ind w:firstLine="720"/>
        <w:jc w:val="both"/>
        <w:rPr>
          <w:rFonts w:ascii="Times New Roman" w:hAnsi="Times New Roman" w:cs="Times New Roman"/>
          <w:sz w:val="28"/>
          <w:szCs w:val="28"/>
          <w:shd w:val="clear" w:color="auto" w:fill="FFFFFF"/>
        </w:rPr>
      </w:pPr>
      <w:r w:rsidRPr="00AB4F7F">
        <w:rPr>
          <w:rFonts w:ascii="Times New Roman" w:hAnsi="Times New Roman" w:cs="Times New Roman"/>
          <w:sz w:val="28"/>
          <w:szCs w:val="28"/>
          <w:shd w:val="clear" w:color="auto" w:fill="FFFFFF"/>
        </w:rPr>
        <w:t>- Sáng tạo nội dung số</w:t>
      </w:r>
      <w:r w:rsidR="00581AC2" w:rsidRPr="00AB4F7F">
        <w:rPr>
          <w:rFonts w:ascii="Times New Roman" w:hAnsi="Times New Roman" w:cs="Times New Roman"/>
          <w:sz w:val="28"/>
          <w:szCs w:val="28"/>
          <w:shd w:val="clear" w:color="auto" w:fill="FFFFFF"/>
        </w:rPr>
        <w:t>.</w:t>
      </w:r>
    </w:p>
    <w:p w14:paraId="6B28AF84" w14:textId="2C9855D7" w:rsidR="00240266" w:rsidRPr="00AB4F7F" w:rsidRDefault="00240266" w:rsidP="00AB4F7F">
      <w:pPr>
        <w:spacing w:before="120" w:after="0" w:line="240" w:lineRule="auto"/>
        <w:ind w:firstLine="720"/>
        <w:jc w:val="both"/>
        <w:rPr>
          <w:rFonts w:ascii="Times New Roman" w:hAnsi="Times New Roman" w:cs="Times New Roman"/>
          <w:sz w:val="28"/>
          <w:szCs w:val="28"/>
          <w:shd w:val="clear" w:color="auto" w:fill="FFFFFF"/>
        </w:rPr>
      </w:pPr>
      <w:r w:rsidRPr="00AB4F7F">
        <w:rPr>
          <w:rFonts w:ascii="Times New Roman" w:hAnsi="Times New Roman" w:cs="Times New Roman"/>
          <w:sz w:val="28"/>
          <w:szCs w:val="28"/>
          <w:shd w:val="clear" w:color="auto" w:fill="FFFFFF"/>
        </w:rPr>
        <w:t>- An toàn</w:t>
      </w:r>
      <w:r w:rsidR="00581AC2" w:rsidRPr="00AB4F7F">
        <w:rPr>
          <w:rFonts w:ascii="Times New Roman" w:hAnsi="Times New Roman" w:cs="Times New Roman"/>
          <w:sz w:val="28"/>
          <w:szCs w:val="28"/>
          <w:shd w:val="clear" w:color="auto" w:fill="FFFFFF"/>
        </w:rPr>
        <w:t>.</w:t>
      </w:r>
    </w:p>
    <w:p w14:paraId="3DBA704C" w14:textId="6B21F1BE" w:rsidR="00240266" w:rsidRPr="00AB4F7F" w:rsidRDefault="00240266" w:rsidP="00AB4F7F">
      <w:pPr>
        <w:spacing w:before="120" w:after="0" w:line="240" w:lineRule="auto"/>
        <w:ind w:firstLine="720"/>
        <w:jc w:val="both"/>
        <w:rPr>
          <w:rFonts w:ascii="Times New Roman" w:hAnsi="Times New Roman" w:cs="Times New Roman"/>
          <w:sz w:val="28"/>
          <w:szCs w:val="28"/>
          <w:shd w:val="clear" w:color="auto" w:fill="FFFFFF"/>
        </w:rPr>
      </w:pPr>
      <w:r w:rsidRPr="00AB4F7F">
        <w:rPr>
          <w:rFonts w:ascii="Times New Roman" w:hAnsi="Times New Roman" w:cs="Times New Roman"/>
          <w:sz w:val="28"/>
          <w:szCs w:val="28"/>
          <w:shd w:val="clear" w:color="auto" w:fill="FFFFFF"/>
        </w:rPr>
        <w:t>- Giải quyết vấn đề</w:t>
      </w:r>
      <w:r w:rsidR="00581AC2" w:rsidRPr="00AB4F7F">
        <w:rPr>
          <w:rFonts w:ascii="Times New Roman" w:hAnsi="Times New Roman" w:cs="Times New Roman"/>
          <w:sz w:val="28"/>
          <w:szCs w:val="28"/>
          <w:shd w:val="clear" w:color="auto" w:fill="FFFFFF"/>
        </w:rPr>
        <w:t>.</w:t>
      </w:r>
    </w:p>
    <w:p w14:paraId="78988B02" w14:textId="104401A9" w:rsidR="00240266" w:rsidRPr="00AB4F7F" w:rsidRDefault="00240266" w:rsidP="00AB4F7F">
      <w:pPr>
        <w:spacing w:before="120" w:after="0" w:line="240" w:lineRule="auto"/>
        <w:ind w:firstLine="720"/>
        <w:jc w:val="both"/>
        <w:rPr>
          <w:rFonts w:ascii="Times New Roman" w:hAnsi="Times New Roman" w:cs="Times New Roman"/>
          <w:sz w:val="28"/>
          <w:szCs w:val="28"/>
          <w:shd w:val="clear" w:color="auto" w:fill="FFFFFF"/>
        </w:rPr>
      </w:pPr>
      <w:r w:rsidRPr="00AB4F7F">
        <w:rPr>
          <w:rFonts w:ascii="Times New Roman" w:hAnsi="Times New Roman" w:cs="Times New Roman"/>
          <w:sz w:val="28"/>
          <w:szCs w:val="28"/>
          <w:shd w:val="clear" w:color="auto" w:fill="FFFFFF"/>
        </w:rPr>
        <w:t>- Ứng dụng trí tuệ nhân tạo</w:t>
      </w:r>
      <w:r w:rsidR="00581AC2" w:rsidRPr="00AB4F7F">
        <w:rPr>
          <w:rFonts w:ascii="Times New Roman" w:hAnsi="Times New Roman" w:cs="Times New Roman"/>
          <w:sz w:val="28"/>
          <w:szCs w:val="28"/>
          <w:shd w:val="clear" w:color="auto" w:fill="FFFFFF"/>
        </w:rPr>
        <w:t>.</w:t>
      </w:r>
    </w:p>
    <w:p w14:paraId="5DDAAF4B" w14:textId="545AC6D3" w:rsidR="00756C8F" w:rsidRPr="00AB4F7F" w:rsidRDefault="00DD20E4" w:rsidP="00AB4F7F">
      <w:pPr>
        <w:spacing w:before="120" w:after="0" w:line="240" w:lineRule="auto"/>
        <w:ind w:firstLine="720"/>
        <w:jc w:val="both"/>
        <w:rPr>
          <w:rFonts w:ascii="Times New Roman" w:hAnsi="Times New Roman" w:cs="Times New Roman"/>
          <w:i/>
          <w:iCs/>
          <w:sz w:val="28"/>
          <w:szCs w:val="28"/>
        </w:rPr>
      </w:pPr>
      <w:r w:rsidRPr="00AB4F7F">
        <w:rPr>
          <w:rFonts w:ascii="Times New Roman" w:hAnsi="Times New Roman" w:cs="Times New Roman"/>
          <w:sz w:val="28"/>
          <w:szCs w:val="28"/>
        </w:rPr>
        <w:t>b)</w:t>
      </w:r>
      <w:r w:rsidR="00756C8F" w:rsidRPr="00AB4F7F">
        <w:rPr>
          <w:rFonts w:ascii="Times New Roman" w:hAnsi="Times New Roman" w:cs="Times New Roman"/>
          <w:sz w:val="28"/>
          <w:szCs w:val="28"/>
        </w:rPr>
        <w:t xml:space="preserve"> </w:t>
      </w:r>
      <w:r w:rsidR="00B61777" w:rsidRPr="00AB4F7F">
        <w:rPr>
          <w:rFonts w:ascii="Times New Roman" w:hAnsi="Times New Roman" w:cs="Times New Roman"/>
          <w:sz w:val="28"/>
          <w:szCs w:val="28"/>
        </w:rPr>
        <w:t>Bồi dưỡng</w:t>
      </w:r>
      <w:r w:rsidR="00756C8F" w:rsidRPr="00AB4F7F">
        <w:rPr>
          <w:rFonts w:ascii="Times New Roman" w:hAnsi="Times New Roman" w:cs="Times New Roman"/>
          <w:sz w:val="28"/>
          <w:szCs w:val="28"/>
        </w:rPr>
        <w:t xml:space="preserve"> </w:t>
      </w:r>
      <w:r w:rsidR="00B61777" w:rsidRPr="00AB4F7F">
        <w:rPr>
          <w:rFonts w:ascii="Times New Roman" w:hAnsi="Times New Roman" w:cs="Times New Roman"/>
          <w:i/>
          <w:iCs/>
          <w:sz w:val="28"/>
          <w:szCs w:val="28"/>
        </w:rPr>
        <w:t xml:space="preserve">(từ 5 </w:t>
      </w:r>
      <w:r w:rsidR="00581AC2" w:rsidRPr="00AB4F7F">
        <w:rPr>
          <w:rFonts w:ascii="Times New Roman" w:hAnsi="Times New Roman" w:cs="Times New Roman"/>
          <w:i/>
          <w:iCs/>
          <w:sz w:val="28"/>
          <w:szCs w:val="28"/>
        </w:rPr>
        <w:t>-</w:t>
      </w:r>
      <w:r w:rsidR="00B61777" w:rsidRPr="00AB4F7F">
        <w:rPr>
          <w:rFonts w:ascii="Times New Roman" w:hAnsi="Times New Roman" w:cs="Times New Roman"/>
          <w:i/>
          <w:iCs/>
          <w:sz w:val="28"/>
          <w:szCs w:val="28"/>
        </w:rPr>
        <w:t xml:space="preserve"> 14 ngày)</w:t>
      </w:r>
    </w:p>
    <w:p w14:paraId="13FD71E1" w14:textId="23380E26" w:rsidR="00680452" w:rsidRPr="00AB4F7F" w:rsidRDefault="00680452" w:rsidP="00AB4F7F">
      <w:pPr>
        <w:spacing w:before="120" w:after="0" w:line="240" w:lineRule="auto"/>
        <w:ind w:firstLine="720"/>
        <w:jc w:val="both"/>
        <w:rPr>
          <w:rFonts w:ascii="Times New Roman" w:hAnsi="Times New Roman" w:cs="Times New Roman"/>
          <w:i/>
          <w:iCs/>
          <w:sz w:val="28"/>
          <w:szCs w:val="28"/>
        </w:rPr>
      </w:pPr>
      <w:r w:rsidRPr="00AB4F7F">
        <w:rPr>
          <w:rFonts w:ascii="Times New Roman" w:hAnsi="Times New Roman" w:cs="Times New Roman"/>
          <w:i/>
          <w:iCs/>
          <w:sz w:val="28"/>
          <w:szCs w:val="28"/>
        </w:rPr>
        <w:t>*</w:t>
      </w:r>
      <w:r w:rsidR="00581AC2" w:rsidRPr="00AB4F7F">
        <w:rPr>
          <w:rFonts w:ascii="Times New Roman" w:hAnsi="Times New Roman" w:cs="Times New Roman"/>
          <w:i/>
          <w:iCs/>
          <w:sz w:val="28"/>
          <w:szCs w:val="28"/>
        </w:rPr>
        <w:t xml:space="preserve">) </w:t>
      </w:r>
      <w:r w:rsidR="004535BB" w:rsidRPr="00AB4F7F">
        <w:rPr>
          <w:rFonts w:ascii="Times New Roman" w:hAnsi="Times New Roman" w:cs="Times New Roman"/>
          <w:i/>
          <w:iCs/>
          <w:sz w:val="28"/>
          <w:szCs w:val="28"/>
        </w:rPr>
        <w:t>C</w:t>
      </w:r>
      <w:r w:rsidRPr="00AB4F7F">
        <w:rPr>
          <w:rFonts w:ascii="Times New Roman" w:hAnsi="Times New Roman" w:cs="Times New Roman"/>
          <w:i/>
          <w:iCs/>
          <w:sz w:val="28"/>
          <w:szCs w:val="28"/>
        </w:rPr>
        <w:t xml:space="preserve">ông chức, viên chức phụ trách chuyển đổi số tại các sở, các xã, phường: </w:t>
      </w:r>
    </w:p>
    <w:p w14:paraId="2983ACC9" w14:textId="77777777" w:rsidR="00756C8F" w:rsidRPr="00AB4F7F" w:rsidRDefault="00756C8F" w:rsidP="00AB4F7F">
      <w:pPr>
        <w:spacing w:before="120" w:after="0" w:line="240" w:lineRule="auto"/>
        <w:ind w:firstLine="720"/>
        <w:jc w:val="both"/>
        <w:rPr>
          <w:rFonts w:ascii="Times New Roman" w:hAnsi="Times New Roman" w:cs="Times New Roman"/>
          <w:sz w:val="28"/>
          <w:szCs w:val="28"/>
        </w:rPr>
      </w:pPr>
      <w:r w:rsidRPr="00AB4F7F">
        <w:rPr>
          <w:rFonts w:ascii="Times New Roman" w:hAnsi="Times New Roman" w:cs="Times New Roman"/>
          <w:sz w:val="28"/>
          <w:szCs w:val="28"/>
        </w:rPr>
        <w:t>- Quản trị dữ liệu, dữ liệu mở, kho dữ liệu dùng chung.</w:t>
      </w:r>
    </w:p>
    <w:p w14:paraId="3B885B02" w14:textId="77777777" w:rsidR="00756C8F" w:rsidRPr="00AB4F7F" w:rsidRDefault="00756C8F" w:rsidP="00AB4F7F">
      <w:pPr>
        <w:spacing w:before="120" w:after="0" w:line="240" w:lineRule="auto"/>
        <w:ind w:firstLine="720"/>
        <w:jc w:val="both"/>
        <w:rPr>
          <w:rFonts w:ascii="Times New Roman" w:hAnsi="Times New Roman" w:cs="Times New Roman"/>
          <w:sz w:val="28"/>
          <w:szCs w:val="28"/>
        </w:rPr>
      </w:pPr>
      <w:r w:rsidRPr="00AB4F7F">
        <w:rPr>
          <w:rFonts w:ascii="Times New Roman" w:hAnsi="Times New Roman" w:cs="Times New Roman"/>
          <w:sz w:val="28"/>
          <w:szCs w:val="28"/>
        </w:rPr>
        <w:t>- Công nghệ số mới: điện toán đám mây, IoT, AI, Big Data.</w:t>
      </w:r>
    </w:p>
    <w:p w14:paraId="79183A35" w14:textId="77777777" w:rsidR="00756C8F" w:rsidRPr="00AB4F7F" w:rsidRDefault="00756C8F" w:rsidP="00AB4F7F">
      <w:pPr>
        <w:spacing w:before="120" w:after="0" w:line="240" w:lineRule="auto"/>
        <w:ind w:firstLine="720"/>
        <w:jc w:val="both"/>
        <w:rPr>
          <w:rFonts w:ascii="Times New Roman" w:hAnsi="Times New Roman" w:cs="Times New Roman"/>
          <w:sz w:val="28"/>
          <w:szCs w:val="28"/>
        </w:rPr>
      </w:pPr>
      <w:r w:rsidRPr="00AB4F7F">
        <w:rPr>
          <w:rFonts w:ascii="Times New Roman" w:hAnsi="Times New Roman" w:cs="Times New Roman"/>
          <w:sz w:val="28"/>
          <w:szCs w:val="28"/>
        </w:rPr>
        <w:t>- Quản trị dự án chuyển đổi số; kỹ năng tham mưu, lập kế hoạch, tổ chức triển khai nhiệm vụ chuyển đổi số tại cơ quan, đơn vị.</w:t>
      </w:r>
    </w:p>
    <w:p w14:paraId="317E0555" w14:textId="38CDAB5B" w:rsidR="00756C8F" w:rsidRPr="00AB4F7F" w:rsidRDefault="00756C8F" w:rsidP="00AB4F7F">
      <w:pPr>
        <w:spacing w:before="120" w:after="0" w:line="240" w:lineRule="auto"/>
        <w:ind w:firstLine="720"/>
        <w:jc w:val="both"/>
        <w:rPr>
          <w:rFonts w:ascii="Times New Roman" w:hAnsi="Times New Roman" w:cs="Times New Roman"/>
          <w:sz w:val="28"/>
          <w:szCs w:val="28"/>
        </w:rPr>
      </w:pPr>
      <w:r w:rsidRPr="00AB4F7F">
        <w:rPr>
          <w:rFonts w:ascii="Times New Roman" w:hAnsi="Times New Roman" w:cs="Times New Roman"/>
          <w:sz w:val="28"/>
          <w:szCs w:val="28"/>
        </w:rPr>
        <w:t>- Kỹ năng phân tích, đánh giá và vận hành các nền tảng tích hợp, chia sẻ dữ liệu của tỉnh.</w:t>
      </w:r>
    </w:p>
    <w:p w14:paraId="4533990D" w14:textId="29B9B0A5" w:rsidR="005418F2" w:rsidRPr="00AB4F7F" w:rsidRDefault="005418F2" w:rsidP="00AB4F7F">
      <w:pPr>
        <w:spacing w:before="120" w:after="0" w:line="240" w:lineRule="auto"/>
        <w:ind w:firstLine="720"/>
        <w:jc w:val="both"/>
        <w:rPr>
          <w:rFonts w:ascii="Times New Roman" w:hAnsi="Times New Roman" w:cs="Times New Roman"/>
          <w:sz w:val="28"/>
          <w:szCs w:val="28"/>
        </w:rPr>
      </w:pPr>
      <w:r w:rsidRPr="00AB4F7F">
        <w:rPr>
          <w:rFonts w:ascii="Times New Roman" w:eastAsia="Times New Roman" w:hAnsi="Times New Roman" w:cs="Times New Roman"/>
          <w:bCs/>
          <w:sz w:val="28"/>
          <w:szCs w:val="28"/>
        </w:rPr>
        <w:t xml:space="preserve">- Bảo đảm an toàn thông tin, an ninh mạng trong triển khai và vận hành hệ thống tại cấp sở, cấp xã. </w:t>
      </w:r>
    </w:p>
    <w:p w14:paraId="34627120" w14:textId="6279D17A" w:rsidR="00756C8F" w:rsidRPr="00D36104" w:rsidRDefault="00756C8F" w:rsidP="00AB4F7F">
      <w:pPr>
        <w:spacing w:before="120" w:after="0" w:line="240" w:lineRule="auto"/>
        <w:ind w:firstLine="720"/>
        <w:jc w:val="both"/>
        <w:rPr>
          <w:rFonts w:ascii="Times New Roman" w:hAnsi="Times New Roman" w:cs="Times New Roman"/>
          <w:bCs/>
          <w:sz w:val="28"/>
          <w:szCs w:val="28"/>
        </w:rPr>
      </w:pPr>
      <w:r w:rsidRPr="00D36104">
        <w:rPr>
          <w:rFonts w:ascii="Times New Roman" w:hAnsi="Times New Roman" w:cs="Times New Roman"/>
          <w:bCs/>
          <w:sz w:val="28"/>
          <w:szCs w:val="28"/>
        </w:rPr>
        <w:t>3. Hình thức</w:t>
      </w:r>
      <w:r w:rsidR="003E37F0" w:rsidRPr="00D36104">
        <w:rPr>
          <w:rFonts w:ascii="Times New Roman" w:hAnsi="Times New Roman" w:cs="Times New Roman"/>
          <w:bCs/>
          <w:sz w:val="28"/>
          <w:szCs w:val="28"/>
        </w:rPr>
        <w:t>,</w:t>
      </w:r>
      <w:r w:rsidRPr="00D36104">
        <w:rPr>
          <w:rFonts w:ascii="Times New Roman" w:hAnsi="Times New Roman" w:cs="Times New Roman"/>
          <w:bCs/>
          <w:sz w:val="28"/>
          <w:szCs w:val="28"/>
        </w:rPr>
        <w:t xml:space="preserve"> </w:t>
      </w:r>
      <w:r w:rsidR="003E37F0" w:rsidRPr="00D36104">
        <w:rPr>
          <w:rFonts w:ascii="Times New Roman" w:hAnsi="Times New Roman" w:cs="Times New Roman"/>
          <w:bCs/>
          <w:sz w:val="28"/>
          <w:szCs w:val="28"/>
        </w:rPr>
        <w:t xml:space="preserve">thời gian </w:t>
      </w:r>
    </w:p>
    <w:p w14:paraId="08E3DD6C" w14:textId="45D692BE" w:rsidR="00E445C4" w:rsidRPr="00AB4F7F" w:rsidRDefault="00360FB5" w:rsidP="00AB4F7F">
      <w:pPr>
        <w:spacing w:before="120" w:after="0" w:line="240" w:lineRule="auto"/>
        <w:ind w:firstLine="720"/>
        <w:jc w:val="both"/>
        <w:rPr>
          <w:rFonts w:ascii="Times New Roman" w:hAnsi="Times New Roman" w:cs="Times New Roman"/>
          <w:sz w:val="28"/>
          <w:szCs w:val="28"/>
        </w:rPr>
      </w:pPr>
      <w:r w:rsidRPr="00AB4F7F">
        <w:rPr>
          <w:rFonts w:ascii="Times New Roman" w:hAnsi="Times New Roman" w:cs="Times New Roman"/>
          <w:sz w:val="28"/>
          <w:szCs w:val="28"/>
        </w:rPr>
        <w:t>-</w:t>
      </w:r>
      <w:r w:rsidR="00E445C4" w:rsidRPr="00AB4F7F">
        <w:rPr>
          <w:rFonts w:ascii="Times New Roman" w:hAnsi="Times New Roman" w:cs="Times New Roman"/>
          <w:sz w:val="28"/>
          <w:szCs w:val="28"/>
        </w:rPr>
        <w:t xml:space="preserve"> Trực tuyến</w:t>
      </w:r>
      <w:r w:rsidR="004535BB" w:rsidRPr="00AB4F7F">
        <w:rPr>
          <w:rFonts w:ascii="Times New Roman" w:hAnsi="Times New Roman" w:cs="Times New Roman"/>
          <w:sz w:val="28"/>
          <w:szCs w:val="28"/>
        </w:rPr>
        <w:t xml:space="preserve"> trên Cổng </w:t>
      </w:r>
      <w:r w:rsidR="00D36104">
        <w:rPr>
          <w:rFonts w:ascii="Times New Roman" w:hAnsi="Times New Roman" w:cs="Times New Roman"/>
          <w:sz w:val="28"/>
          <w:szCs w:val="28"/>
        </w:rPr>
        <w:t>B</w:t>
      </w:r>
      <w:r w:rsidR="004535BB" w:rsidRPr="00AB4F7F">
        <w:rPr>
          <w:rFonts w:ascii="Times New Roman" w:hAnsi="Times New Roman" w:cs="Times New Roman"/>
          <w:sz w:val="28"/>
          <w:szCs w:val="28"/>
        </w:rPr>
        <w:t>ình dân học vụ số của tỉnh Sơn La và các nền tảng M</w:t>
      </w:r>
      <w:r w:rsidR="00867F88" w:rsidRPr="00AB4F7F">
        <w:rPr>
          <w:rFonts w:ascii="Times New Roman" w:hAnsi="Times New Roman" w:cs="Times New Roman"/>
          <w:sz w:val="28"/>
          <w:szCs w:val="28"/>
        </w:rPr>
        <w:t>ooc</w:t>
      </w:r>
      <w:r w:rsidR="004535BB" w:rsidRPr="00AB4F7F">
        <w:rPr>
          <w:rFonts w:ascii="Times New Roman" w:hAnsi="Times New Roman" w:cs="Times New Roman"/>
          <w:sz w:val="28"/>
          <w:szCs w:val="28"/>
        </w:rPr>
        <w:t>s của Bộ Khoa học và Công nghệ</w:t>
      </w:r>
      <w:r w:rsidR="007E211B" w:rsidRPr="00AB4F7F">
        <w:rPr>
          <w:rFonts w:ascii="Times New Roman" w:hAnsi="Times New Roman" w:cs="Times New Roman"/>
          <w:sz w:val="28"/>
          <w:szCs w:val="28"/>
        </w:rPr>
        <w:t xml:space="preserve"> c</w:t>
      </w:r>
      <w:r w:rsidR="00E445C4" w:rsidRPr="00AB4F7F">
        <w:rPr>
          <w:rFonts w:ascii="Times New Roman" w:hAnsi="Times New Roman" w:cs="Times New Roman"/>
          <w:sz w:val="28"/>
          <w:szCs w:val="28"/>
        </w:rPr>
        <w:t>ho các đối tượng tập huấn kĩ năng số cơ bản</w:t>
      </w:r>
      <w:r w:rsidR="00572C04" w:rsidRPr="00AB4F7F">
        <w:rPr>
          <w:rFonts w:ascii="Times New Roman" w:hAnsi="Times New Roman" w:cs="Times New Roman"/>
          <w:sz w:val="28"/>
          <w:szCs w:val="28"/>
        </w:rPr>
        <w:t>,</w:t>
      </w:r>
      <w:r w:rsidR="00700871" w:rsidRPr="00AB4F7F">
        <w:rPr>
          <w:rFonts w:ascii="Times New Roman" w:hAnsi="Times New Roman" w:cs="Times New Roman"/>
          <w:sz w:val="28"/>
          <w:szCs w:val="28"/>
        </w:rPr>
        <w:t xml:space="preserve"> học</w:t>
      </w:r>
      <w:r w:rsidR="00A610E8" w:rsidRPr="00AB4F7F">
        <w:rPr>
          <w:rFonts w:ascii="Times New Roman" w:hAnsi="Times New Roman" w:cs="Times New Roman"/>
          <w:sz w:val="28"/>
          <w:szCs w:val="28"/>
        </w:rPr>
        <w:t xml:space="preserve"> trực tuyến</w:t>
      </w:r>
      <w:r w:rsidR="004535BB" w:rsidRPr="00AB4F7F">
        <w:rPr>
          <w:rFonts w:ascii="Times New Roman" w:hAnsi="Times New Roman" w:cs="Times New Roman"/>
          <w:sz w:val="28"/>
          <w:szCs w:val="28"/>
        </w:rPr>
        <w:t xml:space="preserve">. </w:t>
      </w:r>
    </w:p>
    <w:p w14:paraId="5D7A0604" w14:textId="27DDE22A" w:rsidR="00A610E8" w:rsidRPr="00AB4F7F" w:rsidRDefault="00360FB5" w:rsidP="00AB4F7F">
      <w:pPr>
        <w:spacing w:before="120" w:after="0" w:line="240" w:lineRule="auto"/>
        <w:ind w:firstLine="720"/>
        <w:jc w:val="both"/>
        <w:outlineLvl w:val="3"/>
        <w:rPr>
          <w:rFonts w:ascii="Times New Roman" w:hAnsi="Times New Roman" w:cs="Times New Roman"/>
          <w:sz w:val="28"/>
          <w:szCs w:val="28"/>
        </w:rPr>
      </w:pPr>
      <w:r w:rsidRPr="00AB4F7F">
        <w:rPr>
          <w:rFonts w:ascii="Times New Roman" w:hAnsi="Times New Roman" w:cs="Times New Roman"/>
          <w:sz w:val="28"/>
          <w:szCs w:val="28"/>
        </w:rPr>
        <w:t>-</w:t>
      </w:r>
      <w:r w:rsidR="00E445C4" w:rsidRPr="00AB4F7F">
        <w:rPr>
          <w:rFonts w:ascii="Times New Roman" w:hAnsi="Times New Roman" w:cs="Times New Roman"/>
          <w:sz w:val="28"/>
          <w:szCs w:val="28"/>
        </w:rPr>
        <w:t xml:space="preserve"> </w:t>
      </w:r>
      <w:r w:rsidR="0046434A" w:rsidRPr="00AB4F7F">
        <w:rPr>
          <w:rFonts w:ascii="Times New Roman" w:hAnsi="Times New Roman" w:cs="Times New Roman"/>
          <w:sz w:val="28"/>
          <w:szCs w:val="28"/>
        </w:rPr>
        <w:t>T</w:t>
      </w:r>
      <w:r w:rsidR="00E445C4" w:rsidRPr="00AB4F7F">
        <w:rPr>
          <w:rFonts w:ascii="Times New Roman" w:hAnsi="Times New Roman" w:cs="Times New Roman"/>
          <w:sz w:val="28"/>
          <w:szCs w:val="28"/>
        </w:rPr>
        <w:t xml:space="preserve">rực tiếp: Cho đối tượng bồi dưỡng chuyên sâu </w:t>
      </w:r>
      <w:r w:rsidR="00E445C4" w:rsidRPr="00D36104">
        <w:rPr>
          <w:rFonts w:ascii="Times New Roman" w:hAnsi="Times New Roman" w:cs="Times New Roman"/>
          <w:i/>
          <w:iCs/>
          <w:sz w:val="28"/>
          <w:szCs w:val="28"/>
        </w:rPr>
        <w:t xml:space="preserve">(từ 5 </w:t>
      </w:r>
      <w:r w:rsidR="00581AC2" w:rsidRPr="00D36104">
        <w:rPr>
          <w:rFonts w:ascii="Times New Roman" w:hAnsi="Times New Roman" w:cs="Times New Roman"/>
          <w:i/>
          <w:iCs/>
          <w:sz w:val="28"/>
          <w:szCs w:val="28"/>
        </w:rPr>
        <w:t>-</w:t>
      </w:r>
      <w:r w:rsidR="00E445C4" w:rsidRPr="00D36104">
        <w:rPr>
          <w:rFonts w:ascii="Times New Roman" w:hAnsi="Times New Roman" w:cs="Times New Roman"/>
          <w:i/>
          <w:iCs/>
          <w:sz w:val="28"/>
          <w:szCs w:val="28"/>
        </w:rPr>
        <w:t xml:space="preserve"> 14 ngày</w:t>
      </w:r>
      <w:r w:rsidR="00796746" w:rsidRPr="00D36104">
        <w:rPr>
          <w:rFonts w:ascii="Times New Roman" w:hAnsi="Times New Roman" w:cs="Times New Roman"/>
          <w:i/>
          <w:iCs/>
          <w:sz w:val="28"/>
          <w:szCs w:val="28"/>
        </w:rPr>
        <w:t>/khóa; mỗi năm tối thiểu 2 khóa</w:t>
      </w:r>
      <w:r w:rsidR="00E445C4" w:rsidRPr="00D36104">
        <w:rPr>
          <w:rFonts w:ascii="Times New Roman" w:hAnsi="Times New Roman" w:cs="Times New Roman"/>
          <w:i/>
          <w:iCs/>
          <w:sz w:val="28"/>
          <w:szCs w:val="28"/>
        </w:rPr>
        <w:t>)</w:t>
      </w:r>
      <w:r w:rsidR="00A610E8" w:rsidRPr="00AB4F7F">
        <w:rPr>
          <w:rFonts w:ascii="Times New Roman" w:hAnsi="Times New Roman" w:cs="Times New Roman"/>
          <w:sz w:val="28"/>
          <w:szCs w:val="28"/>
        </w:rPr>
        <w:t xml:space="preserve"> </w:t>
      </w:r>
      <w:r w:rsidR="00700871" w:rsidRPr="00AB4F7F">
        <w:rPr>
          <w:rFonts w:ascii="Times New Roman" w:hAnsi="Times New Roman" w:cs="Times New Roman"/>
          <w:sz w:val="28"/>
          <w:szCs w:val="28"/>
        </w:rPr>
        <w:t>d</w:t>
      </w:r>
      <w:r w:rsidR="00A610E8" w:rsidRPr="00AB4F7F">
        <w:rPr>
          <w:rFonts w:ascii="Times New Roman" w:hAnsi="Times New Roman" w:cs="Times New Roman"/>
          <w:sz w:val="28"/>
          <w:szCs w:val="28"/>
        </w:rPr>
        <w:t>o các học viện, trường đại học</w:t>
      </w:r>
      <w:r w:rsidR="00473C14" w:rsidRPr="00AB4F7F">
        <w:rPr>
          <w:rFonts w:ascii="Times New Roman" w:hAnsi="Times New Roman" w:cs="Times New Roman"/>
          <w:sz w:val="28"/>
          <w:szCs w:val="28"/>
        </w:rPr>
        <w:t xml:space="preserve">, các tổ chức, cơ sở </w:t>
      </w:r>
      <w:r w:rsidR="004535BB" w:rsidRPr="00AB4F7F">
        <w:rPr>
          <w:rFonts w:ascii="Times New Roman" w:hAnsi="Times New Roman" w:cs="Times New Roman"/>
          <w:sz w:val="28"/>
          <w:szCs w:val="28"/>
        </w:rPr>
        <w:t xml:space="preserve">đào tạo </w:t>
      </w:r>
      <w:r w:rsidR="00473C14" w:rsidRPr="00AB4F7F">
        <w:rPr>
          <w:rFonts w:ascii="Times New Roman" w:hAnsi="Times New Roman" w:cs="Times New Roman"/>
          <w:sz w:val="28"/>
          <w:szCs w:val="28"/>
        </w:rPr>
        <w:t xml:space="preserve">có chức năng bồi dưỡng </w:t>
      </w:r>
      <w:r w:rsidR="00A610E8" w:rsidRPr="00AB4F7F">
        <w:rPr>
          <w:rFonts w:ascii="Times New Roman" w:hAnsi="Times New Roman" w:cs="Times New Roman"/>
          <w:sz w:val="28"/>
          <w:szCs w:val="28"/>
        </w:rPr>
        <w:t xml:space="preserve">đảm nhiệm. </w:t>
      </w:r>
    </w:p>
    <w:p w14:paraId="47D3B92F" w14:textId="18C9193F" w:rsidR="004C3759" w:rsidRPr="00D36104" w:rsidRDefault="004C3759" w:rsidP="00AB4F7F">
      <w:pPr>
        <w:spacing w:before="120" w:after="0" w:line="240" w:lineRule="auto"/>
        <w:ind w:firstLine="720"/>
        <w:jc w:val="both"/>
        <w:outlineLvl w:val="3"/>
        <w:rPr>
          <w:rFonts w:ascii="Times New Roman" w:hAnsi="Times New Roman" w:cs="Times New Roman"/>
          <w:sz w:val="28"/>
          <w:szCs w:val="28"/>
        </w:rPr>
      </w:pPr>
      <w:r w:rsidRPr="00D36104">
        <w:rPr>
          <w:rFonts w:ascii="Times New Roman" w:hAnsi="Times New Roman" w:cs="Times New Roman"/>
          <w:sz w:val="28"/>
          <w:szCs w:val="28"/>
        </w:rPr>
        <w:t xml:space="preserve">4. Kinh phí </w:t>
      </w:r>
    </w:p>
    <w:p w14:paraId="5130A651" w14:textId="06C6A457" w:rsidR="004C3759" w:rsidRPr="00AB4F7F" w:rsidRDefault="00B22975" w:rsidP="00AB4F7F">
      <w:pPr>
        <w:spacing w:before="120" w:after="0" w:line="240" w:lineRule="auto"/>
        <w:ind w:firstLine="720"/>
        <w:jc w:val="both"/>
        <w:outlineLvl w:val="3"/>
        <w:rPr>
          <w:rFonts w:ascii="Times New Roman" w:eastAsia="Times New Roman" w:hAnsi="Times New Roman" w:cs="Times New Roman"/>
          <w:sz w:val="28"/>
          <w:szCs w:val="28"/>
        </w:rPr>
      </w:pPr>
      <w:r w:rsidRPr="00AB4F7F">
        <w:rPr>
          <w:rFonts w:ascii="Times New Roman" w:hAnsi="Times New Roman" w:cs="Times New Roman"/>
          <w:sz w:val="28"/>
          <w:szCs w:val="28"/>
        </w:rPr>
        <w:t xml:space="preserve">a) </w:t>
      </w:r>
      <w:r w:rsidR="00242E9E" w:rsidRPr="00AB4F7F">
        <w:rPr>
          <w:rFonts w:ascii="Times New Roman" w:eastAsia="Times New Roman" w:hAnsi="Times New Roman" w:cs="Times New Roman"/>
          <w:sz w:val="28"/>
          <w:szCs w:val="28"/>
        </w:rPr>
        <w:t xml:space="preserve">Kinh phí từ </w:t>
      </w:r>
      <w:r w:rsidR="00581AC2" w:rsidRPr="00AB4F7F">
        <w:rPr>
          <w:rFonts w:ascii="Times New Roman" w:eastAsia="Times New Roman" w:hAnsi="Times New Roman" w:cs="Times New Roman"/>
          <w:sz w:val="28"/>
          <w:szCs w:val="28"/>
        </w:rPr>
        <w:t>n</w:t>
      </w:r>
      <w:r w:rsidR="004C3759" w:rsidRPr="00AB4F7F">
        <w:rPr>
          <w:rFonts w:ascii="Times New Roman" w:eastAsia="Times New Roman" w:hAnsi="Times New Roman" w:cs="Times New Roman"/>
          <w:sz w:val="28"/>
          <w:szCs w:val="28"/>
        </w:rPr>
        <w:t xml:space="preserve">gân sách </w:t>
      </w:r>
      <w:r w:rsidR="00581AC2" w:rsidRPr="00AB4F7F">
        <w:rPr>
          <w:rFonts w:ascii="Times New Roman" w:eastAsia="Times New Roman" w:hAnsi="Times New Roman" w:cs="Times New Roman"/>
          <w:sz w:val="28"/>
          <w:szCs w:val="28"/>
        </w:rPr>
        <w:t>N</w:t>
      </w:r>
      <w:r w:rsidR="004C3759" w:rsidRPr="00AB4F7F">
        <w:rPr>
          <w:rFonts w:ascii="Times New Roman" w:eastAsia="Times New Roman" w:hAnsi="Times New Roman" w:cs="Times New Roman"/>
          <w:sz w:val="28"/>
          <w:szCs w:val="28"/>
        </w:rPr>
        <w:t>hà nướ</w:t>
      </w:r>
      <w:r w:rsidR="005C173B" w:rsidRPr="00AB4F7F">
        <w:rPr>
          <w:rFonts w:ascii="Times New Roman" w:eastAsia="Times New Roman" w:hAnsi="Times New Roman" w:cs="Times New Roman"/>
          <w:sz w:val="28"/>
          <w:szCs w:val="28"/>
        </w:rPr>
        <w:t>c</w:t>
      </w:r>
      <w:r w:rsidR="00626F53" w:rsidRPr="00AB4F7F">
        <w:rPr>
          <w:rFonts w:ascii="Times New Roman" w:eastAsia="Times New Roman" w:hAnsi="Times New Roman" w:cs="Times New Roman"/>
          <w:sz w:val="28"/>
          <w:szCs w:val="28"/>
        </w:rPr>
        <w:t>, chi cho các nội dung</w:t>
      </w:r>
    </w:p>
    <w:p w14:paraId="53203516" w14:textId="19D6A169" w:rsidR="00B22975" w:rsidRPr="00AB4F7F" w:rsidRDefault="00B22975" w:rsidP="00AB4F7F">
      <w:pPr>
        <w:spacing w:before="120" w:after="0" w:line="240" w:lineRule="auto"/>
        <w:ind w:firstLine="720"/>
        <w:jc w:val="both"/>
        <w:outlineLvl w:val="3"/>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(1) Sở Khoa học và Công nghệ</w:t>
      </w:r>
    </w:p>
    <w:p w14:paraId="4E89FB21" w14:textId="025FE199" w:rsidR="00B22975" w:rsidRPr="00AB4F7F" w:rsidRDefault="00B22975" w:rsidP="00AB4F7F">
      <w:pPr>
        <w:spacing w:before="120" w:after="0" w:line="240" w:lineRule="auto"/>
        <w:ind w:firstLine="720"/>
        <w:jc w:val="both"/>
        <w:outlineLvl w:val="3"/>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Xây dựng bài giảng về kĩ năng số cơ bản đăng tải trên Cổng bình dân học vụ số của tỉnh</w:t>
      </w:r>
      <w:r w:rsidR="00581AC2" w:rsidRPr="00AB4F7F">
        <w:rPr>
          <w:rFonts w:ascii="Times New Roman" w:eastAsia="Times New Roman" w:hAnsi="Times New Roman" w:cs="Times New Roman"/>
          <w:sz w:val="28"/>
          <w:szCs w:val="28"/>
        </w:rPr>
        <w:t>.</w:t>
      </w:r>
    </w:p>
    <w:p w14:paraId="2428F665" w14:textId="43517965" w:rsidR="00B22975" w:rsidRPr="00D36104" w:rsidRDefault="00B22975" w:rsidP="00AB4F7F">
      <w:pPr>
        <w:spacing w:before="120" w:after="0" w:line="240" w:lineRule="auto"/>
        <w:ind w:firstLine="720"/>
        <w:jc w:val="both"/>
        <w:outlineLvl w:val="3"/>
        <w:rPr>
          <w:rFonts w:ascii="Times New Roman" w:eastAsia="Times New Roman" w:hAnsi="Times New Roman" w:cs="Times New Roman"/>
          <w:spacing w:val="-4"/>
          <w:sz w:val="28"/>
          <w:szCs w:val="28"/>
        </w:rPr>
      </w:pPr>
      <w:r w:rsidRPr="00D36104">
        <w:rPr>
          <w:rFonts w:ascii="Times New Roman" w:eastAsia="Times New Roman" w:hAnsi="Times New Roman" w:cs="Times New Roman"/>
          <w:spacing w:val="-4"/>
          <w:sz w:val="28"/>
          <w:szCs w:val="28"/>
        </w:rPr>
        <w:t>+ Bồi dưỡng công chức, viên chức phụ trách chuyển đổi số tại các sở, xã, phường</w:t>
      </w:r>
      <w:r w:rsidR="00581AC2" w:rsidRPr="00D36104">
        <w:rPr>
          <w:rFonts w:ascii="Times New Roman" w:eastAsia="Times New Roman" w:hAnsi="Times New Roman" w:cs="Times New Roman"/>
          <w:spacing w:val="-4"/>
          <w:sz w:val="28"/>
          <w:szCs w:val="28"/>
        </w:rPr>
        <w:t>.</w:t>
      </w:r>
    </w:p>
    <w:p w14:paraId="6244AE31" w14:textId="775BF14F" w:rsidR="00B22975" w:rsidRPr="00AB4F7F" w:rsidRDefault="00B22975" w:rsidP="00AB4F7F">
      <w:pPr>
        <w:spacing w:before="120" w:after="0" w:line="240" w:lineRule="auto"/>
        <w:ind w:firstLine="720"/>
        <w:jc w:val="both"/>
        <w:outlineLvl w:val="3"/>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Tập huấn lực lượng nòng cốt của Tổ C</w:t>
      </w:r>
      <w:r w:rsidR="00581AC2" w:rsidRPr="00AB4F7F">
        <w:rPr>
          <w:rFonts w:ascii="Times New Roman" w:eastAsia="Times New Roman" w:hAnsi="Times New Roman" w:cs="Times New Roman"/>
          <w:sz w:val="28"/>
          <w:szCs w:val="28"/>
        </w:rPr>
        <w:t>huyển đổi số</w:t>
      </w:r>
      <w:r w:rsidRPr="00AB4F7F">
        <w:rPr>
          <w:rFonts w:ascii="Times New Roman" w:eastAsia="Times New Roman" w:hAnsi="Times New Roman" w:cs="Times New Roman"/>
          <w:sz w:val="28"/>
          <w:szCs w:val="28"/>
        </w:rPr>
        <w:t xml:space="preserve"> cộng đồng để hướng dẫn lại thành viên Tổ </w:t>
      </w:r>
      <w:r w:rsidR="00581AC2" w:rsidRPr="00AB4F7F">
        <w:rPr>
          <w:rFonts w:ascii="Times New Roman" w:eastAsia="Times New Roman" w:hAnsi="Times New Roman" w:cs="Times New Roman"/>
          <w:sz w:val="28"/>
          <w:szCs w:val="28"/>
        </w:rPr>
        <w:t>Chuyển đổi số cộng đồng</w:t>
      </w:r>
      <w:r w:rsidRPr="00AB4F7F">
        <w:rPr>
          <w:rFonts w:ascii="Times New Roman" w:eastAsia="Times New Roman" w:hAnsi="Times New Roman" w:cs="Times New Roman"/>
          <w:sz w:val="28"/>
          <w:szCs w:val="28"/>
        </w:rPr>
        <w:t xml:space="preserve"> và người dân</w:t>
      </w:r>
      <w:r w:rsidR="00581AC2" w:rsidRPr="00AB4F7F">
        <w:rPr>
          <w:rFonts w:ascii="Times New Roman" w:eastAsia="Times New Roman" w:hAnsi="Times New Roman" w:cs="Times New Roman"/>
          <w:sz w:val="28"/>
          <w:szCs w:val="28"/>
        </w:rPr>
        <w:t>.</w:t>
      </w:r>
      <w:r w:rsidRPr="00AB4F7F">
        <w:rPr>
          <w:rFonts w:ascii="Times New Roman" w:eastAsia="Times New Roman" w:hAnsi="Times New Roman" w:cs="Times New Roman"/>
          <w:sz w:val="28"/>
          <w:szCs w:val="28"/>
        </w:rPr>
        <w:t xml:space="preserve"> </w:t>
      </w:r>
    </w:p>
    <w:p w14:paraId="7CA492D3" w14:textId="47250F47" w:rsidR="00B22975" w:rsidRPr="00AB4F7F" w:rsidRDefault="00B22975" w:rsidP="00AB4F7F">
      <w:pPr>
        <w:spacing w:before="120" w:after="0" w:line="240" w:lineRule="auto"/>
        <w:ind w:firstLine="720"/>
        <w:jc w:val="both"/>
        <w:outlineLvl w:val="3"/>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Duy trì Cổng Bình dân học vụ số của tỉnh</w:t>
      </w:r>
    </w:p>
    <w:p w14:paraId="6F3D864B" w14:textId="2B488B67" w:rsidR="00B22975" w:rsidRPr="00AB4F7F" w:rsidRDefault="00B22975" w:rsidP="00AB4F7F">
      <w:pPr>
        <w:spacing w:before="120" w:after="0" w:line="240" w:lineRule="auto"/>
        <w:ind w:firstLine="720"/>
        <w:jc w:val="both"/>
        <w:outlineLvl w:val="3"/>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(2) Các sở, ban, ngành; UBND các xã, phường </w:t>
      </w:r>
    </w:p>
    <w:p w14:paraId="4786745C" w14:textId="0B32F9F1" w:rsidR="00B22975" w:rsidRPr="00AB4F7F" w:rsidRDefault="00B22975" w:rsidP="00AB4F7F">
      <w:pPr>
        <w:spacing w:before="120" w:after="0" w:line="240" w:lineRule="auto"/>
        <w:ind w:firstLine="720"/>
        <w:jc w:val="both"/>
        <w:outlineLvl w:val="3"/>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Bồi dưỡng, tập huấn về kĩ năng số và kĩ năng số nâng cao cho cán bộ, công chức, viên chức và người lao động quản lý theo nhu cầu, phù hợp về hình thức, kinh phí và thời gian.</w:t>
      </w:r>
    </w:p>
    <w:p w14:paraId="3DC8E2B1" w14:textId="7C08939A" w:rsidR="00242E9E" w:rsidRPr="00AB4F7F" w:rsidRDefault="00B22975" w:rsidP="00AB4F7F">
      <w:pPr>
        <w:spacing w:before="120" w:after="0" w:line="240" w:lineRule="auto"/>
        <w:ind w:firstLine="720"/>
        <w:jc w:val="both"/>
        <w:outlineLvl w:val="3"/>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b) </w:t>
      </w:r>
      <w:r w:rsidR="00242E9E" w:rsidRPr="00AB4F7F">
        <w:rPr>
          <w:rFonts w:ascii="Times New Roman" w:eastAsia="Times New Roman" w:hAnsi="Times New Roman" w:cs="Times New Roman"/>
          <w:sz w:val="28"/>
          <w:szCs w:val="28"/>
        </w:rPr>
        <w:t>Kinh phí xã hội hóa</w:t>
      </w:r>
      <w:r w:rsidR="00907B7B">
        <w:rPr>
          <w:rFonts w:ascii="Times New Roman" w:eastAsia="Times New Roman" w:hAnsi="Times New Roman" w:cs="Times New Roman"/>
          <w:sz w:val="28"/>
          <w:szCs w:val="28"/>
        </w:rPr>
        <w:t>.</w:t>
      </w:r>
      <w:r w:rsidR="00D36104">
        <w:rPr>
          <w:rFonts w:ascii="Times New Roman" w:eastAsia="Times New Roman" w:hAnsi="Times New Roman" w:cs="Times New Roman"/>
          <w:sz w:val="28"/>
          <w:szCs w:val="28"/>
        </w:rPr>
        <w:t xml:space="preserve"> </w:t>
      </w:r>
    </w:p>
    <w:p w14:paraId="5445159C" w14:textId="0BE12E3A" w:rsidR="00242E9E" w:rsidRPr="00AB4F7F" w:rsidRDefault="00B22975" w:rsidP="00AB4F7F">
      <w:pPr>
        <w:spacing w:before="120" w:after="0" w:line="240" w:lineRule="auto"/>
        <w:ind w:firstLine="720"/>
        <w:jc w:val="both"/>
        <w:outlineLvl w:val="3"/>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c)</w:t>
      </w:r>
      <w:r w:rsidR="00242E9E" w:rsidRPr="00AB4F7F">
        <w:rPr>
          <w:rFonts w:ascii="Times New Roman" w:eastAsia="Times New Roman" w:hAnsi="Times New Roman" w:cs="Times New Roman"/>
          <w:sz w:val="28"/>
          <w:szCs w:val="28"/>
        </w:rPr>
        <w:t xml:space="preserve"> Kinh phí của các doanh nghiệp, hợp tác xã. </w:t>
      </w:r>
    </w:p>
    <w:p w14:paraId="0D6100B2" w14:textId="16F07AFD" w:rsidR="007E235A" w:rsidRPr="00AB4F7F" w:rsidRDefault="005E5B68" w:rsidP="00AB4F7F">
      <w:pPr>
        <w:pStyle w:val="Heading2"/>
        <w:spacing w:before="120" w:line="240" w:lineRule="auto"/>
        <w:ind w:firstLine="720"/>
        <w:rPr>
          <w:rFonts w:ascii="Times New Roman" w:hAnsi="Times New Roman" w:cs="Times New Roman"/>
          <w:color w:val="auto"/>
          <w:sz w:val="28"/>
          <w:szCs w:val="28"/>
        </w:rPr>
      </w:pPr>
      <w:r w:rsidRPr="00AB4F7F">
        <w:rPr>
          <w:rFonts w:ascii="Times New Roman" w:hAnsi="Times New Roman" w:cs="Times New Roman"/>
          <w:color w:val="auto"/>
          <w:sz w:val="28"/>
          <w:szCs w:val="28"/>
        </w:rPr>
        <w:t>I</w:t>
      </w:r>
      <w:r w:rsidR="00B97089" w:rsidRPr="00AB4F7F">
        <w:rPr>
          <w:rFonts w:ascii="Times New Roman" w:hAnsi="Times New Roman" w:cs="Times New Roman"/>
          <w:color w:val="auto"/>
          <w:sz w:val="28"/>
          <w:szCs w:val="28"/>
        </w:rPr>
        <w:t>V</w:t>
      </w:r>
      <w:r w:rsidR="00510FE9" w:rsidRPr="00AB4F7F">
        <w:rPr>
          <w:rFonts w:ascii="Times New Roman" w:hAnsi="Times New Roman" w:cs="Times New Roman"/>
          <w:color w:val="auto"/>
          <w:sz w:val="28"/>
          <w:szCs w:val="28"/>
        </w:rPr>
        <w:t>. TỔ CHỨC THỰC HIỆN</w:t>
      </w:r>
    </w:p>
    <w:p w14:paraId="75F959B9" w14:textId="60855744" w:rsidR="007E211B" w:rsidRPr="00907B7B" w:rsidRDefault="007E211B" w:rsidP="00AB4F7F">
      <w:pPr>
        <w:spacing w:before="120" w:after="0" w:line="240" w:lineRule="auto"/>
        <w:ind w:firstLine="720"/>
        <w:rPr>
          <w:rFonts w:ascii="Times New Roman" w:eastAsia="Times New Roman" w:hAnsi="Times New Roman" w:cs="Times New Roman"/>
          <w:bCs/>
          <w:sz w:val="28"/>
          <w:szCs w:val="28"/>
        </w:rPr>
      </w:pPr>
      <w:r w:rsidRPr="00907B7B">
        <w:rPr>
          <w:rFonts w:ascii="Times New Roman" w:eastAsia="Times New Roman" w:hAnsi="Times New Roman" w:cs="Times New Roman"/>
          <w:bCs/>
          <w:sz w:val="28"/>
          <w:szCs w:val="28"/>
        </w:rPr>
        <w:t>1.</w:t>
      </w:r>
      <w:r w:rsidR="00B86001" w:rsidRPr="00907B7B">
        <w:rPr>
          <w:rFonts w:ascii="Times New Roman" w:eastAsia="Times New Roman" w:hAnsi="Times New Roman" w:cs="Times New Roman"/>
          <w:bCs/>
          <w:sz w:val="28"/>
          <w:szCs w:val="28"/>
        </w:rPr>
        <w:t xml:space="preserve"> Giao </w:t>
      </w:r>
      <w:r w:rsidR="00EA7EAB" w:rsidRPr="00907B7B">
        <w:rPr>
          <w:rFonts w:ascii="Times New Roman" w:eastAsia="Times New Roman" w:hAnsi="Times New Roman" w:cs="Times New Roman"/>
          <w:bCs/>
          <w:sz w:val="28"/>
          <w:szCs w:val="28"/>
        </w:rPr>
        <w:t xml:space="preserve">Thủ trưởng các </w:t>
      </w:r>
      <w:r w:rsidRPr="00907B7B">
        <w:rPr>
          <w:rFonts w:ascii="Times New Roman" w:eastAsia="Times New Roman" w:hAnsi="Times New Roman" w:cs="Times New Roman"/>
          <w:bCs/>
          <w:sz w:val="28"/>
          <w:szCs w:val="28"/>
        </w:rPr>
        <w:t>sở, ban, ngành</w:t>
      </w:r>
    </w:p>
    <w:p w14:paraId="23553E68" w14:textId="34180D32" w:rsidR="007E211B" w:rsidRPr="00AB4F7F" w:rsidRDefault="007E211B"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bCs/>
          <w:sz w:val="28"/>
          <w:szCs w:val="28"/>
        </w:rPr>
        <w:t>- Xây dựng kế hoạch bồi dưỡng, tập huấn kỹ năng số cho cán bộ, công chức, viên chức, người lao động thuộc phạm vi quản lý</w:t>
      </w:r>
      <w:r w:rsidRPr="00AB4F7F">
        <w:rPr>
          <w:rFonts w:ascii="Times New Roman" w:eastAsia="Times New Roman" w:hAnsi="Times New Roman" w:cs="Times New Roman"/>
          <w:sz w:val="28"/>
          <w:szCs w:val="28"/>
        </w:rPr>
        <w:t xml:space="preserve">; đảm bảo </w:t>
      </w:r>
      <w:r w:rsidR="00B86001" w:rsidRPr="00AB4F7F">
        <w:rPr>
          <w:rFonts w:ascii="Times New Roman" w:eastAsia="Times New Roman" w:hAnsi="Times New Roman" w:cs="Times New Roman"/>
          <w:sz w:val="28"/>
          <w:szCs w:val="28"/>
        </w:rPr>
        <w:t xml:space="preserve">tối thiểu đạt </w:t>
      </w:r>
      <w:r w:rsidRPr="00AB4F7F">
        <w:rPr>
          <w:rFonts w:ascii="Times New Roman" w:eastAsia="Times New Roman" w:hAnsi="Times New Roman" w:cs="Times New Roman"/>
          <w:sz w:val="28"/>
          <w:szCs w:val="28"/>
        </w:rPr>
        <w:t>chỉ tiêu đào tạo năm 2026</w:t>
      </w:r>
      <w:r w:rsidR="00B86001" w:rsidRPr="00AB4F7F">
        <w:rPr>
          <w:rFonts w:ascii="Times New Roman" w:eastAsia="Times New Roman" w:hAnsi="Times New Roman" w:cs="Times New Roman"/>
          <w:sz w:val="28"/>
          <w:szCs w:val="28"/>
        </w:rPr>
        <w:t xml:space="preserve"> theo kế hoạch của tỉnh</w:t>
      </w:r>
      <w:r w:rsidR="00626F53" w:rsidRPr="00AB4F7F">
        <w:rPr>
          <w:rFonts w:ascii="Times New Roman" w:eastAsia="Times New Roman" w:hAnsi="Times New Roman" w:cs="Times New Roman"/>
          <w:sz w:val="28"/>
          <w:szCs w:val="28"/>
        </w:rPr>
        <w:t xml:space="preserve"> </w:t>
      </w:r>
      <w:r w:rsidR="00B86001" w:rsidRPr="00AB4F7F">
        <w:rPr>
          <w:rFonts w:ascii="Times New Roman" w:eastAsia="Times New Roman" w:hAnsi="Times New Roman" w:cs="Times New Roman"/>
          <w:i/>
          <w:sz w:val="28"/>
          <w:szCs w:val="28"/>
        </w:rPr>
        <w:t>(</w:t>
      </w:r>
      <w:r w:rsidR="00907B7B">
        <w:rPr>
          <w:rFonts w:ascii="Times New Roman" w:eastAsia="Times New Roman" w:hAnsi="Times New Roman" w:cs="Times New Roman"/>
          <w:i/>
          <w:sz w:val="28"/>
          <w:szCs w:val="28"/>
        </w:rPr>
        <w:t>n</w:t>
      </w:r>
      <w:r w:rsidRPr="00AB4F7F">
        <w:rPr>
          <w:rFonts w:ascii="Times New Roman" w:eastAsia="Times New Roman" w:hAnsi="Times New Roman" w:cs="Times New Roman"/>
          <w:i/>
          <w:sz w:val="28"/>
          <w:szCs w:val="28"/>
        </w:rPr>
        <w:t>goài ra, các sở, ban, ngành chủ động bồi dưỡng, tập huấn về kĩ năng số và kĩ năng số nâng cao cho cán bộ, công chức, viên chức và người lao động quản lý theo nhu cầu, phù hợp về hình</w:t>
      </w:r>
      <w:r w:rsidR="00B86001" w:rsidRPr="00AB4F7F">
        <w:rPr>
          <w:rFonts w:ascii="Times New Roman" w:eastAsia="Times New Roman" w:hAnsi="Times New Roman" w:cs="Times New Roman"/>
          <w:i/>
          <w:sz w:val="28"/>
          <w:szCs w:val="28"/>
        </w:rPr>
        <w:t xml:space="preserve">  thức, kinh phí và  thời gian).</w:t>
      </w:r>
    </w:p>
    <w:p w14:paraId="377F23AD" w14:textId="71D21538" w:rsidR="00626F53" w:rsidRPr="00AB4F7F" w:rsidRDefault="00626F53"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 Xây dựng dự toán thực hiện </w:t>
      </w:r>
      <w:r w:rsidRPr="00AB4F7F">
        <w:rPr>
          <w:rFonts w:ascii="Times New Roman" w:eastAsia="Times New Roman" w:hAnsi="Times New Roman" w:cs="Times New Roman"/>
          <w:bCs/>
          <w:sz w:val="28"/>
          <w:szCs w:val="28"/>
        </w:rPr>
        <w:t xml:space="preserve">kế hoạch bồi dưỡng, tập huấn kỹ năng số cho cán bộ, công chức, viên chức, người lao động thuộc phạm vi quản lý gửi Sở Tài chính </w:t>
      </w:r>
      <w:r w:rsidR="00F13382" w:rsidRPr="00AB4F7F">
        <w:rPr>
          <w:rFonts w:ascii="Times New Roman" w:eastAsia="Times New Roman" w:hAnsi="Times New Roman" w:cs="Times New Roman"/>
          <w:bCs/>
          <w:sz w:val="28"/>
          <w:szCs w:val="28"/>
        </w:rPr>
        <w:t>trước ngày 31</w:t>
      </w:r>
      <w:r w:rsidR="00907B7B">
        <w:rPr>
          <w:rFonts w:ascii="Times New Roman" w:eastAsia="Times New Roman" w:hAnsi="Times New Roman" w:cs="Times New Roman"/>
          <w:bCs/>
          <w:sz w:val="28"/>
          <w:szCs w:val="28"/>
        </w:rPr>
        <w:t xml:space="preserve"> tháng </w:t>
      </w:r>
      <w:r w:rsidR="00F13382" w:rsidRPr="00AB4F7F">
        <w:rPr>
          <w:rFonts w:ascii="Times New Roman" w:eastAsia="Times New Roman" w:hAnsi="Times New Roman" w:cs="Times New Roman"/>
          <w:bCs/>
          <w:sz w:val="28"/>
          <w:szCs w:val="28"/>
        </w:rPr>
        <w:t>01</w:t>
      </w:r>
      <w:r w:rsidR="00907B7B">
        <w:rPr>
          <w:rFonts w:ascii="Times New Roman" w:eastAsia="Times New Roman" w:hAnsi="Times New Roman" w:cs="Times New Roman"/>
          <w:bCs/>
          <w:sz w:val="28"/>
          <w:szCs w:val="28"/>
        </w:rPr>
        <w:t xml:space="preserve"> năm </w:t>
      </w:r>
      <w:r w:rsidR="00F13382" w:rsidRPr="00AB4F7F">
        <w:rPr>
          <w:rFonts w:ascii="Times New Roman" w:eastAsia="Times New Roman" w:hAnsi="Times New Roman" w:cs="Times New Roman"/>
          <w:bCs/>
          <w:sz w:val="28"/>
          <w:szCs w:val="28"/>
        </w:rPr>
        <w:t xml:space="preserve">2026 </w:t>
      </w:r>
      <w:r w:rsidRPr="00AB4F7F">
        <w:rPr>
          <w:rFonts w:ascii="Times New Roman" w:eastAsia="Times New Roman" w:hAnsi="Times New Roman" w:cs="Times New Roman"/>
          <w:bCs/>
          <w:sz w:val="28"/>
          <w:szCs w:val="28"/>
        </w:rPr>
        <w:t>tổng hợp</w:t>
      </w:r>
      <w:r w:rsidR="00F13382" w:rsidRPr="00AB4F7F">
        <w:rPr>
          <w:rFonts w:ascii="Times New Roman" w:eastAsia="Times New Roman" w:hAnsi="Times New Roman" w:cs="Times New Roman"/>
          <w:bCs/>
          <w:sz w:val="28"/>
          <w:szCs w:val="28"/>
        </w:rPr>
        <w:t>, tham mưu với cấp có thẩm quyền giao dự toán để triển khai thực hiện.</w:t>
      </w:r>
    </w:p>
    <w:p w14:paraId="1847EB6F" w14:textId="77777777" w:rsidR="007E211B" w:rsidRPr="00AB4F7F" w:rsidRDefault="007E211B"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 Tổ chức tuyên truyền, quán triệt tới các cán bộ, công chức, viên chức, người lao động trong cơ quan và các đơn vị trực thuộc.  </w:t>
      </w:r>
    </w:p>
    <w:p w14:paraId="3D517455" w14:textId="4128935A" w:rsidR="00B86001" w:rsidRPr="00907B7B" w:rsidRDefault="007E211B" w:rsidP="00AB4F7F">
      <w:pPr>
        <w:spacing w:before="120" w:after="0" w:line="240" w:lineRule="auto"/>
        <w:ind w:firstLine="720"/>
        <w:jc w:val="both"/>
        <w:rPr>
          <w:rFonts w:ascii="Times New Roman" w:eastAsia="Times New Roman" w:hAnsi="Times New Roman" w:cs="Times New Roman"/>
          <w:spacing w:val="-6"/>
          <w:sz w:val="28"/>
          <w:szCs w:val="28"/>
        </w:rPr>
      </w:pPr>
      <w:r w:rsidRPr="00907B7B">
        <w:rPr>
          <w:rFonts w:ascii="Times New Roman" w:eastAsia="Times New Roman" w:hAnsi="Times New Roman" w:cs="Times New Roman"/>
          <w:spacing w:val="-6"/>
          <w:sz w:val="28"/>
          <w:szCs w:val="28"/>
        </w:rPr>
        <w:t xml:space="preserve">- Báo cáo kết quả </w:t>
      </w:r>
      <w:r w:rsidRPr="00907B7B">
        <w:rPr>
          <w:rFonts w:ascii="Times New Roman" w:eastAsia="Times New Roman" w:hAnsi="Times New Roman" w:cs="Times New Roman"/>
          <w:i/>
          <w:spacing w:val="-6"/>
          <w:sz w:val="28"/>
          <w:szCs w:val="28"/>
        </w:rPr>
        <w:t xml:space="preserve">(lồng trong báo cáo kết quả về triển khai Phong trào bình dân học vụ số; Nghị quyết </w:t>
      </w:r>
      <w:r w:rsidR="00907B7B" w:rsidRPr="00907B7B">
        <w:rPr>
          <w:rFonts w:ascii="Times New Roman" w:eastAsia="Times New Roman" w:hAnsi="Times New Roman" w:cs="Times New Roman"/>
          <w:i/>
          <w:spacing w:val="-6"/>
          <w:sz w:val="28"/>
          <w:szCs w:val="28"/>
        </w:rPr>
        <w:t xml:space="preserve">số </w:t>
      </w:r>
      <w:r w:rsidRPr="00907B7B">
        <w:rPr>
          <w:rFonts w:ascii="Times New Roman" w:eastAsia="Times New Roman" w:hAnsi="Times New Roman" w:cs="Times New Roman"/>
          <w:i/>
          <w:spacing w:val="-6"/>
          <w:sz w:val="28"/>
          <w:szCs w:val="28"/>
        </w:rPr>
        <w:t>57-NQ/TW)</w:t>
      </w:r>
      <w:r w:rsidRPr="00907B7B">
        <w:rPr>
          <w:rFonts w:ascii="Times New Roman" w:eastAsia="Times New Roman" w:hAnsi="Times New Roman" w:cs="Times New Roman"/>
          <w:spacing w:val="-6"/>
          <w:sz w:val="28"/>
          <w:szCs w:val="28"/>
        </w:rPr>
        <w:t xml:space="preserve"> gửi Sở Khoa học và Công nghệ tổng hợp, báo cáo. </w:t>
      </w:r>
    </w:p>
    <w:p w14:paraId="1A1FB806" w14:textId="7CBA2F3F" w:rsidR="007E211B" w:rsidRPr="00AB4F7F" w:rsidRDefault="00B86001"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 </w:t>
      </w:r>
      <w:r w:rsidR="007E211B" w:rsidRPr="00AB4F7F">
        <w:rPr>
          <w:rFonts w:ascii="Times New Roman" w:eastAsia="Times New Roman" w:hAnsi="Times New Roman" w:cs="Times New Roman"/>
          <w:sz w:val="28"/>
          <w:szCs w:val="28"/>
        </w:rPr>
        <w:t>Báo cáo kết quả triển</w:t>
      </w:r>
      <w:r w:rsidR="00867F88" w:rsidRPr="00AB4F7F">
        <w:rPr>
          <w:rFonts w:ascii="Times New Roman" w:eastAsia="Times New Roman" w:hAnsi="Times New Roman" w:cs="Times New Roman"/>
          <w:sz w:val="28"/>
          <w:szCs w:val="28"/>
        </w:rPr>
        <w:t xml:space="preserve"> khai</w:t>
      </w:r>
      <w:r w:rsidR="007E211B" w:rsidRPr="00AB4F7F">
        <w:rPr>
          <w:rFonts w:ascii="Times New Roman" w:eastAsia="Times New Roman" w:hAnsi="Times New Roman" w:cs="Times New Roman"/>
          <w:sz w:val="28"/>
          <w:szCs w:val="28"/>
        </w:rPr>
        <w:t xml:space="preserve"> năm 2026 và dự kiến nhu cầu, kế hoạch đào tạo năm 2027 báo cáo UBND tỉnh </w:t>
      </w:r>
      <w:r w:rsidR="007E211B" w:rsidRPr="00AB4F7F">
        <w:rPr>
          <w:rFonts w:ascii="Times New Roman" w:eastAsia="Times New Roman" w:hAnsi="Times New Roman" w:cs="Times New Roman"/>
          <w:i/>
          <w:sz w:val="28"/>
          <w:szCs w:val="28"/>
        </w:rPr>
        <w:t>(qua Sở Khoa học và Công nghệ tổng hợp, đề xuất)</w:t>
      </w:r>
      <w:r w:rsidR="007E211B" w:rsidRPr="00AB4F7F">
        <w:rPr>
          <w:rFonts w:ascii="Times New Roman" w:eastAsia="Times New Roman" w:hAnsi="Times New Roman" w:cs="Times New Roman"/>
          <w:sz w:val="28"/>
          <w:szCs w:val="28"/>
        </w:rPr>
        <w:t xml:space="preserve"> chậm nhất </w:t>
      </w:r>
      <w:r w:rsidR="00907B7B">
        <w:rPr>
          <w:rFonts w:ascii="Times New Roman" w:eastAsia="Times New Roman" w:hAnsi="Times New Roman" w:cs="Times New Roman"/>
          <w:sz w:val="28"/>
          <w:szCs w:val="28"/>
        </w:rPr>
        <w:t xml:space="preserve">ngày </w:t>
      </w:r>
      <w:r w:rsidR="007E211B" w:rsidRPr="00AB4F7F">
        <w:rPr>
          <w:rFonts w:ascii="Times New Roman" w:eastAsia="Times New Roman" w:hAnsi="Times New Roman" w:cs="Times New Roman"/>
          <w:sz w:val="28"/>
          <w:szCs w:val="28"/>
        </w:rPr>
        <w:t>30</w:t>
      </w:r>
      <w:r w:rsidR="00907B7B">
        <w:rPr>
          <w:rFonts w:ascii="Times New Roman" w:eastAsia="Times New Roman" w:hAnsi="Times New Roman" w:cs="Times New Roman"/>
          <w:sz w:val="28"/>
          <w:szCs w:val="28"/>
        </w:rPr>
        <w:t xml:space="preserve"> tháng </w:t>
      </w:r>
      <w:r w:rsidR="007E211B" w:rsidRPr="00AB4F7F">
        <w:rPr>
          <w:rFonts w:ascii="Times New Roman" w:eastAsia="Times New Roman" w:hAnsi="Times New Roman" w:cs="Times New Roman"/>
          <w:sz w:val="28"/>
          <w:szCs w:val="28"/>
        </w:rPr>
        <w:t>11</w:t>
      </w:r>
      <w:r w:rsidR="00907B7B">
        <w:rPr>
          <w:rFonts w:ascii="Times New Roman" w:eastAsia="Times New Roman" w:hAnsi="Times New Roman" w:cs="Times New Roman"/>
          <w:sz w:val="28"/>
          <w:szCs w:val="28"/>
        </w:rPr>
        <w:t xml:space="preserve"> năm </w:t>
      </w:r>
      <w:r w:rsidR="007E211B" w:rsidRPr="00AB4F7F">
        <w:rPr>
          <w:rFonts w:ascii="Times New Roman" w:eastAsia="Times New Roman" w:hAnsi="Times New Roman" w:cs="Times New Roman"/>
          <w:sz w:val="28"/>
          <w:szCs w:val="28"/>
        </w:rPr>
        <w:t xml:space="preserve">2026. </w:t>
      </w:r>
    </w:p>
    <w:p w14:paraId="1FA3B7F3" w14:textId="3D66B9AB" w:rsidR="00B86001" w:rsidRPr="00907B7B" w:rsidRDefault="0046434A" w:rsidP="00AB4F7F">
      <w:pPr>
        <w:spacing w:before="120" w:after="0" w:line="240" w:lineRule="auto"/>
        <w:ind w:firstLine="720"/>
        <w:jc w:val="both"/>
        <w:rPr>
          <w:rFonts w:ascii="Times New Roman" w:eastAsia="Times New Roman" w:hAnsi="Times New Roman" w:cs="Times New Roman"/>
          <w:sz w:val="28"/>
          <w:szCs w:val="28"/>
        </w:rPr>
      </w:pPr>
      <w:r w:rsidRPr="00907B7B">
        <w:rPr>
          <w:rFonts w:ascii="Times New Roman" w:eastAsia="Times New Roman" w:hAnsi="Times New Roman" w:cs="Times New Roman"/>
          <w:sz w:val="28"/>
          <w:szCs w:val="28"/>
        </w:rPr>
        <w:t>2</w:t>
      </w:r>
      <w:r w:rsidR="00B86001" w:rsidRPr="00907B7B">
        <w:rPr>
          <w:rFonts w:ascii="Times New Roman" w:eastAsia="Times New Roman" w:hAnsi="Times New Roman" w:cs="Times New Roman"/>
          <w:sz w:val="28"/>
          <w:szCs w:val="28"/>
        </w:rPr>
        <w:t xml:space="preserve">. </w:t>
      </w:r>
      <w:r w:rsidR="00EA7EAB" w:rsidRPr="00907B7B">
        <w:rPr>
          <w:rFonts w:ascii="Times New Roman" w:eastAsia="Times New Roman" w:hAnsi="Times New Roman" w:cs="Times New Roman"/>
          <w:sz w:val="28"/>
          <w:szCs w:val="28"/>
        </w:rPr>
        <w:t xml:space="preserve">Giao chủ tịch </w:t>
      </w:r>
      <w:r w:rsidR="00B86001" w:rsidRPr="00907B7B">
        <w:rPr>
          <w:rFonts w:ascii="Times New Roman" w:eastAsia="Times New Roman" w:hAnsi="Times New Roman" w:cs="Times New Roman"/>
          <w:sz w:val="28"/>
          <w:szCs w:val="28"/>
        </w:rPr>
        <w:t>UBND các xã, phường</w:t>
      </w:r>
    </w:p>
    <w:p w14:paraId="05CF82F7" w14:textId="38DCAF2D" w:rsidR="00B86001" w:rsidRPr="00AB4F7F" w:rsidRDefault="00B86001"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 Xây dựng kế hoạch bồi dưỡng, tập huấn kỹ năng số cho cán bộ, công chức, viên chức, người lao động </w:t>
      </w:r>
      <w:r w:rsidR="0046434A" w:rsidRPr="00AB4F7F">
        <w:rPr>
          <w:rFonts w:ascii="Times New Roman" w:eastAsia="Times New Roman" w:hAnsi="Times New Roman" w:cs="Times New Roman"/>
          <w:sz w:val="28"/>
          <w:szCs w:val="28"/>
        </w:rPr>
        <w:t>thuộc đối tượng quản lý</w:t>
      </w:r>
      <w:r w:rsidRPr="00AB4F7F">
        <w:rPr>
          <w:rFonts w:ascii="Times New Roman" w:eastAsia="Times New Roman" w:hAnsi="Times New Roman" w:cs="Times New Roman"/>
          <w:sz w:val="28"/>
          <w:szCs w:val="28"/>
        </w:rPr>
        <w:t xml:space="preserve">; Tổ chuyển đổi số cộng đồng; Hợp </w:t>
      </w:r>
      <w:r w:rsidR="00AF15C8" w:rsidRPr="00AB4F7F">
        <w:rPr>
          <w:rFonts w:ascii="Times New Roman" w:eastAsia="Times New Roman" w:hAnsi="Times New Roman" w:cs="Times New Roman"/>
          <w:sz w:val="28"/>
          <w:szCs w:val="28"/>
        </w:rPr>
        <w:t>tác xã, hộ kinh doanh, người lao động</w:t>
      </w:r>
      <w:r w:rsidRPr="00AB4F7F">
        <w:rPr>
          <w:rFonts w:ascii="Times New Roman" w:eastAsia="Times New Roman" w:hAnsi="Times New Roman" w:cs="Times New Roman"/>
          <w:sz w:val="28"/>
          <w:szCs w:val="28"/>
        </w:rPr>
        <w:t xml:space="preserve"> trên địa bàn, đảm bảo chỉ tiêu đào tạo năm 2026</w:t>
      </w:r>
      <w:r w:rsidR="00AF15C8" w:rsidRPr="00AB4F7F">
        <w:rPr>
          <w:rFonts w:ascii="Times New Roman" w:eastAsia="Times New Roman" w:hAnsi="Times New Roman" w:cs="Times New Roman"/>
          <w:sz w:val="28"/>
          <w:szCs w:val="28"/>
        </w:rPr>
        <w:t xml:space="preserve"> theo kế hoạch này </w:t>
      </w:r>
      <w:r w:rsidR="00AF15C8" w:rsidRPr="00AB4F7F">
        <w:rPr>
          <w:rFonts w:ascii="Times New Roman" w:eastAsia="Times New Roman" w:hAnsi="Times New Roman" w:cs="Times New Roman"/>
          <w:i/>
          <w:sz w:val="28"/>
          <w:szCs w:val="28"/>
        </w:rPr>
        <w:t>(</w:t>
      </w:r>
      <w:r w:rsidR="00907B7B">
        <w:rPr>
          <w:rFonts w:ascii="Times New Roman" w:eastAsia="Times New Roman" w:hAnsi="Times New Roman" w:cs="Times New Roman"/>
          <w:i/>
          <w:sz w:val="28"/>
          <w:szCs w:val="28"/>
        </w:rPr>
        <w:t>n</w:t>
      </w:r>
      <w:r w:rsidRPr="00AB4F7F">
        <w:rPr>
          <w:rFonts w:ascii="Times New Roman" w:eastAsia="Times New Roman" w:hAnsi="Times New Roman" w:cs="Times New Roman"/>
          <w:i/>
          <w:sz w:val="28"/>
          <w:szCs w:val="28"/>
        </w:rPr>
        <w:t>goài ra, các xã, phường chủ động bồi dưỡng, tập huấn về kĩ năng số và kĩ năng số nâng cao cho cán bộ, công chức, viên chức và người lao động theo nhu cầu, phù hợp về hình  thức, kinh phí và thời gian</w:t>
      </w:r>
      <w:r w:rsidR="00AF15C8" w:rsidRPr="00AB4F7F">
        <w:rPr>
          <w:rFonts w:ascii="Times New Roman" w:eastAsia="Times New Roman" w:hAnsi="Times New Roman" w:cs="Times New Roman"/>
          <w:i/>
          <w:sz w:val="28"/>
          <w:szCs w:val="28"/>
        </w:rPr>
        <w:t>)</w:t>
      </w:r>
      <w:r w:rsidRPr="00AB4F7F">
        <w:rPr>
          <w:rFonts w:ascii="Times New Roman" w:eastAsia="Times New Roman" w:hAnsi="Times New Roman" w:cs="Times New Roman"/>
          <w:i/>
          <w:sz w:val="28"/>
          <w:szCs w:val="28"/>
        </w:rPr>
        <w:t>.</w:t>
      </w:r>
      <w:r w:rsidRPr="00AB4F7F">
        <w:rPr>
          <w:rFonts w:ascii="Times New Roman" w:eastAsia="Times New Roman" w:hAnsi="Times New Roman" w:cs="Times New Roman"/>
          <w:sz w:val="28"/>
          <w:szCs w:val="28"/>
        </w:rPr>
        <w:t xml:space="preserve"> </w:t>
      </w:r>
    </w:p>
    <w:p w14:paraId="532ADD50" w14:textId="280C45C3" w:rsidR="00F13382" w:rsidRPr="00AB4F7F" w:rsidRDefault="00F13382"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 Xây dựng dự toán thực hiện </w:t>
      </w:r>
      <w:r w:rsidRPr="00AB4F7F">
        <w:rPr>
          <w:rFonts w:ascii="Times New Roman" w:eastAsia="Times New Roman" w:hAnsi="Times New Roman" w:cs="Times New Roman"/>
          <w:bCs/>
          <w:sz w:val="28"/>
          <w:szCs w:val="28"/>
        </w:rPr>
        <w:t>kế hoạch bồi dưỡng, tập huấn kỹ năng số cho cán bộ, công chức, viên chức, người lao động thuộc phạm vi quản lý gửi Sở Tài chính trước ngày 31</w:t>
      </w:r>
      <w:r w:rsidR="00907B7B">
        <w:rPr>
          <w:rFonts w:ascii="Times New Roman" w:eastAsia="Times New Roman" w:hAnsi="Times New Roman" w:cs="Times New Roman"/>
          <w:bCs/>
          <w:sz w:val="28"/>
          <w:szCs w:val="28"/>
        </w:rPr>
        <w:t xml:space="preserve"> tháng </w:t>
      </w:r>
      <w:r w:rsidRPr="00AB4F7F">
        <w:rPr>
          <w:rFonts w:ascii="Times New Roman" w:eastAsia="Times New Roman" w:hAnsi="Times New Roman" w:cs="Times New Roman"/>
          <w:bCs/>
          <w:sz w:val="28"/>
          <w:szCs w:val="28"/>
        </w:rPr>
        <w:t>01</w:t>
      </w:r>
      <w:r w:rsidR="00907B7B">
        <w:rPr>
          <w:rFonts w:ascii="Times New Roman" w:eastAsia="Times New Roman" w:hAnsi="Times New Roman" w:cs="Times New Roman"/>
          <w:bCs/>
          <w:sz w:val="28"/>
          <w:szCs w:val="28"/>
        </w:rPr>
        <w:t xml:space="preserve"> năm </w:t>
      </w:r>
      <w:r w:rsidRPr="00AB4F7F">
        <w:rPr>
          <w:rFonts w:ascii="Times New Roman" w:eastAsia="Times New Roman" w:hAnsi="Times New Roman" w:cs="Times New Roman"/>
          <w:bCs/>
          <w:sz w:val="28"/>
          <w:szCs w:val="28"/>
        </w:rPr>
        <w:t>2026 tổng hợp, tham mưu với cấp có thẩm quyền giao dự toán để triển khai thực hiện.</w:t>
      </w:r>
    </w:p>
    <w:p w14:paraId="04DFE166" w14:textId="60EAAD00" w:rsidR="00B86001" w:rsidRPr="00AB4F7F" w:rsidRDefault="00B86001"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 Tổ chức tuyên truyền bằng nhiều hình thức đa dạng và phù hợp tới các cán bộ, công chức, viên chức, người lao động trong các </w:t>
      </w:r>
      <w:r w:rsidR="006952D7" w:rsidRPr="00AB4F7F">
        <w:rPr>
          <w:rFonts w:ascii="Times New Roman" w:eastAsia="Times New Roman" w:hAnsi="Times New Roman" w:cs="Times New Roman"/>
          <w:sz w:val="28"/>
          <w:szCs w:val="28"/>
        </w:rPr>
        <w:t>cơ quan Nhà nước</w:t>
      </w:r>
      <w:r w:rsidRPr="00AB4F7F">
        <w:rPr>
          <w:rFonts w:ascii="Times New Roman" w:eastAsia="Times New Roman" w:hAnsi="Times New Roman" w:cs="Times New Roman"/>
          <w:sz w:val="28"/>
          <w:szCs w:val="28"/>
        </w:rPr>
        <w:t xml:space="preserve">, Doanh nghiệp và </w:t>
      </w:r>
      <w:r w:rsidR="006952D7" w:rsidRPr="00AB4F7F">
        <w:rPr>
          <w:rFonts w:ascii="Times New Roman" w:eastAsia="Times New Roman" w:hAnsi="Times New Roman" w:cs="Times New Roman"/>
          <w:sz w:val="28"/>
          <w:szCs w:val="28"/>
        </w:rPr>
        <w:t xml:space="preserve">hợp tác xã </w:t>
      </w:r>
      <w:r w:rsidRPr="00AB4F7F">
        <w:rPr>
          <w:rFonts w:ascii="Times New Roman" w:eastAsia="Times New Roman" w:hAnsi="Times New Roman" w:cs="Times New Roman"/>
          <w:sz w:val="28"/>
          <w:szCs w:val="28"/>
        </w:rPr>
        <w:t xml:space="preserve">trên địa bàn. </w:t>
      </w:r>
    </w:p>
    <w:p w14:paraId="1BD6CB37" w14:textId="77777777" w:rsidR="00B86001" w:rsidRDefault="00B86001"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Chỉ đạo 100% bản, tiểu khu, tổ dân phố thành lập, kiện toàn, duy trì Tổ chuyển đổi số cộng đồng và hoạt động hiệu quả, hướng dẫn hỗ trợ người dân tại địa phương tiếp cận, sử dụng các thiết bị số, dịch vụ số.</w:t>
      </w:r>
    </w:p>
    <w:p w14:paraId="074C6B08" w14:textId="7A0062D5" w:rsidR="00EA7EAB" w:rsidRPr="00907B7B" w:rsidRDefault="00B86001" w:rsidP="00AB4F7F">
      <w:pPr>
        <w:spacing w:before="120" w:after="0" w:line="240" w:lineRule="auto"/>
        <w:ind w:firstLine="720"/>
        <w:jc w:val="both"/>
        <w:rPr>
          <w:rFonts w:ascii="Times New Roman" w:eastAsia="Times New Roman" w:hAnsi="Times New Roman" w:cs="Times New Roman"/>
          <w:spacing w:val="-6"/>
          <w:sz w:val="28"/>
          <w:szCs w:val="28"/>
        </w:rPr>
      </w:pPr>
      <w:r w:rsidRPr="00907B7B">
        <w:rPr>
          <w:rFonts w:ascii="Times New Roman" w:eastAsia="Times New Roman" w:hAnsi="Times New Roman" w:cs="Times New Roman"/>
          <w:spacing w:val="-6"/>
          <w:sz w:val="28"/>
          <w:szCs w:val="28"/>
        </w:rPr>
        <w:t xml:space="preserve">- Báo cáo kết quả </w:t>
      </w:r>
      <w:r w:rsidRPr="00907B7B">
        <w:rPr>
          <w:rFonts w:ascii="Times New Roman" w:eastAsia="Times New Roman" w:hAnsi="Times New Roman" w:cs="Times New Roman"/>
          <w:i/>
          <w:iCs/>
          <w:spacing w:val="-6"/>
          <w:sz w:val="28"/>
          <w:szCs w:val="28"/>
        </w:rPr>
        <w:t xml:space="preserve">(lồng trong báo cáo kết quả về triển khai Phong trào bình dân học vụ số; Nghị quyết </w:t>
      </w:r>
      <w:r w:rsidR="00907B7B" w:rsidRPr="00907B7B">
        <w:rPr>
          <w:rFonts w:ascii="Times New Roman" w:eastAsia="Times New Roman" w:hAnsi="Times New Roman" w:cs="Times New Roman"/>
          <w:i/>
          <w:iCs/>
          <w:spacing w:val="-6"/>
          <w:sz w:val="28"/>
          <w:szCs w:val="28"/>
        </w:rPr>
        <w:t xml:space="preserve">số </w:t>
      </w:r>
      <w:r w:rsidRPr="00907B7B">
        <w:rPr>
          <w:rFonts w:ascii="Times New Roman" w:eastAsia="Times New Roman" w:hAnsi="Times New Roman" w:cs="Times New Roman"/>
          <w:i/>
          <w:iCs/>
          <w:spacing w:val="-6"/>
          <w:sz w:val="28"/>
          <w:szCs w:val="28"/>
        </w:rPr>
        <w:t>57-NQ/TW)</w:t>
      </w:r>
      <w:r w:rsidRPr="00907B7B">
        <w:rPr>
          <w:rFonts w:ascii="Times New Roman" w:eastAsia="Times New Roman" w:hAnsi="Times New Roman" w:cs="Times New Roman"/>
          <w:spacing w:val="-6"/>
          <w:sz w:val="28"/>
          <w:szCs w:val="28"/>
        </w:rPr>
        <w:t xml:space="preserve"> gửi Sở Khoa học và Công nghệ tổng hợp, báo cáo. </w:t>
      </w:r>
    </w:p>
    <w:p w14:paraId="1A3EC98F" w14:textId="4E4E23C1" w:rsidR="00B86001" w:rsidRPr="00AB4F7F" w:rsidRDefault="00B86001"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Báo cáo kết quả triển </w:t>
      </w:r>
      <w:r w:rsidR="00CA04F3">
        <w:rPr>
          <w:rFonts w:ascii="Times New Roman" w:eastAsia="Times New Roman" w:hAnsi="Times New Roman" w:cs="Times New Roman"/>
          <w:sz w:val="28"/>
          <w:szCs w:val="28"/>
        </w:rPr>
        <w:t xml:space="preserve">khai </w:t>
      </w:r>
      <w:r w:rsidRPr="00AB4F7F">
        <w:rPr>
          <w:rFonts w:ascii="Times New Roman" w:eastAsia="Times New Roman" w:hAnsi="Times New Roman" w:cs="Times New Roman"/>
          <w:sz w:val="28"/>
          <w:szCs w:val="28"/>
        </w:rPr>
        <w:t xml:space="preserve">năm 2026 và dự kiến nhu cầu, kế hoạch đào tạo năm 2027 báo cáo UBND tỉnh </w:t>
      </w:r>
      <w:r w:rsidRPr="00AB4F7F">
        <w:rPr>
          <w:rFonts w:ascii="Times New Roman" w:eastAsia="Times New Roman" w:hAnsi="Times New Roman" w:cs="Times New Roman"/>
          <w:i/>
          <w:sz w:val="28"/>
          <w:szCs w:val="28"/>
        </w:rPr>
        <w:t>(qua Sở Khoa học và Công nghệ tổng hợp, đề xuất)</w:t>
      </w:r>
      <w:r w:rsidRPr="00AB4F7F">
        <w:rPr>
          <w:rFonts w:ascii="Times New Roman" w:eastAsia="Times New Roman" w:hAnsi="Times New Roman" w:cs="Times New Roman"/>
          <w:sz w:val="28"/>
          <w:szCs w:val="28"/>
        </w:rPr>
        <w:t xml:space="preserve"> chậm nhất </w:t>
      </w:r>
      <w:r w:rsidR="00A129C0">
        <w:rPr>
          <w:rFonts w:ascii="Times New Roman" w:eastAsia="Times New Roman" w:hAnsi="Times New Roman" w:cs="Times New Roman"/>
          <w:sz w:val="28"/>
          <w:szCs w:val="28"/>
        </w:rPr>
        <w:t xml:space="preserve">ngày </w:t>
      </w:r>
      <w:r w:rsidRPr="00AB4F7F">
        <w:rPr>
          <w:rFonts w:ascii="Times New Roman" w:eastAsia="Times New Roman" w:hAnsi="Times New Roman" w:cs="Times New Roman"/>
          <w:sz w:val="28"/>
          <w:szCs w:val="28"/>
        </w:rPr>
        <w:t>30</w:t>
      </w:r>
      <w:r w:rsidR="00A129C0">
        <w:rPr>
          <w:rFonts w:ascii="Times New Roman" w:eastAsia="Times New Roman" w:hAnsi="Times New Roman" w:cs="Times New Roman"/>
          <w:sz w:val="28"/>
          <w:szCs w:val="28"/>
        </w:rPr>
        <w:t xml:space="preserve"> tháng </w:t>
      </w:r>
      <w:r w:rsidRPr="00AB4F7F">
        <w:rPr>
          <w:rFonts w:ascii="Times New Roman" w:eastAsia="Times New Roman" w:hAnsi="Times New Roman" w:cs="Times New Roman"/>
          <w:sz w:val="28"/>
          <w:szCs w:val="28"/>
        </w:rPr>
        <w:t>11</w:t>
      </w:r>
      <w:r w:rsidR="00A129C0">
        <w:rPr>
          <w:rFonts w:ascii="Times New Roman" w:eastAsia="Times New Roman" w:hAnsi="Times New Roman" w:cs="Times New Roman"/>
          <w:sz w:val="28"/>
          <w:szCs w:val="28"/>
        </w:rPr>
        <w:t xml:space="preserve"> năm </w:t>
      </w:r>
      <w:r w:rsidRPr="00AB4F7F">
        <w:rPr>
          <w:rFonts w:ascii="Times New Roman" w:eastAsia="Times New Roman" w:hAnsi="Times New Roman" w:cs="Times New Roman"/>
          <w:sz w:val="28"/>
          <w:szCs w:val="28"/>
        </w:rPr>
        <w:t xml:space="preserve">2026. </w:t>
      </w:r>
    </w:p>
    <w:p w14:paraId="36491093" w14:textId="467597D8" w:rsidR="00DC2BF8" w:rsidRPr="00320F3C" w:rsidRDefault="00DC2BF8" w:rsidP="00AB4F7F">
      <w:pPr>
        <w:tabs>
          <w:tab w:val="num" w:pos="1440"/>
        </w:tabs>
        <w:spacing w:before="120" w:after="0" w:line="240" w:lineRule="auto"/>
        <w:ind w:firstLine="720"/>
        <w:jc w:val="both"/>
        <w:outlineLvl w:val="2"/>
        <w:rPr>
          <w:rFonts w:ascii="Times New Roman" w:eastAsia="Times New Roman" w:hAnsi="Times New Roman" w:cs="Times New Roman"/>
          <w:sz w:val="28"/>
          <w:szCs w:val="28"/>
        </w:rPr>
      </w:pPr>
      <w:r w:rsidRPr="00320F3C">
        <w:rPr>
          <w:rFonts w:ascii="Times New Roman" w:eastAsia="Times New Roman" w:hAnsi="Times New Roman" w:cs="Times New Roman"/>
          <w:sz w:val="28"/>
          <w:szCs w:val="28"/>
        </w:rPr>
        <w:t xml:space="preserve">3. Giao </w:t>
      </w:r>
      <w:r w:rsidR="006952D7" w:rsidRPr="00320F3C">
        <w:rPr>
          <w:rFonts w:ascii="Times New Roman" w:eastAsia="Times New Roman" w:hAnsi="Times New Roman" w:cs="Times New Roman"/>
          <w:sz w:val="28"/>
          <w:szCs w:val="28"/>
        </w:rPr>
        <w:t>G</w:t>
      </w:r>
      <w:r w:rsidRPr="00320F3C">
        <w:rPr>
          <w:rFonts w:ascii="Times New Roman" w:eastAsia="Times New Roman" w:hAnsi="Times New Roman" w:cs="Times New Roman"/>
          <w:sz w:val="28"/>
          <w:szCs w:val="28"/>
        </w:rPr>
        <w:t xml:space="preserve">iám đốc Sở Nội vụ </w:t>
      </w:r>
    </w:p>
    <w:p w14:paraId="2C0DA9AD" w14:textId="3042FE12" w:rsidR="00DC2BF8" w:rsidRPr="00AB4F7F" w:rsidRDefault="00DC2BF8" w:rsidP="00AB4F7F">
      <w:pPr>
        <w:tabs>
          <w:tab w:val="num" w:pos="1440"/>
        </w:tabs>
        <w:spacing w:before="120" w:after="0" w:line="240" w:lineRule="auto"/>
        <w:ind w:firstLine="720"/>
        <w:jc w:val="both"/>
        <w:outlineLvl w:val="2"/>
        <w:rPr>
          <w:rFonts w:ascii="Times New Roman" w:eastAsia="Times New Roman" w:hAnsi="Times New Roman" w:cs="Times New Roman"/>
          <w:b/>
          <w:bCs/>
          <w:sz w:val="28"/>
          <w:szCs w:val="28"/>
        </w:rPr>
      </w:pPr>
      <w:r w:rsidRPr="00AB4F7F">
        <w:rPr>
          <w:rFonts w:ascii="Times New Roman" w:hAnsi="Times New Roman" w:cs="Times New Roman"/>
          <w:sz w:val="28"/>
          <w:szCs w:val="28"/>
        </w:rPr>
        <w:t>Thẩm định, phê duyệt vị trí việc làm công chức phụ trách chuyển đổi số tại các sở, ban, ngành và UBND cấp xã trên cơ sở đề xuất của các cơ quan, đơn vị theo đúng quy định hiện hành.</w:t>
      </w:r>
    </w:p>
    <w:p w14:paraId="5B360DDA" w14:textId="1C1B4404" w:rsidR="00DC2BF8" w:rsidRPr="00320F3C" w:rsidRDefault="00FE4A23" w:rsidP="00AB4F7F">
      <w:pPr>
        <w:spacing w:before="120" w:after="0" w:line="240" w:lineRule="auto"/>
        <w:ind w:firstLine="720"/>
        <w:rPr>
          <w:rFonts w:ascii="Times New Roman" w:hAnsi="Times New Roman" w:cs="Times New Roman"/>
          <w:bCs/>
          <w:sz w:val="28"/>
          <w:szCs w:val="28"/>
        </w:rPr>
      </w:pPr>
      <w:r w:rsidRPr="00320F3C">
        <w:rPr>
          <w:rFonts w:ascii="Times New Roman" w:hAnsi="Times New Roman" w:cs="Times New Roman"/>
          <w:bCs/>
          <w:sz w:val="28"/>
          <w:szCs w:val="28"/>
        </w:rPr>
        <w:t xml:space="preserve">4. </w:t>
      </w:r>
      <w:r w:rsidR="00DC2BF8" w:rsidRPr="00320F3C">
        <w:rPr>
          <w:rFonts w:ascii="Times New Roman" w:hAnsi="Times New Roman" w:cs="Times New Roman"/>
          <w:bCs/>
          <w:sz w:val="28"/>
          <w:szCs w:val="28"/>
        </w:rPr>
        <w:t>Gi</w:t>
      </w:r>
      <w:r w:rsidRPr="00320F3C">
        <w:rPr>
          <w:rFonts w:ascii="Times New Roman" w:hAnsi="Times New Roman" w:cs="Times New Roman"/>
          <w:bCs/>
          <w:sz w:val="28"/>
          <w:szCs w:val="28"/>
        </w:rPr>
        <w:t>ao</w:t>
      </w:r>
      <w:r w:rsidR="00DC2BF8" w:rsidRPr="00320F3C">
        <w:rPr>
          <w:rFonts w:ascii="Times New Roman" w:hAnsi="Times New Roman" w:cs="Times New Roman"/>
          <w:bCs/>
          <w:sz w:val="28"/>
          <w:szCs w:val="28"/>
        </w:rPr>
        <w:t xml:space="preserve"> Giám đốc Sở Tài chính</w:t>
      </w:r>
    </w:p>
    <w:p w14:paraId="43BE3A83" w14:textId="7B685D98" w:rsidR="00DC2BF8" w:rsidRPr="00AB4F7F" w:rsidRDefault="00DC2BF8"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hAnsi="Times New Roman" w:cs="Times New Roman"/>
          <w:sz w:val="28"/>
          <w:szCs w:val="28"/>
        </w:rPr>
        <w:t xml:space="preserve">- </w:t>
      </w:r>
      <w:r w:rsidR="006902BB" w:rsidRPr="00AB4F7F">
        <w:rPr>
          <w:rFonts w:ascii="Times New Roman" w:hAnsi="Times New Roman" w:cs="Times New Roman"/>
          <w:sz w:val="28"/>
          <w:szCs w:val="28"/>
        </w:rPr>
        <w:t xml:space="preserve">Căn cứ đề xuất của các sở, ban, ngành, UBND các xã phường, tổng hợp, </w:t>
      </w:r>
      <w:r w:rsidR="006902BB" w:rsidRPr="00AB4F7F">
        <w:rPr>
          <w:rFonts w:ascii="Times New Roman" w:eastAsia="Times New Roman" w:hAnsi="Times New Roman" w:cs="Times New Roman"/>
          <w:sz w:val="28"/>
          <w:szCs w:val="28"/>
        </w:rPr>
        <w:t>t</w:t>
      </w:r>
      <w:r w:rsidRPr="00AB4F7F">
        <w:rPr>
          <w:rFonts w:ascii="Times New Roman" w:eastAsia="Times New Roman" w:hAnsi="Times New Roman" w:cs="Times New Roman"/>
          <w:sz w:val="28"/>
          <w:szCs w:val="28"/>
        </w:rPr>
        <w:t xml:space="preserve">ham mưu </w:t>
      </w:r>
      <w:r w:rsidR="006902BB" w:rsidRPr="00AB4F7F">
        <w:rPr>
          <w:rFonts w:ascii="Times New Roman" w:eastAsia="Times New Roman" w:hAnsi="Times New Roman" w:cs="Times New Roman"/>
          <w:sz w:val="28"/>
          <w:szCs w:val="28"/>
        </w:rPr>
        <w:t xml:space="preserve">với cấp có thẩm quyền </w:t>
      </w:r>
      <w:r w:rsidRPr="00AB4F7F">
        <w:rPr>
          <w:rFonts w:ascii="Times New Roman" w:eastAsia="Times New Roman" w:hAnsi="Times New Roman" w:cs="Times New Roman"/>
          <w:sz w:val="28"/>
          <w:szCs w:val="28"/>
        </w:rPr>
        <w:t xml:space="preserve">bố trí kinh phí đào tạo, bồi dưỡng, tập huấn nhân lực số cho các sở ban ngành, UBND cấp xã đảm bảo thực hiện kế hoạch này. Báo cáo kết quả với Trưởng Ban </w:t>
      </w:r>
      <w:r w:rsidR="006952D7" w:rsidRPr="00AB4F7F">
        <w:rPr>
          <w:rFonts w:ascii="Times New Roman" w:eastAsia="Times New Roman" w:hAnsi="Times New Roman" w:cs="Times New Roman"/>
          <w:sz w:val="28"/>
          <w:szCs w:val="28"/>
        </w:rPr>
        <w:t>C</w:t>
      </w:r>
      <w:r w:rsidRPr="00AB4F7F">
        <w:rPr>
          <w:rFonts w:ascii="Times New Roman" w:eastAsia="Times New Roman" w:hAnsi="Times New Roman" w:cs="Times New Roman"/>
          <w:sz w:val="28"/>
          <w:szCs w:val="28"/>
        </w:rPr>
        <w:t>hỉ đạo 1287.</w:t>
      </w:r>
    </w:p>
    <w:p w14:paraId="73D79704" w14:textId="77777777" w:rsidR="00DC2BF8" w:rsidRPr="00AB4F7F" w:rsidRDefault="00DC2BF8" w:rsidP="00AB4F7F">
      <w:pPr>
        <w:spacing w:before="120" w:after="0" w:line="240" w:lineRule="auto"/>
        <w:ind w:firstLine="720"/>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Hướng dẫn các sở, xã sử dụng nguồn kinh phí đào tạo, bồi dưỡng, tập huấn theo quy định.</w:t>
      </w:r>
    </w:p>
    <w:p w14:paraId="3F6094BB" w14:textId="22C65006" w:rsidR="00FE4A23" w:rsidRPr="00320F3C" w:rsidRDefault="00FE4A23" w:rsidP="00AB4F7F">
      <w:pPr>
        <w:spacing w:before="120" w:after="0" w:line="240" w:lineRule="auto"/>
        <w:ind w:firstLine="720"/>
        <w:rPr>
          <w:rFonts w:ascii="Times New Roman" w:eastAsia="Times New Roman" w:hAnsi="Times New Roman" w:cs="Times New Roman"/>
          <w:sz w:val="28"/>
          <w:szCs w:val="28"/>
        </w:rPr>
      </w:pPr>
      <w:r w:rsidRPr="00320F3C">
        <w:rPr>
          <w:rFonts w:ascii="Times New Roman" w:eastAsia="Times New Roman" w:hAnsi="Times New Roman" w:cs="Times New Roman"/>
          <w:sz w:val="28"/>
          <w:szCs w:val="28"/>
        </w:rPr>
        <w:t>5. Báo và Phát thanh</w:t>
      </w:r>
      <w:r w:rsidR="006952D7" w:rsidRPr="00320F3C">
        <w:rPr>
          <w:rFonts w:ascii="Times New Roman" w:eastAsia="Times New Roman" w:hAnsi="Times New Roman" w:cs="Times New Roman"/>
          <w:sz w:val="28"/>
          <w:szCs w:val="28"/>
        </w:rPr>
        <w:t>, T</w:t>
      </w:r>
      <w:r w:rsidRPr="00320F3C">
        <w:rPr>
          <w:rFonts w:ascii="Times New Roman" w:eastAsia="Times New Roman" w:hAnsi="Times New Roman" w:cs="Times New Roman"/>
          <w:sz w:val="28"/>
          <w:szCs w:val="28"/>
        </w:rPr>
        <w:t xml:space="preserve">ruyền hình </w:t>
      </w:r>
      <w:r w:rsidR="006952D7" w:rsidRPr="00320F3C">
        <w:rPr>
          <w:rFonts w:ascii="Times New Roman" w:eastAsia="Times New Roman" w:hAnsi="Times New Roman" w:cs="Times New Roman"/>
          <w:sz w:val="28"/>
          <w:szCs w:val="28"/>
        </w:rPr>
        <w:t>Sơn La</w:t>
      </w:r>
    </w:p>
    <w:p w14:paraId="7736A4F8" w14:textId="01591F66" w:rsidR="00FE4A23" w:rsidRPr="00AB4F7F" w:rsidRDefault="00FE4A23" w:rsidP="00AB4F7F">
      <w:pPr>
        <w:spacing w:before="120" w:after="0" w:line="240" w:lineRule="auto"/>
        <w:ind w:firstLine="720"/>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 Tổ chức tuyên truyền về hình thức đào tạo kĩ năng số cơ bản </w:t>
      </w:r>
      <w:r w:rsidRPr="00AB4F7F">
        <w:rPr>
          <w:rFonts w:ascii="Times New Roman" w:eastAsia="Times New Roman" w:hAnsi="Times New Roman" w:cs="Times New Roman"/>
          <w:i/>
          <w:sz w:val="28"/>
          <w:szCs w:val="28"/>
        </w:rPr>
        <w:t xml:space="preserve">(được tổ chức trên các nền tảng Moocs; Cổng </w:t>
      </w:r>
      <w:r w:rsidR="00320F3C">
        <w:rPr>
          <w:rFonts w:ascii="Times New Roman" w:eastAsia="Times New Roman" w:hAnsi="Times New Roman" w:cs="Times New Roman"/>
          <w:i/>
          <w:sz w:val="28"/>
          <w:szCs w:val="28"/>
        </w:rPr>
        <w:t>B</w:t>
      </w:r>
      <w:r w:rsidRPr="00AB4F7F">
        <w:rPr>
          <w:rFonts w:ascii="Times New Roman" w:eastAsia="Times New Roman" w:hAnsi="Times New Roman" w:cs="Times New Roman"/>
          <w:i/>
          <w:sz w:val="28"/>
          <w:szCs w:val="28"/>
        </w:rPr>
        <w:t>ình dân học vụ số của tỉnh)</w:t>
      </w:r>
      <w:r w:rsidRPr="00AB4F7F">
        <w:rPr>
          <w:rFonts w:ascii="Times New Roman" w:eastAsia="Times New Roman" w:hAnsi="Times New Roman" w:cs="Times New Roman"/>
          <w:sz w:val="28"/>
          <w:szCs w:val="28"/>
        </w:rPr>
        <w:t xml:space="preserve"> để cán bộ, công chức, viên chức, người lao động và nhân dân được biết và tham gia học. </w:t>
      </w:r>
    </w:p>
    <w:p w14:paraId="5958F60D" w14:textId="574342F7" w:rsidR="00FE4A23" w:rsidRPr="00AB4F7F" w:rsidRDefault="00FE4A23" w:rsidP="00AB4F7F">
      <w:pPr>
        <w:spacing w:before="120" w:after="0" w:line="240" w:lineRule="auto"/>
        <w:ind w:firstLine="720"/>
        <w:jc w:val="both"/>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 Báo cáo kết quả </w:t>
      </w:r>
      <w:r w:rsidRPr="00AB4F7F">
        <w:rPr>
          <w:rFonts w:ascii="Times New Roman" w:eastAsia="Times New Roman" w:hAnsi="Times New Roman" w:cs="Times New Roman"/>
          <w:i/>
          <w:sz w:val="28"/>
          <w:szCs w:val="28"/>
        </w:rPr>
        <w:t xml:space="preserve">(lồng trong báo cáo kết quả về triển khai Phong trào bình dân học vụ số; Nghị quyết </w:t>
      </w:r>
      <w:r w:rsidR="00320F3C">
        <w:rPr>
          <w:rFonts w:ascii="Times New Roman" w:eastAsia="Times New Roman" w:hAnsi="Times New Roman" w:cs="Times New Roman"/>
          <w:i/>
          <w:sz w:val="28"/>
          <w:szCs w:val="28"/>
        </w:rPr>
        <w:t xml:space="preserve">số </w:t>
      </w:r>
      <w:r w:rsidRPr="00AB4F7F">
        <w:rPr>
          <w:rFonts w:ascii="Times New Roman" w:eastAsia="Times New Roman" w:hAnsi="Times New Roman" w:cs="Times New Roman"/>
          <w:i/>
          <w:sz w:val="28"/>
          <w:szCs w:val="28"/>
        </w:rPr>
        <w:t>57-NQ/TW)</w:t>
      </w:r>
      <w:r w:rsidRPr="00AB4F7F">
        <w:rPr>
          <w:rFonts w:ascii="Times New Roman" w:eastAsia="Times New Roman" w:hAnsi="Times New Roman" w:cs="Times New Roman"/>
          <w:sz w:val="28"/>
          <w:szCs w:val="28"/>
        </w:rPr>
        <w:t xml:space="preserve"> gửi Sở Khoa học và Công nghệ tổng hợp, báo cáo.</w:t>
      </w:r>
    </w:p>
    <w:p w14:paraId="6AC434A0" w14:textId="44F969D3" w:rsidR="00510FE9" w:rsidRPr="00320F3C" w:rsidRDefault="00ED121A" w:rsidP="00AB4F7F">
      <w:pPr>
        <w:spacing w:before="120" w:after="0" w:line="240" w:lineRule="auto"/>
        <w:ind w:firstLine="720"/>
        <w:jc w:val="both"/>
        <w:rPr>
          <w:rFonts w:ascii="Times New Roman" w:eastAsia="Times New Roman" w:hAnsi="Times New Roman" w:cs="Times New Roman"/>
          <w:bCs/>
          <w:sz w:val="28"/>
          <w:szCs w:val="28"/>
        </w:rPr>
      </w:pPr>
      <w:r w:rsidRPr="00320F3C">
        <w:rPr>
          <w:rFonts w:ascii="Times New Roman" w:hAnsi="Times New Roman" w:cs="Times New Roman"/>
          <w:bCs/>
          <w:sz w:val="28"/>
          <w:szCs w:val="28"/>
        </w:rPr>
        <w:t>6</w:t>
      </w:r>
      <w:r w:rsidR="00510FE9" w:rsidRPr="00320F3C">
        <w:rPr>
          <w:rFonts w:ascii="Times New Roman" w:hAnsi="Times New Roman" w:cs="Times New Roman"/>
          <w:bCs/>
          <w:sz w:val="28"/>
          <w:szCs w:val="28"/>
        </w:rPr>
        <w:t>. Sở Khoa học và Công nghệ</w:t>
      </w:r>
    </w:p>
    <w:p w14:paraId="6ECB0B2D" w14:textId="00FA2C24" w:rsidR="00CC2B06" w:rsidRPr="00AB4F7F" w:rsidRDefault="00AB1A52" w:rsidP="00AB4F7F">
      <w:pPr>
        <w:tabs>
          <w:tab w:val="num" w:pos="1440"/>
        </w:tabs>
        <w:spacing w:before="120" w:after="0" w:line="240" w:lineRule="auto"/>
        <w:ind w:firstLine="720"/>
        <w:jc w:val="both"/>
        <w:outlineLvl w:val="2"/>
        <w:rPr>
          <w:rFonts w:ascii="Times New Roman" w:eastAsia="Times New Roman" w:hAnsi="Times New Roman" w:cs="Times New Roman"/>
          <w:sz w:val="28"/>
          <w:szCs w:val="28"/>
        </w:rPr>
      </w:pPr>
      <w:r w:rsidRPr="00AB4F7F">
        <w:rPr>
          <w:rFonts w:ascii="Times New Roman" w:eastAsia="Times New Roman" w:hAnsi="Times New Roman" w:cs="Times New Roman"/>
          <w:bCs/>
          <w:sz w:val="28"/>
          <w:szCs w:val="28"/>
        </w:rPr>
        <w:t xml:space="preserve"> </w:t>
      </w:r>
      <w:r w:rsidR="00E42173" w:rsidRPr="00AB4F7F">
        <w:rPr>
          <w:rFonts w:ascii="Times New Roman" w:eastAsia="Times New Roman" w:hAnsi="Times New Roman" w:cs="Times New Roman"/>
          <w:bCs/>
          <w:sz w:val="28"/>
          <w:szCs w:val="28"/>
        </w:rPr>
        <w:t xml:space="preserve">- </w:t>
      </w:r>
      <w:r w:rsidRPr="00AB4F7F">
        <w:rPr>
          <w:rFonts w:ascii="Times New Roman" w:eastAsia="Times New Roman" w:hAnsi="Times New Roman" w:cs="Times New Roman"/>
          <w:sz w:val="28"/>
          <w:szCs w:val="28"/>
        </w:rPr>
        <w:t>Chủ trì</w:t>
      </w:r>
      <w:r w:rsidR="00ED121A" w:rsidRPr="00AB4F7F">
        <w:rPr>
          <w:rFonts w:ascii="Times New Roman" w:eastAsia="Times New Roman" w:hAnsi="Times New Roman" w:cs="Times New Roman"/>
          <w:sz w:val="28"/>
          <w:szCs w:val="28"/>
        </w:rPr>
        <w:t>, hướng dẫn,</w:t>
      </w:r>
      <w:r w:rsidRPr="00AB4F7F">
        <w:rPr>
          <w:rFonts w:ascii="Times New Roman" w:eastAsia="Times New Roman" w:hAnsi="Times New Roman" w:cs="Times New Roman"/>
          <w:sz w:val="28"/>
          <w:szCs w:val="28"/>
        </w:rPr>
        <w:t xml:space="preserve"> </w:t>
      </w:r>
      <w:r w:rsidR="008762B0" w:rsidRPr="00AB4F7F">
        <w:rPr>
          <w:rFonts w:ascii="Times New Roman" w:eastAsia="Times New Roman" w:hAnsi="Times New Roman" w:cs="Times New Roman"/>
          <w:bCs/>
          <w:sz w:val="28"/>
          <w:szCs w:val="28"/>
        </w:rPr>
        <w:t>đôn đốc</w:t>
      </w:r>
      <w:r w:rsidR="00ED121A" w:rsidRPr="00AB4F7F">
        <w:rPr>
          <w:rFonts w:ascii="Times New Roman" w:eastAsia="Times New Roman" w:hAnsi="Times New Roman" w:cs="Times New Roman"/>
          <w:bCs/>
          <w:sz w:val="28"/>
          <w:szCs w:val="28"/>
        </w:rPr>
        <w:t xml:space="preserve">, theo dõi việc triển khai </w:t>
      </w:r>
      <w:r w:rsidR="008762B0" w:rsidRPr="00AB4F7F">
        <w:rPr>
          <w:rFonts w:ascii="Times New Roman" w:eastAsia="Times New Roman" w:hAnsi="Times New Roman" w:cs="Times New Roman"/>
          <w:sz w:val="28"/>
          <w:szCs w:val="28"/>
        </w:rPr>
        <w:t>kế hoạch;</w:t>
      </w:r>
      <w:r w:rsidR="00854F0F" w:rsidRPr="00AB4F7F">
        <w:rPr>
          <w:rFonts w:ascii="Times New Roman" w:eastAsia="Times New Roman" w:hAnsi="Times New Roman" w:cs="Times New Roman"/>
          <w:sz w:val="28"/>
          <w:szCs w:val="28"/>
        </w:rPr>
        <w:t xml:space="preserve"> định kỳ</w:t>
      </w:r>
      <w:r w:rsidR="008762B0" w:rsidRPr="00AB4F7F">
        <w:rPr>
          <w:rFonts w:ascii="Times New Roman" w:eastAsia="Times New Roman" w:hAnsi="Times New Roman" w:cs="Times New Roman"/>
          <w:sz w:val="28"/>
          <w:szCs w:val="28"/>
        </w:rPr>
        <w:t xml:space="preserve"> tổng hợp báo cáo UBND tỉnh; </w:t>
      </w:r>
      <w:r w:rsidR="00CC2B06" w:rsidRPr="00AB4F7F">
        <w:rPr>
          <w:rFonts w:ascii="Times New Roman" w:eastAsia="Times New Roman" w:hAnsi="Times New Roman" w:cs="Times New Roman"/>
          <w:sz w:val="28"/>
          <w:szCs w:val="28"/>
        </w:rPr>
        <w:t xml:space="preserve">tham mưu </w:t>
      </w:r>
      <w:r w:rsidR="00854F0F" w:rsidRPr="00AB4F7F">
        <w:rPr>
          <w:rFonts w:ascii="Times New Roman" w:eastAsia="Times New Roman" w:hAnsi="Times New Roman" w:cs="Times New Roman"/>
          <w:sz w:val="28"/>
          <w:szCs w:val="28"/>
        </w:rPr>
        <w:t xml:space="preserve">với </w:t>
      </w:r>
      <w:r w:rsidR="00CC2B06" w:rsidRPr="00AB4F7F">
        <w:rPr>
          <w:rFonts w:ascii="Times New Roman" w:eastAsia="Times New Roman" w:hAnsi="Times New Roman" w:cs="Times New Roman"/>
          <w:sz w:val="28"/>
          <w:szCs w:val="28"/>
        </w:rPr>
        <w:t xml:space="preserve">UBND tỉnh kiểm tra, đánh giá </w:t>
      </w:r>
      <w:r w:rsidR="00854F0F" w:rsidRPr="00AB4F7F">
        <w:rPr>
          <w:rFonts w:ascii="Times New Roman" w:eastAsia="Times New Roman" w:hAnsi="Times New Roman" w:cs="Times New Roman"/>
          <w:sz w:val="28"/>
          <w:szCs w:val="28"/>
        </w:rPr>
        <w:t>việc triển khai thực hiện kế hoạch tại các cấp, ngành.</w:t>
      </w:r>
    </w:p>
    <w:p w14:paraId="1BE46D49" w14:textId="4E8F2780" w:rsidR="00AF1BF1" w:rsidRPr="00AB4F7F" w:rsidRDefault="00C40DD5" w:rsidP="00AB4F7F">
      <w:pPr>
        <w:spacing w:before="120" w:after="0" w:line="240" w:lineRule="auto"/>
        <w:ind w:firstLine="720"/>
        <w:jc w:val="both"/>
        <w:outlineLvl w:val="2"/>
        <w:rPr>
          <w:rFonts w:ascii="Times New Roman" w:hAnsi="Times New Roman" w:cs="Times New Roman"/>
          <w:sz w:val="28"/>
          <w:szCs w:val="28"/>
        </w:rPr>
      </w:pPr>
      <w:r w:rsidRPr="00AB4F7F">
        <w:rPr>
          <w:rFonts w:ascii="Times New Roman" w:eastAsia="Times New Roman" w:hAnsi="Times New Roman" w:cs="Times New Roman"/>
          <w:sz w:val="28"/>
          <w:szCs w:val="28"/>
        </w:rPr>
        <w:t xml:space="preserve">- </w:t>
      </w:r>
      <w:r w:rsidR="00AC3D5B" w:rsidRPr="00AB4F7F">
        <w:rPr>
          <w:rFonts w:ascii="Times New Roman" w:eastAsia="Times New Roman" w:hAnsi="Times New Roman" w:cs="Times New Roman"/>
          <w:sz w:val="28"/>
          <w:szCs w:val="28"/>
        </w:rPr>
        <w:t xml:space="preserve">Chủ trì tham mưu </w:t>
      </w:r>
      <w:r w:rsidR="00AF1BF1" w:rsidRPr="00AB4F7F">
        <w:rPr>
          <w:rFonts w:ascii="Times New Roman" w:eastAsia="Times New Roman" w:hAnsi="Times New Roman" w:cs="Times New Roman"/>
          <w:sz w:val="28"/>
          <w:szCs w:val="28"/>
        </w:rPr>
        <w:t xml:space="preserve">xây dựng các nội dung </w:t>
      </w:r>
      <w:r w:rsidR="004535BB" w:rsidRPr="00AB4F7F">
        <w:rPr>
          <w:rFonts w:ascii="Times New Roman" w:eastAsia="Times New Roman" w:hAnsi="Times New Roman" w:cs="Times New Roman"/>
          <w:sz w:val="28"/>
          <w:szCs w:val="28"/>
        </w:rPr>
        <w:t xml:space="preserve">bồi dưỡng, tập huấn </w:t>
      </w:r>
      <w:r w:rsidR="00AF1BF1" w:rsidRPr="00AB4F7F">
        <w:rPr>
          <w:rFonts w:ascii="Times New Roman" w:eastAsia="Times New Roman" w:hAnsi="Times New Roman" w:cs="Times New Roman"/>
          <w:sz w:val="28"/>
          <w:szCs w:val="28"/>
        </w:rPr>
        <w:t xml:space="preserve">cho các đối tượng </w:t>
      </w:r>
      <w:r w:rsidR="00F818D8" w:rsidRPr="00AB4F7F">
        <w:rPr>
          <w:rFonts w:ascii="Times New Roman" w:eastAsia="Times New Roman" w:hAnsi="Times New Roman" w:cs="Times New Roman"/>
          <w:iCs/>
          <w:sz w:val="28"/>
          <w:szCs w:val="28"/>
        </w:rPr>
        <w:t xml:space="preserve">theo </w:t>
      </w:r>
      <w:r w:rsidR="00606F4D" w:rsidRPr="00AB4F7F">
        <w:rPr>
          <w:rFonts w:ascii="Times New Roman" w:eastAsia="Times New Roman" w:hAnsi="Times New Roman" w:cs="Times New Roman"/>
          <w:iCs/>
          <w:sz w:val="28"/>
          <w:szCs w:val="28"/>
        </w:rPr>
        <w:t>qu</w:t>
      </w:r>
      <w:r w:rsidR="00D367E2">
        <w:rPr>
          <w:rFonts w:ascii="Times New Roman" w:eastAsia="Times New Roman" w:hAnsi="Times New Roman" w:cs="Times New Roman"/>
          <w:iCs/>
          <w:sz w:val="28"/>
          <w:szCs w:val="28"/>
        </w:rPr>
        <w:t>y</w:t>
      </w:r>
      <w:r w:rsidR="00606F4D" w:rsidRPr="00AB4F7F">
        <w:rPr>
          <w:rFonts w:ascii="Times New Roman" w:eastAsia="Times New Roman" w:hAnsi="Times New Roman" w:cs="Times New Roman"/>
          <w:iCs/>
          <w:sz w:val="28"/>
          <w:szCs w:val="28"/>
        </w:rPr>
        <w:t xml:space="preserve"> định </w:t>
      </w:r>
      <w:r w:rsidR="00AF1BF1" w:rsidRPr="00AB4F7F">
        <w:rPr>
          <w:rFonts w:ascii="Times New Roman" w:eastAsia="Times New Roman" w:hAnsi="Times New Roman" w:cs="Times New Roman"/>
          <w:iCs/>
          <w:sz w:val="28"/>
          <w:szCs w:val="28"/>
        </w:rPr>
        <w:t>tại</w:t>
      </w:r>
      <w:r w:rsidR="00AF1BF1" w:rsidRPr="00AB4F7F">
        <w:rPr>
          <w:rFonts w:ascii="Times New Roman" w:eastAsia="Times New Roman" w:hAnsi="Times New Roman" w:cs="Times New Roman"/>
          <w:sz w:val="28"/>
          <w:szCs w:val="28"/>
        </w:rPr>
        <w:t xml:space="preserve"> </w:t>
      </w:r>
      <w:r w:rsidR="00AF1BF1" w:rsidRPr="00AB4F7F">
        <w:rPr>
          <w:rFonts w:ascii="Times New Roman" w:hAnsi="Times New Roman" w:cs="Times New Roman"/>
          <w:iCs/>
          <w:sz w:val="28"/>
          <w:szCs w:val="28"/>
        </w:rPr>
        <w:t xml:space="preserve">khung kĩ năng số tại Quyết định </w:t>
      </w:r>
      <w:r w:rsidR="00320F3C">
        <w:rPr>
          <w:rFonts w:ascii="Times New Roman" w:hAnsi="Times New Roman" w:cs="Times New Roman"/>
          <w:iCs/>
          <w:sz w:val="28"/>
          <w:szCs w:val="28"/>
        </w:rPr>
        <w:t xml:space="preserve">số </w:t>
      </w:r>
      <w:r w:rsidR="00ED121A" w:rsidRPr="00AB4F7F">
        <w:rPr>
          <w:rFonts w:ascii="Times New Roman" w:hAnsi="Times New Roman" w:cs="Times New Roman"/>
          <w:iCs/>
          <w:sz w:val="28"/>
          <w:szCs w:val="28"/>
        </w:rPr>
        <w:t>757/QĐ-BKHCN</w:t>
      </w:r>
      <w:r w:rsidR="00606F4D" w:rsidRPr="00AB4F7F">
        <w:rPr>
          <w:rFonts w:ascii="Times New Roman" w:hAnsi="Times New Roman" w:cs="Times New Roman"/>
          <w:i/>
          <w:iCs/>
          <w:sz w:val="28"/>
          <w:szCs w:val="28"/>
        </w:rPr>
        <w:t xml:space="preserve"> </w:t>
      </w:r>
      <w:r w:rsidR="00D367E2" w:rsidRPr="00D367E2">
        <w:rPr>
          <w:rFonts w:ascii="Times New Roman" w:hAnsi="Times New Roman" w:cs="Times New Roman"/>
          <w:sz w:val="28"/>
          <w:szCs w:val="28"/>
        </w:rPr>
        <w:t>ngày 29 tháng 4 năm 2025</w:t>
      </w:r>
      <w:r w:rsidR="00D367E2">
        <w:rPr>
          <w:rFonts w:ascii="Times New Roman" w:hAnsi="Times New Roman" w:cs="Times New Roman"/>
          <w:sz w:val="28"/>
          <w:szCs w:val="28"/>
        </w:rPr>
        <w:t xml:space="preserve"> </w:t>
      </w:r>
      <w:r w:rsidR="00F818D8" w:rsidRPr="00AB4F7F">
        <w:rPr>
          <w:rFonts w:ascii="Times New Roman" w:hAnsi="Times New Roman" w:cs="Times New Roman"/>
          <w:sz w:val="28"/>
          <w:szCs w:val="28"/>
        </w:rPr>
        <w:t xml:space="preserve">để </w:t>
      </w:r>
      <w:r w:rsidR="00606F4D" w:rsidRPr="00AB4F7F">
        <w:rPr>
          <w:rFonts w:ascii="Times New Roman" w:hAnsi="Times New Roman" w:cs="Times New Roman"/>
          <w:sz w:val="28"/>
          <w:szCs w:val="28"/>
        </w:rPr>
        <w:t xml:space="preserve">đăng tải trên Cổng </w:t>
      </w:r>
      <w:r w:rsidR="00320F3C">
        <w:rPr>
          <w:rFonts w:ascii="Times New Roman" w:hAnsi="Times New Roman" w:cs="Times New Roman"/>
          <w:sz w:val="28"/>
          <w:szCs w:val="28"/>
        </w:rPr>
        <w:t>B</w:t>
      </w:r>
      <w:r w:rsidR="00606F4D" w:rsidRPr="00AB4F7F">
        <w:rPr>
          <w:rFonts w:ascii="Times New Roman" w:hAnsi="Times New Roman" w:cs="Times New Roman"/>
          <w:sz w:val="28"/>
          <w:szCs w:val="28"/>
        </w:rPr>
        <w:t xml:space="preserve">ình dân học vụ số của tỉnh. </w:t>
      </w:r>
    </w:p>
    <w:p w14:paraId="6533F922" w14:textId="5B0EAC9E" w:rsidR="00361412" w:rsidRPr="00AB4F7F" w:rsidRDefault="00361412" w:rsidP="00AB4F7F">
      <w:pPr>
        <w:spacing w:before="120" w:after="0" w:line="240" w:lineRule="auto"/>
        <w:ind w:firstLine="720"/>
        <w:jc w:val="both"/>
        <w:outlineLvl w:val="2"/>
        <w:rPr>
          <w:rFonts w:ascii="Times New Roman" w:eastAsia="Times New Roman" w:hAnsi="Times New Roman" w:cs="Times New Roman"/>
          <w:sz w:val="28"/>
          <w:szCs w:val="28"/>
        </w:rPr>
      </w:pPr>
      <w:r w:rsidRPr="00AB4F7F">
        <w:rPr>
          <w:rFonts w:ascii="Times New Roman" w:eastAsia="Times New Roman" w:hAnsi="Times New Roman" w:cs="Times New Roman"/>
          <w:sz w:val="28"/>
          <w:szCs w:val="28"/>
        </w:rPr>
        <w:t xml:space="preserve">- Tham mưu </w:t>
      </w:r>
      <w:r w:rsidRPr="00AB4F7F">
        <w:rPr>
          <w:rFonts w:ascii="Times New Roman" w:eastAsia="Times New Roman" w:hAnsi="Times New Roman" w:cs="Times New Roman"/>
          <w:bCs/>
          <w:sz w:val="28"/>
          <w:szCs w:val="28"/>
        </w:rPr>
        <w:t xml:space="preserve">xây dựng chương trình và tổ chức các lớp bồi dưỡng </w:t>
      </w:r>
      <w:r w:rsidRPr="00AB4F7F">
        <w:rPr>
          <w:rFonts w:ascii="Times New Roman" w:eastAsia="Times New Roman" w:hAnsi="Times New Roman" w:cs="Times New Roman"/>
          <w:sz w:val="28"/>
          <w:szCs w:val="28"/>
        </w:rPr>
        <w:t>dành cho c</w:t>
      </w:r>
      <w:r w:rsidRPr="00AB4F7F">
        <w:rPr>
          <w:rFonts w:ascii="Times New Roman" w:hAnsi="Times New Roman" w:cs="Times New Roman"/>
          <w:sz w:val="28"/>
          <w:szCs w:val="28"/>
        </w:rPr>
        <w:t>ông chức phụ trách chuyển đổi số cấp tỉnh, cấp xã</w:t>
      </w:r>
      <w:r w:rsidRPr="00AB4F7F">
        <w:rPr>
          <w:rFonts w:ascii="Times New Roman" w:eastAsia="Times New Roman" w:hAnsi="Times New Roman" w:cs="Times New Roman"/>
          <w:sz w:val="28"/>
          <w:szCs w:val="28"/>
        </w:rPr>
        <w:t>.</w:t>
      </w:r>
    </w:p>
    <w:p w14:paraId="1C58B0C6" w14:textId="463D273B" w:rsidR="00606F4D" w:rsidRPr="00AB4F7F" w:rsidRDefault="00606F4D" w:rsidP="00AB4F7F">
      <w:pPr>
        <w:spacing w:before="120" w:after="0" w:line="240" w:lineRule="auto"/>
        <w:ind w:firstLine="720"/>
        <w:jc w:val="both"/>
        <w:outlineLvl w:val="2"/>
        <w:rPr>
          <w:rFonts w:ascii="Times New Roman" w:hAnsi="Times New Roman" w:cs="Times New Roman"/>
          <w:sz w:val="28"/>
          <w:szCs w:val="28"/>
        </w:rPr>
      </w:pPr>
      <w:r w:rsidRPr="00AB4F7F">
        <w:rPr>
          <w:rFonts w:ascii="Times New Roman" w:hAnsi="Times New Roman" w:cs="Times New Roman"/>
          <w:sz w:val="28"/>
          <w:szCs w:val="28"/>
        </w:rPr>
        <w:t xml:space="preserve">- Hướng dẫn các đối tượng tham gia tập huấn trên Cổng </w:t>
      </w:r>
      <w:r w:rsidR="00320F3C">
        <w:rPr>
          <w:rFonts w:ascii="Times New Roman" w:hAnsi="Times New Roman" w:cs="Times New Roman"/>
          <w:sz w:val="28"/>
          <w:szCs w:val="28"/>
        </w:rPr>
        <w:t>B</w:t>
      </w:r>
      <w:r w:rsidRPr="00AB4F7F">
        <w:rPr>
          <w:rFonts w:ascii="Times New Roman" w:hAnsi="Times New Roman" w:cs="Times New Roman"/>
          <w:sz w:val="28"/>
          <w:szCs w:val="28"/>
        </w:rPr>
        <w:t xml:space="preserve">ình dân học vụ số của tỉnh và trên nền tảng Moocs do Bộ Khoa học và Công nghệ triển khai. </w:t>
      </w:r>
    </w:p>
    <w:p w14:paraId="24AD46D1" w14:textId="0D07D262" w:rsidR="00CE7E09" w:rsidRPr="00AB4F7F" w:rsidRDefault="00510FE9" w:rsidP="00AB4F7F">
      <w:pPr>
        <w:spacing w:before="120" w:after="0" w:line="240" w:lineRule="auto"/>
        <w:ind w:firstLine="720"/>
        <w:jc w:val="both"/>
        <w:outlineLvl w:val="2"/>
        <w:rPr>
          <w:rFonts w:ascii="Times New Roman" w:hAnsi="Times New Roman" w:cs="Times New Roman"/>
          <w:b/>
          <w:sz w:val="28"/>
          <w:szCs w:val="28"/>
        </w:rPr>
      </w:pPr>
      <w:r w:rsidRPr="00AB4F7F">
        <w:rPr>
          <w:rFonts w:ascii="Times New Roman" w:eastAsia="Times New Roman" w:hAnsi="Times New Roman" w:cs="Times New Roman"/>
          <w:sz w:val="28"/>
          <w:szCs w:val="28"/>
        </w:rPr>
        <w:t xml:space="preserve">Trên đây là Kế hoạch </w:t>
      </w:r>
      <w:r w:rsidR="00597E27" w:rsidRPr="00AB4F7F">
        <w:rPr>
          <w:rFonts w:ascii="Times New Roman" w:hAnsi="Times New Roman" w:cs="Times New Roman"/>
          <w:sz w:val="28"/>
          <w:szCs w:val="28"/>
        </w:rPr>
        <w:t>bồi dưỡng</w:t>
      </w:r>
      <w:r w:rsidR="005A29C8" w:rsidRPr="00AB4F7F">
        <w:rPr>
          <w:rFonts w:ascii="Times New Roman" w:hAnsi="Times New Roman" w:cs="Times New Roman"/>
          <w:sz w:val="28"/>
          <w:szCs w:val="28"/>
        </w:rPr>
        <w:t>, tập huấn</w:t>
      </w:r>
      <w:r w:rsidR="00597E27" w:rsidRPr="00AB4F7F">
        <w:rPr>
          <w:rFonts w:ascii="Times New Roman" w:hAnsi="Times New Roman" w:cs="Times New Roman"/>
          <w:sz w:val="28"/>
          <w:szCs w:val="28"/>
        </w:rPr>
        <w:t xml:space="preserve"> phát triển nguồn nhân lực số </w:t>
      </w:r>
      <w:r w:rsidR="008F1B18" w:rsidRPr="00AB4F7F">
        <w:rPr>
          <w:rFonts w:ascii="Times New Roman" w:hAnsi="Times New Roman" w:cs="Times New Roman"/>
          <w:sz w:val="28"/>
          <w:szCs w:val="28"/>
        </w:rPr>
        <w:t xml:space="preserve">tỉnh Sơn La </w:t>
      </w:r>
      <w:r w:rsidR="00597E27" w:rsidRPr="00AB4F7F">
        <w:rPr>
          <w:rFonts w:ascii="Times New Roman" w:hAnsi="Times New Roman" w:cs="Times New Roman"/>
          <w:sz w:val="28"/>
          <w:szCs w:val="28"/>
        </w:rPr>
        <w:t>năm 2026</w:t>
      </w:r>
      <w:r w:rsidRPr="00AB4F7F">
        <w:rPr>
          <w:rFonts w:ascii="Times New Roman" w:eastAsia="Times New Roman" w:hAnsi="Times New Roman" w:cs="Times New Roman"/>
          <w:sz w:val="28"/>
          <w:szCs w:val="28"/>
        </w:rPr>
        <w:t>. Yêu cầu</w:t>
      </w:r>
      <w:r w:rsidR="00361412" w:rsidRPr="00AB4F7F">
        <w:rPr>
          <w:rFonts w:ascii="Times New Roman" w:eastAsia="Times New Roman" w:hAnsi="Times New Roman" w:cs="Times New Roman"/>
          <w:sz w:val="28"/>
          <w:szCs w:val="28"/>
        </w:rPr>
        <w:t xml:space="preserve"> </w:t>
      </w:r>
      <w:r w:rsidR="00320F3C">
        <w:rPr>
          <w:rFonts w:ascii="Times New Roman" w:eastAsia="Times New Roman" w:hAnsi="Times New Roman" w:cs="Times New Roman"/>
          <w:sz w:val="28"/>
          <w:szCs w:val="28"/>
        </w:rPr>
        <w:t>T</w:t>
      </w:r>
      <w:r w:rsidR="00361412" w:rsidRPr="00AB4F7F">
        <w:rPr>
          <w:rFonts w:ascii="Times New Roman" w:eastAsia="Times New Roman" w:hAnsi="Times New Roman" w:cs="Times New Roman"/>
          <w:sz w:val="28"/>
          <w:szCs w:val="28"/>
        </w:rPr>
        <w:t>hủ trưởng</w:t>
      </w:r>
      <w:r w:rsidRPr="00AB4F7F">
        <w:rPr>
          <w:rFonts w:ascii="Times New Roman" w:eastAsia="Times New Roman" w:hAnsi="Times New Roman" w:cs="Times New Roman"/>
          <w:sz w:val="28"/>
          <w:szCs w:val="28"/>
        </w:rPr>
        <w:t xml:space="preserve"> các sở, ban, ngành; </w:t>
      </w:r>
      <w:r w:rsidR="00361412" w:rsidRPr="00AB4F7F">
        <w:rPr>
          <w:rFonts w:ascii="Times New Roman" w:eastAsia="Times New Roman" w:hAnsi="Times New Roman" w:cs="Times New Roman"/>
          <w:sz w:val="28"/>
          <w:szCs w:val="28"/>
        </w:rPr>
        <w:t xml:space="preserve">Chủ tịch </w:t>
      </w:r>
      <w:r w:rsidRPr="00AB4F7F">
        <w:rPr>
          <w:rFonts w:ascii="Times New Roman" w:eastAsia="Times New Roman" w:hAnsi="Times New Roman" w:cs="Times New Roman"/>
          <w:sz w:val="28"/>
          <w:szCs w:val="28"/>
        </w:rPr>
        <w:t xml:space="preserve">UBND các xã, phường </w:t>
      </w:r>
      <w:r w:rsidR="00361412" w:rsidRPr="00AB4F7F">
        <w:rPr>
          <w:rFonts w:ascii="Times New Roman" w:eastAsia="Times New Roman" w:hAnsi="Times New Roman" w:cs="Times New Roman"/>
          <w:sz w:val="28"/>
          <w:szCs w:val="28"/>
        </w:rPr>
        <w:t>nghiêm túc</w:t>
      </w:r>
      <w:r w:rsidRPr="00AB4F7F">
        <w:rPr>
          <w:rFonts w:ascii="Times New Roman" w:eastAsia="Times New Roman" w:hAnsi="Times New Roman" w:cs="Times New Roman"/>
          <w:sz w:val="28"/>
          <w:szCs w:val="28"/>
        </w:rPr>
        <w:t xml:space="preserve"> triển khai thực hiện bảo đảm hiệu quả./.</w:t>
      </w:r>
    </w:p>
    <w:sectPr w:rsidR="00CE7E09" w:rsidRPr="00AB4F7F" w:rsidSect="002A356A">
      <w:pgSz w:w="11909" w:h="16834"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F4FE1" w14:textId="77777777" w:rsidR="009939F0" w:rsidRDefault="009939F0" w:rsidP="00B76546">
      <w:pPr>
        <w:spacing w:after="0" w:line="240" w:lineRule="auto"/>
      </w:pPr>
      <w:r>
        <w:separator/>
      </w:r>
    </w:p>
  </w:endnote>
  <w:endnote w:type="continuationSeparator" w:id="0">
    <w:p w14:paraId="529084D3" w14:textId="77777777" w:rsidR="009939F0" w:rsidRDefault="009939F0" w:rsidP="00B76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BB60E" w14:textId="77777777" w:rsidR="009939F0" w:rsidRDefault="009939F0" w:rsidP="00B76546">
      <w:pPr>
        <w:spacing w:after="0" w:line="240" w:lineRule="auto"/>
      </w:pPr>
      <w:r>
        <w:separator/>
      </w:r>
    </w:p>
  </w:footnote>
  <w:footnote w:type="continuationSeparator" w:id="0">
    <w:p w14:paraId="333D2F40" w14:textId="77777777" w:rsidR="009939F0" w:rsidRDefault="009939F0" w:rsidP="00B76546">
      <w:pPr>
        <w:spacing w:after="0" w:line="240" w:lineRule="auto"/>
      </w:pPr>
      <w:r>
        <w:continuationSeparator/>
      </w:r>
    </w:p>
  </w:footnote>
  <w:footnote w:id="1">
    <w:p w14:paraId="687E1E66" w14:textId="5A1735ED" w:rsidR="00F13382" w:rsidRPr="00B01031" w:rsidRDefault="00F13382" w:rsidP="00F644F9">
      <w:pPr>
        <w:pStyle w:val="FootnoteText"/>
        <w:jc w:val="both"/>
        <w:rPr>
          <w:rFonts w:ascii="Times New Roman" w:hAnsi="Times New Roman" w:cs="Times New Roman"/>
        </w:rPr>
      </w:pPr>
      <w:r w:rsidRPr="00B01031">
        <w:rPr>
          <w:rStyle w:val="FootnoteReference"/>
          <w:rFonts w:ascii="Times New Roman" w:hAnsi="Times New Roman" w:cs="Times New Roman"/>
        </w:rPr>
        <w:footnoteRef/>
      </w:r>
      <w:r w:rsidRPr="00B01031">
        <w:rPr>
          <w:rFonts w:ascii="Times New Roman" w:hAnsi="Times New Roman" w:cs="Times New Roman"/>
        </w:rPr>
        <w:t xml:space="preserve"> Tại Kế hoạch 142/KH-UBND: năm 2025 phải đạt 100%; Tại Quyết định số 2629/QĐ-TTg ngày 01/12/2025 của Thủ tướng Chính phủ, giai đoạn 2025 – 2027: 100% cán bộ, công chức, viên chức được đào tạo kĩ năng số cơ bản </w:t>
      </w:r>
    </w:p>
  </w:footnote>
  <w:footnote w:id="2">
    <w:p w14:paraId="370299DE" w14:textId="2FFFDA68" w:rsidR="00F13382" w:rsidRPr="00B01031" w:rsidRDefault="00F13382" w:rsidP="00F644F9">
      <w:pPr>
        <w:pStyle w:val="FootnoteText"/>
        <w:jc w:val="both"/>
        <w:rPr>
          <w:rFonts w:ascii="Times New Roman" w:hAnsi="Times New Roman" w:cs="Times New Roman"/>
        </w:rPr>
      </w:pPr>
      <w:r w:rsidRPr="00B01031">
        <w:rPr>
          <w:rStyle w:val="FootnoteReference"/>
          <w:rFonts w:ascii="Times New Roman" w:hAnsi="Times New Roman" w:cs="Times New Roman"/>
        </w:rPr>
        <w:footnoteRef/>
      </w:r>
      <w:r w:rsidRPr="00B01031">
        <w:rPr>
          <w:rFonts w:ascii="Times New Roman" w:hAnsi="Times New Roman" w:cs="Times New Roman"/>
        </w:rPr>
        <w:t xml:space="preserve"> Tại Kế hoạch 142/KH-UBND:  phải đạt 100% vào năm 2030</w:t>
      </w:r>
    </w:p>
  </w:footnote>
  <w:footnote w:id="3">
    <w:p w14:paraId="79C20348" w14:textId="1608FFC1" w:rsidR="00F13382" w:rsidRPr="007C17B5" w:rsidRDefault="00F13382" w:rsidP="00B01031">
      <w:pPr>
        <w:pStyle w:val="FootnoteText"/>
        <w:jc w:val="both"/>
        <w:rPr>
          <w:sz w:val="24"/>
          <w:szCs w:val="24"/>
        </w:rPr>
      </w:pPr>
      <w:r w:rsidRPr="00B01031">
        <w:rPr>
          <w:rStyle w:val="FootnoteReference"/>
          <w:rFonts w:ascii="Times New Roman" w:hAnsi="Times New Roman" w:cs="Times New Roman"/>
        </w:rPr>
        <w:footnoteRef/>
      </w:r>
      <w:r w:rsidRPr="00B01031">
        <w:rPr>
          <w:rFonts w:ascii="Times New Roman" w:hAnsi="Times New Roman" w:cs="Times New Roman"/>
        </w:rPr>
        <w:t xml:space="preserve"> </w:t>
      </w:r>
      <w:r w:rsidRPr="00B01031">
        <w:rPr>
          <w:rFonts w:ascii="Times New Roman" w:hAnsi="Times New Roman" w:cs="Times New Roman"/>
          <w:color w:val="000000" w:themeColor="text1"/>
        </w:rPr>
        <w:t xml:space="preserve"> Tối thiểu 90 người: mỗi sở/xã = 1 người); </w:t>
      </w:r>
      <w:r w:rsidRPr="00B01031">
        <w:rPr>
          <w:rFonts w:ascii="Times New Roman" w:hAnsi="Times New Roman" w:cs="Times New Roman"/>
        </w:rPr>
        <w:t xml:space="preserve">Tại Quyết định số 2629/QĐ-TTg ngày 01/12/2025 của Thủ tướng Chính phủ, giai đoạn 2025 </w:t>
      </w:r>
      <w:r w:rsidR="00F644F9" w:rsidRPr="00B01031">
        <w:rPr>
          <w:rFonts w:ascii="Times New Roman" w:hAnsi="Times New Roman" w:cs="Times New Roman"/>
        </w:rPr>
        <w:t>-</w:t>
      </w:r>
      <w:r w:rsidRPr="00B01031">
        <w:rPr>
          <w:rFonts w:ascii="Times New Roman" w:hAnsi="Times New Roman" w:cs="Times New Roman"/>
        </w:rPr>
        <w:t xml:space="preserve"> 2027: 50%; giai đoạn 2028 – 2030 :100% cán bô chuyên trách về CNTT, CĐS của bộ, ngành, địa phương được đào  tạo đạt chứng chỉ quản trị dữ liệu cơ bản.; </w:t>
      </w:r>
    </w:p>
  </w:footnote>
  <w:footnote w:id="4">
    <w:p w14:paraId="6F7C5F6E" w14:textId="77777777" w:rsidR="00F13382" w:rsidRPr="00B01031" w:rsidRDefault="00F13382" w:rsidP="00F644F9">
      <w:pPr>
        <w:pStyle w:val="FootnoteText"/>
        <w:jc w:val="both"/>
        <w:rPr>
          <w:rFonts w:ascii="Times New Roman" w:hAnsi="Times New Roman" w:cs="Times New Roman"/>
        </w:rPr>
      </w:pPr>
      <w:r w:rsidRPr="00B01031">
        <w:rPr>
          <w:rStyle w:val="FootnoteReference"/>
          <w:rFonts w:ascii="Times New Roman" w:hAnsi="Times New Roman" w:cs="Times New Roman"/>
        </w:rPr>
        <w:footnoteRef/>
      </w:r>
      <w:r w:rsidRPr="00B01031">
        <w:rPr>
          <w:rFonts w:ascii="Times New Roman" w:hAnsi="Times New Roman" w:cs="Times New Roman"/>
        </w:rPr>
        <w:t xml:space="preserve"> Tại Kế hoạch 142/KH-UBND: Tỷ lệ doanh nghiệp vừa và nhỏ địa phương ứng dụng công nghệ số đạt &gt;60% đến hết năm 2030.</w:t>
      </w:r>
    </w:p>
  </w:footnote>
  <w:footnote w:id="5">
    <w:p w14:paraId="73728B57" w14:textId="6970C9D0" w:rsidR="00F13382" w:rsidRPr="006A7919" w:rsidRDefault="00F13382" w:rsidP="006A7919">
      <w:pPr>
        <w:pStyle w:val="FootnoteText"/>
        <w:spacing w:before="40"/>
        <w:jc w:val="both"/>
        <w:rPr>
          <w:rFonts w:ascii="Times New Roman" w:hAnsi="Times New Roman" w:cs="Times New Roman"/>
          <w:lang w:val="en-GB"/>
        </w:rPr>
      </w:pPr>
      <w:r w:rsidRPr="006A7919">
        <w:rPr>
          <w:rStyle w:val="FootnoteReference"/>
          <w:rFonts w:ascii="Times New Roman" w:hAnsi="Times New Roman" w:cs="Times New Roman"/>
        </w:rPr>
        <w:footnoteRef/>
      </w:r>
      <w:r w:rsidRPr="006A7919">
        <w:rPr>
          <w:rFonts w:ascii="Times New Roman" w:hAnsi="Times New Roman" w:cs="Times New Roman"/>
        </w:rPr>
        <w:t xml:space="preserve"> Số lượng: Tối thiểu là 05 người, gồm: Tổ trưởng: Là Trưởng bản/Tiểu khu trưởng/Tổ trưởng tổ dân phố; Tổ phó: Là Bí thư Chi đoàn thanh niên hoặc người am hiểu về công nghệ thông tin, có kỹ năng sử dụng nền tảng số. Các thành viên: Là người am hiểu công nghệ thông tin, có kỹ năng sử dụng nền tảng số, công nghệ số, có lòng nhiệt tình, có tinh thần trách nhiệm đối với các hoạt động cộng đồng, có khả năng tuyên truyền, hướng dẫn, hỗ trợ người dân sử dụng công nghệ số. Ưu tiên các lực lượng: Công an, giáo viên, sinh viên, học sinh, đoàn thanh niên, nhân viên của các doanh nghiệp bưu chính, viễn thông, công nghệ thông tin.</w:t>
      </w:r>
    </w:p>
  </w:footnote>
  <w:footnote w:id="6">
    <w:p w14:paraId="3ED8804A" w14:textId="0ABA40BF" w:rsidR="00F13382" w:rsidRPr="006A7919" w:rsidRDefault="00F13382" w:rsidP="006A7919">
      <w:pPr>
        <w:pStyle w:val="NormalWeb"/>
        <w:spacing w:before="40" w:beforeAutospacing="0" w:after="0" w:afterAutospacing="0"/>
        <w:jc w:val="both"/>
        <w:rPr>
          <w:spacing w:val="-4"/>
          <w:sz w:val="20"/>
          <w:szCs w:val="20"/>
          <w:lang w:val="en-GB"/>
        </w:rPr>
      </w:pPr>
      <w:r w:rsidRPr="006A7919">
        <w:rPr>
          <w:rStyle w:val="FootnoteReference"/>
          <w:spacing w:val="-4"/>
          <w:sz w:val="20"/>
          <w:szCs w:val="20"/>
        </w:rPr>
        <w:footnoteRef/>
      </w:r>
      <w:r w:rsidRPr="006A7919">
        <w:rPr>
          <w:spacing w:val="-4"/>
          <w:sz w:val="20"/>
          <w:szCs w:val="20"/>
        </w:rPr>
        <w:t xml:space="preserve"> Gồm: </w:t>
      </w:r>
      <w:r w:rsidRPr="006A7919">
        <w:rPr>
          <w:rFonts w:eastAsia="Calibri"/>
          <w:color w:val="000000"/>
          <w:spacing w:val="-4"/>
          <w:sz w:val="20"/>
          <w:szCs w:val="20"/>
        </w:rPr>
        <w:t>Công an xã; Giáo viên; Công chức phụ trách công tác chuyển đổi số của xã, phường; Bí thư Đoàn thanh niên xã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E91F79"/>
    <w:multiLevelType w:val="multilevel"/>
    <w:tmpl w:val="40DED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4D56D0"/>
    <w:multiLevelType w:val="multilevel"/>
    <w:tmpl w:val="7DEA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D14720"/>
    <w:multiLevelType w:val="multilevel"/>
    <w:tmpl w:val="A636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1237C"/>
    <w:multiLevelType w:val="multilevel"/>
    <w:tmpl w:val="F276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D7061A"/>
    <w:multiLevelType w:val="multilevel"/>
    <w:tmpl w:val="93B2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72A74"/>
    <w:multiLevelType w:val="multilevel"/>
    <w:tmpl w:val="DBF4C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75D2E"/>
    <w:multiLevelType w:val="multilevel"/>
    <w:tmpl w:val="FC80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464D8"/>
    <w:multiLevelType w:val="multilevel"/>
    <w:tmpl w:val="D804A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3E77C6"/>
    <w:multiLevelType w:val="multilevel"/>
    <w:tmpl w:val="7870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519CF"/>
    <w:multiLevelType w:val="multilevel"/>
    <w:tmpl w:val="A6AE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F570E1"/>
    <w:multiLevelType w:val="multilevel"/>
    <w:tmpl w:val="809E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683D08"/>
    <w:multiLevelType w:val="multilevel"/>
    <w:tmpl w:val="1A06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4F6661"/>
    <w:multiLevelType w:val="multilevel"/>
    <w:tmpl w:val="B3F8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094FBB"/>
    <w:multiLevelType w:val="multilevel"/>
    <w:tmpl w:val="E714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742EE9"/>
    <w:multiLevelType w:val="multilevel"/>
    <w:tmpl w:val="B438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4975EC"/>
    <w:multiLevelType w:val="multilevel"/>
    <w:tmpl w:val="7882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C749B1"/>
    <w:multiLevelType w:val="multilevel"/>
    <w:tmpl w:val="AD1E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5044485">
    <w:abstractNumId w:val="5"/>
  </w:num>
  <w:num w:numId="2" w16cid:durableId="758409649">
    <w:abstractNumId w:val="3"/>
  </w:num>
  <w:num w:numId="3" w16cid:durableId="127627154">
    <w:abstractNumId w:val="2"/>
  </w:num>
  <w:num w:numId="4" w16cid:durableId="1720280530">
    <w:abstractNumId w:val="4"/>
  </w:num>
  <w:num w:numId="5" w16cid:durableId="1348828808">
    <w:abstractNumId w:val="1"/>
  </w:num>
  <w:num w:numId="6" w16cid:durableId="1623880001">
    <w:abstractNumId w:val="0"/>
  </w:num>
  <w:num w:numId="7" w16cid:durableId="1399399743">
    <w:abstractNumId w:val="7"/>
  </w:num>
  <w:num w:numId="8" w16cid:durableId="2007325233">
    <w:abstractNumId w:val="20"/>
  </w:num>
  <w:num w:numId="9" w16cid:durableId="1977486067">
    <w:abstractNumId w:val="18"/>
  </w:num>
  <w:num w:numId="10" w16cid:durableId="1837107477">
    <w:abstractNumId w:val="11"/>
  </w:num>
  <w:num w:numId="11" w16cid:durableId="2059548455">
    <w:abstractNumId w:val="14"/>
  </w:num>
  <w:num w:numId="12" w16cid:durableId="244339070">
    <w:abstractNumId w:val="15"/>
  </w:num>
  <w:num w:numId="13" w16cid:durableId="1434589714">
    <w:abstractNumId w:val="10"/>
  </w:num>
  <w:num w:numId="14" w16cid:durableId="1324822019">
    <w:abstractNumId w:val="21"/>
  </w:num>
  <w:num w:numId="15" w16cid:durableId="152457532">
    <w:abstractNumId w:val="19"/>
  </w:num>
  <w:num w:numId="16" w16cid:durableId="334460957">
    <w:abstractNumId w:val="13"/>
  </w:num>
  <w:num w:numId="17" w16cid:durableId="900944094">
    <w:abstractNumId w:val="8"/>
  </w:num>
  <w:num w:numId="18" w16cid:durableId="1113131822">
    <w:abstractNumId w:val="22"/>
  </w:num>
  <w:num w:numId="19" w16cid:durableId="23021328">
    <w:abstractNumId w:val="12"/>
  </w:num>
  <w:num w:numId="20" w16cid:durableId="988559438">
    <w:abstractNumId w:val="6"/>
  </w:num>
  <w:num w:numId="21" w16cid:durableId="1092552018">
    <w:abstractNumId w:val="17"/>
  </w:num>
  <w:num w:numId="22" w16cid:durableId="958486737">
    <w:abstractNumId w:val="16"/>
  </w:num>
  <w:num w:numId="23" w16cid:durableId="175022448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9E1"/>
    <w:rsid w:val="00001FBD"/>
    <w:rsid w:val="0000209C"/>
    <w:rsid w:val="00011522"/>
    <w:rsid w:val="00011AA6"/>
    <w:rsid w:val="00015988"/>
    <w:rsid w:val="000232FB"/>
    <w:rsid w:val="00032F4C"/>
    <w:rsid w:val="00032FC5"/>
    <w:rsid w:val="000338A8"/>
    <w:rsid w:val="00034616"/>
    <w:rsid w:val="000350DE"/>
    <w:rsid w:val="000360FE"/>
    <w:rsid w:val="00041301"/>
    <w:rsid w:val="00041F77"/>
    <w:rsid w:val="00044C78"/>
    <w:rsid w:val="00045EC5"/>
    <w:rsid w:val="0005111D"/>
    <w:rsid w:val="000541A7"/>
    <w:rsid w:val="00055C12"/>
    <w:rsid w:val="0006063C"/>
    <w:rsid w:val="00060C1E"/>
    <w:rsid w:val="0006270C"/>
    <w:rsid w:val="0006524E"/>
    <w:rsid w:val="00065C97"/>
    <w:rsid w:val="000727B8"/>
    <w:rsid w:val="00073262"/>
    <w:rsid w:val="00074BC6"/>
    <w:rsid w:val="000807CF"/>
    <w:rsid w:val="00093096"/>
    <w:rsid w:val="00093B8A"/>
    <w:rsid w:val="000A27C2"/>
    <w:rsid w:val="000A528B"/>
    <w:rsid w:val="000B5A50"/>
    <w:rsid w:val="000C2E48"/>
    <w:rsid w:val="000C4275"/>
    <w:rsid w:val="000C482B"/>
    <w:rsid w:val="000C4E0B"/>
    <w:rsid w:val="000D16B1"/>
    <w:rsid w:val="000D3CC0"/>
    <w:rsid w:val="000D449A"/>
    <w:rsid w:val="000D54D6"/>
    <w:rsid w:val="000D5D60"/>
    <w:rsid w:val="000E2C8A"/>
    <w:rsid w:val="000E580E"/>
    <w:rsid w:val="000F4D74"/>
    <w:rsid w:val="001046B6"/>
    <w:rsid w:val="00110F29"/>
    <w:rsid w:val="00112A18"/>
    <w:rsid w:val="0011702C"/>
    <w:rsid w:val="001245C9"/>
    <w:rsid w:val="00127D83"/>
    <w:rsid w:val="0013095E"/>
    <w:rsid w:val="00135702"/>
    <w:rsid w:val="00140503"/>
    <w:rsid w:val="00147932"/>
    <w:rsid w:val="0015074B"/>
    <w:rsid w:val="001520C3"/>
    <w:rsid w:val="00154613"/>
    <w:rsid w:val="00155F35"/>
    <w:rsid w:val="00157386"/>
    <w:rsid w:val="001651B6"/>
    <w:rsid w:val="001918CF"/>
    <w:rsid w:val="001939CD"/>
    <w:rsid w:val="00194F53"/>
    <w:rsid w:val="001B2992"/>
    <w:rsid w:val="001B3A11"/>
    <w:rsid w:val="001B5378"/>
    <w:rsid w:val="001B6FE7"/>
    <w:rsid w:val="001C28F1"/>
    <w:rsid w:val="001D3160"/>
    <w:rsid w:val="001E3C2A"/>
    <w:rsid w:val="001E5A60"/>
    <w:rsid w:val="001E61DD"/>
    <w:rsid w:val="001F15AC"/>
    <w:rsid w:val="00203876"/>
    <w:rsid w:val="00210D8E"/>
    <w:rsid w:val="00217BEA"/>
    <w:rsid w:val="00221F36"/>
    <w:rsid w:val="00221F66"/>
    <w:rsid w:val="00224709"/>
    <w:rsid w:val="00225778"/>
    <w:rsid w:val="00227181"/>
    <w:rsid w:val="00231014"/>
    <w:rsid w:val="00232C40"/>
    <w:rsid w:val="00233166"/>
    <w:rsid w:val="00233827"/>
    <w:rsid w:val="00235058"/>
    <w:rsid w:val="002361C3"/>
    <w:rsid w:val="0024007C"/>
    <w:rsid w:val="00240266"/>
    <w:rsid w:val="00242E9E"/>
    <w:rsid w:val="00250B23"/>
    <w:rsid w:val="00251D87"/>
    <w:rsid w:val="00254D2B"/>
    <w:rsid w:val="002579AF"/>
    <w:rsid w:val="002606A9"/>
    <w:rsid w:val="00261A30"/>
    <w:rsid w:val="00261E99"/>
    <w:rsid w:val="002622CB"/>
    <w:rsid w:val="00264AA2"/>
    <w:rsid w:val="002708BB"/>
    <w:rsid w:val="00271983"/>
    <w:rsid w:val="00271FDE"/>
    <w:rsid w:val="0028548D"/>
    <w:rsid w:val="002862E9"/>
    <w:rsid w:val="00293FFE"/>
    <w:rsid w:val="0029639D"/>
    <w:rsid w:val="002A111E"/>
    <w:rsid w:val="002A356A"/>
    <w:rsid w:val="002B0F1F"/>
    <w:rsid w:val="002B119F"/>
    <w:rsid w:val="002B1BC0"/>
    <w:rsid w:val="002B5A2E"/>
    <w:rsid w:val="002B5C02"/>
    <w:rsid w:val="002C3DD5"/>
    <w:rsid w:val="002C728A"/>
    <w:rsid w:val="002D23E4"/>
    <w:rsid w:val="002D3114"/>
    <w:rsid w:val="002D496E"/>
    <w:rsid w:val="002F02BD"/>
    <w:rsid w:val="002F34BE"/>
    <w:rsid w:val="002F3E52"/>
    <w:rsid w:val="00300156"/>
    <w:rsid w:val="003026E0"/>
    <w:rsid w:val="00305A94"/>
    <w:rsid w:val="0031161F"/>
    <w:rsid w:val="003135EF"/>
    <w:rsid w:val="003135FC"/>
    <w:rsid w:val="0031436A"/>
    <w:rsid w:val="003168B6"/>
    <w:rsid w:val="00320F3C"/>
    <w:rsid w:val="003223A4"/>
    <w:rsid w:val="00322A65"/>
    <w:rsid w:val="00326F90"/>
    <w:rsid w:val="00334928"/>
    <w:rsid w:val="00344FF1"/>
    <w:rsid w:val="003513BB"/>
    <w:rsid w:val="00356D0B"/>
    <w:rsid w:val="00360FB5"/>
    <w:rsid w:val="00361412"/>
    <w:rsid w:val="00366D27"/>
    <w:rsid w:val="0037535A"/>
    <w:rsid w:val="00375FD6"/>
    <w:rsid w:val="00385EB9"/>
    <w:rsid w:val="00394825"/>
    <w:rsid w:val="003B2994"/>
    <w:rsid w:val="003B2DFD"/>
    <w:rsid w:val="003B2EAD"/>
    <w:rsid w:val="003B3E09"/>
    <w:rsid w:val="003B7D92"/>
    <w:rsid w:val="003C1541"/>
    <w:rsid w:val="003C2F39"/>
    <w:rsid w:val="003C59AF"/>
    <w:rsid w:val="003C61D6"/>
    <w:rsid w:val="003C7D2A"/>
    <w:rsid w:val="003D2B70"/>
    <w:rsid w:val="003D39DA"/>
    <w:rsid w:val="003E2D14"/>
    <w:rsid w:val="003E37F0"/>
    <w:rsid w:val="003E7090"/>
    <w:rsid w:val="003F0452"/>
    <w:rsid w:val="003F25D6"/>
    <w:rsid w:val="003F5C9A"/>
    <w:rsid w:val="003F61A9"/>
    <w:rsid w:val="003F7B30"/>
    <w:rsid w:val="004052DF"/>
    <w:rsid w:val="00406728"/>
    <w:rsid w:val="00406CD5"/>
    <w:rsid w:val="00415590"/>
    <w:rsid w:val="004205AC"/>
    <w:rsid w:val="00422666"/>
    <w:rsid w:val="0042454C"/>
    <w:rsid w:val="00426331"/>
    <w:rsid w:val="00426BFA"/>
    <w:rsid w:val="0044131F"/>
    <w:rsid w:val="00445671"/>
    <w:rsid w:val="004535BB"/>
    <w:rsid w:val="004558C2"/>
    <w:rsid w:val="00460747"/>
    <w:rsid w:val="004615EE"/>
    <w:rsid w:val="0046270F"/>
    <w:rsid w:val="0046434A"/>
    <w:rsid w:val="0046488F"/>
    <w:rsid w:val="00472FD7"/>
    <w:rsid w:val="004734C3"/>
    <w:rsid w:val="00473C14"/>
    <w:rsid w:val="004745A3"/>
    <w:rsid w:val="00494576"/>
    <w:rsid w:val="004979B1"/>
    <w:rsid w:val="004A0E1A"/>
    <w:rsid w:val="004A7260"/>
    <w:rsid w:val="004B005C"/>
    <w:rsid w:val="004C2272"/>
    <w:rsid w:val="004C2E65"/>
    <w:rsid w:val="004C3759"/>
    <w:rsid w:val="004C5455"/>
    <w:rsid w:val="004D21FC"/>
    <w:rsid w:val="004D35E9"/>
    <w:rsid w:val="004D73FE"/>
    <w:rsid w:val="004E15B2"/>
    <w:rsid w:val="004E4222"/>
    <w:rsid w:val="004E4A0B"/>
    <w:rsid w:val="004F0F68"/>
    <w:rsid w:val="004F592E"/>
    <w:rsid w:val="004F74BF"/>
    <w:rsid w:val="004F7F1B"/>
    <w:rsid w:val="005003B9"/>
    <w:rsid w:val="005042BA"/>
    <w:rsid w:val="00504FEA"/>
    <w:rsid w:val="00505B0B"/>
    <w:rsid w:val="00510FE9"/>
    <w:rsid w:val="0051169A"/>
    <w:rsid w:val="005117C7"/>
    <w:rsid w:val="00521C00"/>
    <w:rsid w:val="00532D3D"/>
    <w:rsid w:val="00533C0A"/>
    <w:rsid w:val="005403DA"/>
    <w:rsid w:val="005418F2"/>
    <w:rsid w:val="00541C08"/>
    <w:rsid w:val="00543E8D"/>
    <w:rsid w:val="005456D8"/>
    <w:rsid w:val="005470CA"/>
    <w:rsid w:val="005526F1"/>
    <w:rsid w:val="005540DB"/>
    <w:rsid w:val="00555B82"/>
    <w:rsid w:val="0055622A"/>
    <w:rsid w:val="00562D07"/>
    <w:rsid w:val="00563DD6"/>
    <w:rsid w:val="005710EA"/>
    <w:rsid w:val="00572B48"/>
    <w:rsid w:val="00572C04"/>
    <w:rsid w:val="0057520F"/>
    <w:rsid w:val="005765DF"/>
    <w:rsid w:val="00581AC2"/>
    <w:rsid w:val="00591362"/>
    <w:rsid w:val="00591E07"/>
    <w:rsid w:val="00594037"/>
    <w:rsid w:val="00594C72"/>
    <w:rsid w:val="005961D3"/>
    <w:rsid w:val="0059696A"/>
    <w:rsid w:val="00597E27"/>
    <w:rsid w:val="005A0E27"/>
    <w:rsid w:val="005A29C8"/>
    <w:rsid w:val="005A704F"/>
    <w:rsid w:val="005B22B7"/>
    <w:rsid w:val="005B39B9"/>
    <w:rsid w:val="005B6FFF"/>
    <w:rsid w:val="005C173B"/>
    <w:rsid w:val="005D4D1E"/>
    <w:rsid w:val="005D6405"/>
    <w:rsid w:val="005E088F"/>
    <w:rsid w:val="005E366B"/>
    <w:rsid w:val="005E5B68"/>
    <w:rsid w:val="0060614B"/>
    <w:rsid w:val="00606BA8"/>
    <w:rsid w:val="00606F4D"/>
    <w:rsid w:val="006126A3"/>
    <w:rsid w:val="006128D6"/>
    <w:rsid w:val="00626F53"/>
    <w:rsid w:val="006270AB"/>
    <w:rsid w:val="00630989"/>
    <w:rsid w:val="006334C6"/>
    <w:rsid w:val="00637DCC"/>
    <w:rsid w:val="00640565"/>
    <w:rsid w:val="00646154"/>
    <w:rsid w:val="006537BE"/>
    <w:rsid w:val="00657910"/>
    <w:rsid w:val="006579B6"/>
    <w:rsid w:val="00662CD4"/>
    <w:rsid w:val="00663015"/>
    <w:rsid w:val="00664E5D"/>
    <w:rsid w:val="0067254C"/>
    <w:rsid w:val="006728F3"/>
    <w:rsid w:val="0067561C"/>
    <w:rsid w:val="00680452"/>
    <w:rsid w:val="006835D3"/>
    <w:rsid w:val="0068559A"/>
    <w:rsid w:val="006902BB"/>
    <w:rsid w:val="0069348D"/>
    <w:rsid w:val="006952D7"/>
    <w:rsid w:val="0069586F"/>
    <w:rsid w:val="00697297"/>
    <w:rsid w:val="006A5A33"/>
    <w:rsid w:val="006A7919"/>
    <w:rsid w:val="006B2A6D"/>
    <w:rsid w:val="006B3051"/>
    <w:rsid w:val="006B7E92"/>
    <w:rsid w:val="006C064B"/>
    <w:rsid w:val="006C3855"/>
    <w:rsid w:val="006D0FDC"/>
    <w:rsid w:val="006D48EE"/>
    <w:rsid w:val="006D4973"/>
    <w:rsid w:val="006E1CA0"/>
    <w:rsid w:val="006E446C"/>
    <w:rsid w:val="006E63EE"/>
    <w:rsid w:val="006E6406"/>
    <w:rsid w:val="006E7DF8"/>
    <w:rsid w:val="006F6187"/>
    <w:rsid w:val="00700871"/>
    <w:rsid w:val="007038A5"/>
    <w:rsid w:val="00705272"/>
    <w:rsid w:val="007062CD"/>
    <w:rsid w:val="0070660A"/>
    <w:rsid w:val="00710E82"/>
    <w:rsid w:val="007114A7"/>
    <w:rsid w:val="00712041"/>
    <w:rsid w:val="00712853"/>
    <w:rsid w:val="007158BE"/>
    <w:rsid w:val="007201FC"/>
    <w:rsid w:val="0073387B"/>
    <w:rsid w:val="0073494C"/>
    <w:rsid w:val="007479F2"/>
    <w:rsid w:val="00747EFF"/>
    <w:rsid w:val="00752432"/>
    <w:rsid w:val="0075254E"/>
    <w:rsid w:val="00752ED4"/>
    <w:rsid w:val="00756C8F"/>
    <w:rsid w:val="007610B4"/>
    <w:rsid w:val="00761988"/>
    <w:rsid w:val="00762DDC"/>
    <w:rsid w:val="00764EF8"/>
    <w:rsid w:val="00766DBD"/>
    <w:rsid w:val="00772FBD"/>
    <w:rsid w:val="007732E3"/>
    <w:rsid w:val="007746C4"/>
    <w:rsid w:val="00781AAA"/>
    <w:rsid w:val="00794387"/>
    <w:rsid w:val="00796746"/>
    <w:rsid w:val="007A7550"/>
    <w:rsid w:val="007A7D97"/>
    <w:rsid w:val="007B00CE"/>
    <w:rsid w:val="007B6E98"/>
    <w:rsid w:val="007C0C0B"/>
    <w:rsid w:val="007C17B5"/>
    <w:rsid w:val="007C1DA9"/>
    <w:rsid w:val="007C527E"/>
    <w:rsid w:val="007C705D"/>
    <w:rsid w:val="007D0B2A"/>
    <w:rsid w:val="007E0586"/>
    <w:rsid w:val="007E0DA8"/>
    <w:rsid w:val="007E1808"/>
    <w:rsid w:val="007E1B97"/>
    <w:rsid w:val="007E211B"/>
    <w:rsid w:val="007E235A"/>
    <w:rsid w:val="007E2AA2"/>
    <w:rsid w:val="007E6CC0"/>
    <w:rsid w:val="007E7B26"/>
    <w:rsid w:val="007F2188"/>
    <w:rsid w:val="007F5276"/>
    <w:rsid w:val="00800A95"/>
    <w:rsid w:val="00802301"/>
    <w:rsid w:val="00803A29"/>
    <w:rsid w:val="00804193"/>
    <w:rsid w:val="008149ED"/>
    <w:rsid w:val="00817642"/>
    <w:rsid w:val="00820752"/>
    <w:rsid w:val="00825A0F"/>
    <w:rsid w:val="00826280"/>
    <w:rsid w:val="00830469"/>
    <w:rsid w:val="008316C2"/>
    <w:rsid w:val="008329AA"/>
    <w:rsid w:val="00840E98"/>
    <w:rsid w:val="00851C43"/>
    <w:rsid w:val="00853C71"/>
    <w:rsid w:val="00854F0F"/>
    <w:rsid w:val="008658B8"/>
    <w:rsid w:val="00867F88"/>
    <w:rsid w:val="00874184"/>
    <w:rsid w:val="008762B0"/>
    <w:rsid w:val="00890902"/>
    <w:rsid w:val="00891DC8"/>
    <w:rsid w:val="00892AD0"/>
    <w:rsid w:val="00895C40"/>
    <w:rsid w:val="00897568"/>
    <w:rsid w:val="00897D7C"/>
    <w:rsid w:val="008A0C0E"/>
    <w:rsid w:val="008A388E"/>
    <w:rsid w:val="008A41EA"/>
    <w:rsid w:val="008C3260"/>
    <w:rsid w:val="008D0F90"/>
    <w:rsid w:val="008D6F5E"/>
    <w:rsid w:val="008F1B18"/>
    <w:rsid w:val="008F2F7D"/>
    <w:rsid w:val="0090389A"/>
    <w:rsid w:val="00907B7B"/>
    <w:rsid w:val="00910182"/>
    <w:rsid w:val="00912D0F"/>
    <w:rsid w:val="00912DC4"/>
    <w:rsid w:val="00913960"/>
    <w:rsid w:val="00914204"/>
    <w:rsid w:val="0091611A"/>
    <w:rsid w:val="009251B7"/>
    <w:rsid w:val="0092665B"/>
    <w:rsid w:val="00935D6A"/>
    <w:rsid w:val="00943B6C"/>
    <w:rsid w:val="00944C76"/>
    <w:rsid w:val="00945C48"/>
    <w:rsid w:val="00957AB2"/>
    <w:rsid w:val="00961B48"/>
    <w:rsid w:val="00962FCF"/>
    <w:rsid w:val="009668FB"/>
    <w:rsid w:val="0096708D"/>
    <w:rsid w:val="00977696"/>
    <w:rsid w:val="0098063B"/>
    <w:rsid w:val="00993834"/>
    <w:rsid w:val="009939F0"/>
    <w:rsid w:val="009A2562"/>
    <w:rsid w:val="009A4492"/>
    <w:rsid w:val="009A683F"/>
    <w:rsid w:val="009B0338"/>
    <w:rsid w:val="009D23F5"/>
    <w:rsid w:val="009D4CD5"/>
    <w:rsid w:val="009E184D"/>
    <w:rsid w:val="009E5D75"/>
    <w:rsid w:val="009F1B0A"/>
    <w:rsid w:val="009F550D"/>
    <w:rsid w:val="009F55DC"/>
    <w:rsid w:val="009F6F80"/>
    <w:rsid w:val="00A062B4"/>
    <w:rsid w:val="00A07E5C"/>
    <w:rsid w:val="00A11036"/>
    <w:rsid w:val="00A11F7A"/>
    <w:rsid w:val="00A129C0"/>
    <w:rsid w:val="00A17662"/>
    <w:rsid w:val="00A31148"/>
    <w:rsid w:val="00A35559"/>
    <w:rsid w:val="00A36040"/>
    <w:rsid w:val="00A3785B"/>
    <w:rsid w:val="00A41C5A"/>
    <w:rsid w:val="00A4657B"/>
    <w:rsid w:val="00A47F1A"/>
    <w:rsid w:val="00A52BAF"/>
    <w:rsid w:val="00A540EC"/>
    <w:rsid w:val="00A60203"/>
    <w:rsid w:val="00A610E8"/>
    <w:rsid w:val="00A61ECF"/>
    <w:rsid w:val="00A663F9"/>
    <w:rsid w:val="00A67FCC"/>
    <w:rsid w:val="00A767BD"/>
    <w:rsid w:val="00A86166"/>
    <w:rsid w:val="00A87B80"/>
    <w:rsid w:val="00A95BED"/>
    <w:rsid w:val="00A95FF5"/>
    <w:rsid w:val="00A96592"/>
    <w:rsid w:val="00A97953"/>
    <w:rsid w:val="00AA1D8D"/>
    <w:rsid w:val="00AA1FB9"/>
    <w:rsid w:val="00AB1A52"/>
    <w:rsid w:val="00AB4F7F"/>
    <w:rsid w:val="00AC3D5B"/>
    <w:rsid w:val="00AD1DB6"/>
    <w:rsid w:val="00AD4EDB"/>
    <w:rsid w:val="00AE6173"/>
    <w:rsid w:val="00AF0AEA"/>
    <w:rsid w:val="00AF15C8"/>
    <w:rsid w:val="00AF1BF1"/>
    <w:rsid w:val="00AF3244"/>
    <w:rsid w:val="00AF3985"/>
    <w:rsid w:val="00B01031"/>
    <w:rsid w:val="00B0252C"/>
    <w:rsid w:val="00B05730"/>
    <w:rsid w:val="00B06CFC"/>
    <w:rsid w:val="00B1103F"/>
    <w:rsid w:val="00B124F8"/>
    <w:rsid w:val="00B157A1"/>
    <w:rsid w:val="00B22975"/>
    <w:rsid w:val="00B24E05"/>
    <w:rsid w:val="00B2573A"/>
    <w:rsid w:val="00B25D80"/>
    <w:rsid w:val="00B3430A"/>
    <w:rsid w:val="00B352E4"/>
    <w:rsid w:val="00B373FA"/>
    <w:rsid w:val="00B4005B"/>
    <w:rsid w:val="00B40156"/>
    <w:rsid w:val="00B47730"/>
    <w:rsid w:val="00B51D42"/>
    <w:rsid w:val="00B54F8B"/>
    <w:rsid w:val="00B61777"/>
    <w:rsid w:val="00B62D6E"/>
    <w:rsid w:val="00B64BA7"/>
    <w:rsid w:val="00B66AB5"/>
    <w:rsid w:val="00B73FAF"/>
    <w:rsid w:val="00B75EF0"/>
    <w:rsid w:val="00B76546"/>
    <w:rsid w:val="00B80755"/>
    <w:rsid w:val="00B81188"/>
    <w:rsid w:val="00B86001"/>
    <w:rsid w:val="00B87252"/>
    <w:rsid w:val="00B97089"/>
    <w:rsid w:val="00BA028D"/>
    <w:rsid w:val="00BA4E75"/>
    <w:rsid w:val="00BB0B47"/>
    <w:rsid w:val="00BB2DD7"/>
    <w:rsid w:val="00BB337B"/>
    <w:rsid w:val="00BB6F0C"/>
    <w:rsid w:val="00BC015A"/>
    <w:rsid w:val="00BC6433"/>
    <w:rsid w:val="00BD479E"/>
    <w:rsid w:val="00BD73ED"/>
    <w:rsid w:val="00BE5841"/>
    <w:rsid w:val="00BF17E5"/>
    <w:rsid w:val="00BF3DC4"/>
    <w:rsid w:val="00BF74B2"/>
    <w:rsid w:val="00C13F42"/>
    <w:rsid w:val="00C227AA"/>
    <w:rsid w:val="00C24B59"/>
    <w:rsid w:val="00C26122"/>
    <w:rsid w:val="00C26B07"/>
    <w:rsid w:val="00C30D59"/>
    <w:rsid w:val="00C40DD5"/>
    <w:rsid w:val="00C47C19"/>
    <w:rsid w:val="00C52ECB"/>
    <w:rsid w:val="00C54074"/>
    <w:rsid w:val="00C57CC4"/>
    <w:rsid w:val="00C633C7"/>
    <w:rsid w:val="00C64F94"/>
    <w:rsid w:val="00C665A3"/>
    <w:rsid w:val="00C67084"/>
    <w:rsid w:val="00C82D7A"/>
    <w:rsid w:val="00CA04F3"/>
    <w:rsid w:val="00CA1A72"/>
    <w:rsid w:val="00CA1C0D"/>
    <w:rsid w:val="00CA6518"/>
    <w:rsid w:val="00CB0664"/>
    <w:rsid w:val="00CB629D"/>
    <w:rsid w:val="00CC075F"/>
    <w:rsid w:val="00CC1FC2"/>
    <w:rsid w:val="00CC2B06"/>
    <w:rsid w:val="00CD5611"/>
    <w:rsid w:val="00CD590E"/>
    <w:rsid w:val="00CD7286"/>
    <w:rsid w:val="00CD7ECB"/>
    <w:rsid w:val="00CE1C45"/>
    <w:rsid w:val="00CE26A5"/>
    <w:rsid w:val="00CE2B65"/>
    <w:rsid w:val="00CE458F"/>
    <w:rsid w:val="00CE7E09"/>
    <w:rsid w:val="00CF03EC"/>
    <w:rsid w:val="00CF2C05"/>
    <w:rsid w:val="00CF6537"/>
    <w:rsid w:val="00CF6C5F"/>
    <w:rsid w:val="00D01C1D"/>
    <w:rsid w:val="00D02C60"/>
    <w:rsid w:val="00D036D3"/>
    <w:rsid w:val="00D049F4"/>
    <w:rsid w:val="00D13114"/>
    <w:rsid w:val="00D138E0"/>
    <w:rsid w:val="00D15887"/>
    <w:rsid w:val="00D17D2D"/>
    <w:rsid w:val="00D23049"/>
    <w:rsid w:val="00D326EB"/>
    <w:rsid w:val="00D36104"/>
    <w:rsid w:val="00D367E2"/>
    <w:rsid w:val="00D42C0B"/>
    <w:rsid w:val="00D54BFE"/>
    <w:rsid w:val="00D56688"/>
    <w:rsid w:val="00D57EDF"/>
    <w:rsid w:val="00D8417E"/>
    <w:rsid w:val="00D869E9"/>
    <w:rsid w:val="00D90CC4"/>
    <w:rsid w:val="00D91BDF"/>
    <w:rsid w:val="00D91F54"/>
    <w:rsid w:val="00D93A2F"/>
    <w:rsid w:val="00D93A43"/>
    <w:rsid w:val="00D946A5"/>
    <w:rsid w:val="00DA3DAA"/>
    <w:rsid w:val="00DA491C"/>
    <w:rsid w:val="00DB0821"/>
    <w:rsid w:val="00DB47AB"/>
    <w:rsid w:val="00DB58AD"/>
    <w:rsid w:val="00DC0DAA"/>
    <w:rsid w:val="00DC2BF8"/>
    <w:rsid w:val="00DC4734"/>
    <w:rsid w:val="00DD1A9A"/>
    <w:rsid w:val="00DD2052"/>
    <w:rsid w:val="00DD20E4"/>
    <w:rsid w:val="00DD59EA"/>
    <w:rsid w:val="00DE38B6"/>
    <w:rsid w:val="00DE72F5"/>
    <w:rsid w:val="00DF060A"/>
    <w:rsid w:val="00E0465B"/>
    <w:rsid w:val="00E04D24"/>
    <w:rsid w:val="00E106DB"/>
    <w:rsid w:val="00E11167"/>
    <w:rsid w:val="00E11438"/>
    <w:rsid w:val="00E14486"/>
    <w:rsid w:val="00E255FF"/>
    <w:rsid w:val="00E2760F"/>
    <w:rsid w:val="00E30FE2"/>
    <w:rsid w:val="00E336C8"/>
    <w:rsid w:val="00E37F44"/>
    <w:rsid w:val="00E410BA"/>
    <w:rsid w:val="00E42173"/>
    <w:rsid w:val="00E445C4"/>
    <w:rsid w:val="00E472F8"/>
    <w:rsid w:val="00E509AF"/>
    <w:rsid w:val="00E517B1"/>
    <w:rsid w:val="00E517B5"/>
    <w:rsid w:val="00E530E5"/>
    <w:rsid w:val="00E55931"/>
    <w:rsid w:val="00E574A1"/>
    <w:rsid w:val="00E576BF"/>
    <w:rsid w:val="00E62CFC"/>
    <w:rsid w:val="00E62DCF"/>
    <w:rsid w:val="00E65575"/>
    <w:rsid w:val="00E6639D"/>
    <w:rsid w:val="00E7206F"/>
    <w:rsid w:val="00E74927"/>
    <w:rsid w:val="00E77208"/>
    <w:rsid w:val="00E80749"/>
    <w:rsid w:val="00E84863"/>
    <w:rsid w:val="00E85692"/>
    <w:rsid w:val="00E860C4"/>
    <w:rsid w:val="00E92725"/>
    <w:rsid w:val="00E94E8D"/>
    <w:rsid w:val="00E9667B"/>
    <w:rsid w:val="00EA607F"/>
    <w:rsid w:val="00EA702F"/>
    <w:rsid w:val="00EA7EAB"/>
    <w:rsid w:val="00EB23C4"/>
    <w:rsid w:val="00EB4209"/>
    <w:rsid w:val="00EB7985"/>
    <w:rsid w:val="00EC604F"/>
    <w:rsid w:val="00EC79A6"/>
    <w:rsid w:val="00ED0C25"/>
    <w:rsid w:val="00ED121A"/>
    <w:rsid w:val="00ED5BF1"/>
    <w:rsid w:val="00ED67CB"/>
    <w:rsid w:val="00EE090C"/>
    <w:rsid w:val="00EF2490"/>
    <w:rsid w:val="00EF38AD"/>
    <w:rsid w:val="00EF7C35"/>
    <w:rsid w:val="00F014FB"/>
    <w:rsid w:val="00F0319B"/>
    <w:rsid w:val="00F10F3F"/>
    <w:rsid w:val="00F13382"/>
    <w:rsid w:val="00F133B0"/>
    <w:rsid w:val="00F175DF"/>
    <w:rsid w:val="00F20E3E"/>
    <w:rsid w:val="00F23B9D"/>
    <w:rsid w:val="00F41F5B"/>
    <w:rsid w:val="00F457BF"/>
    <w:rsid w:val="00F4688B"/>
    <w:rsid w:val="00F61A38"/>
    <w:rsid w:val="00F63F97"/>
    <w:rsid w:val="00F644F9"/>
    <w:rsid w:val="00F65486"/>
    <w:rsid w:val="00F66665"/>
    <w:rsid w:val="00F8065A"/>
    <w:rsid w:val="00F818D8"/>
    <w:rsid w:val="00F9218C"/>
    <w:rsid w:val="00F94060"/>
    <w:rsid w:val="00F9710E"/>
    <w:rsid w:val="00FB1EFE"/>
    <w:rsid w:val="00FB7C85"/>
    <w:rsid w:val="00FC05AC"/>
    <w:rsid w:val="00FC161E"/>
    <w:rsid w:val="00FC1C3B"/>
    <w:rsid w:val="00FC2427"/>
    <w:rsid w:val="00FC693F"/>
    <w:rsid w:val="00FE2F67"/>
    <w:rsid w:val="00FE4272"/>
    <w:rsid w:val="00FE48B1"/>
    <w:rsid w:val="00FE491D"/>
    <w:rsid w:val="00FE4A23"/>
    <w:rsid w:val="00FE4E78"/>
    <w:rsid w:val="00FE6E67"/>
    <w:rsid w:val="00FF0C65"/>
    <w:rsid w:val="00FF10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C2C3A5"/>
  <w14:defaultImageDpi w14:val="300"/>
  <w15:docId w15:val="{2BF7002E-7A7B-4B87-96FC-E1C72AA6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618BF"/>
  </w:style>
  <w:style w:type="paragraph" w:styleId="Footer">
    <w:name w:val="footer"/>
    <w:basedOn w:val="Normal"/>
    <w:link w:val="FooterChar"/>
    <w:uiPriority w:val="99"/>
    <w:unhideWhenUsed/>
    <w:qFormat/>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aliases w:val="Обычный (веб)1,Обычный (веб) Знак,Обычный (веб) Знак1,Обычный (веб) Знак Знак,Char Char Char, Char Char Char,Char Char Char Char Char Char Char Char Char Char Char, Char Char25,Char Char25,webb, webb"/>
    <w:basedOn w:val="Normal"/>
    <w:link w:val="NormalWebChar"/>
    <w:uiPriority w:val="99"/>
    <w:unhideWhenUsed/>
    <w:qFormat/>
    <w:rsid w:val="00E749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Char Char Char Char Char Char Char Char Char Char Char Char, Char Char25 Char,Char Char25 Char"/>
    <w:link w:val="NormalWeb"/>
    <w:uiPriority w:val="99"/>
    <w:locked/>
    <w:rsid w:val="007B00CE"/>
    <w:rPr>
      <w:rFonts w:ascii="Times New Roman" w:eastAsia="Times New Roman" w:hAnsi="Times New Roman" w:cs="Times New Roman"/>
      <w:sz w:val="24"/>
      <w:szCs w:val="24"/>
    </w:rPr>
  </w:style>
  <w:style w:type="character" w:styleId="PageNumber">
    <w:name w:val="page number"/>
    <w:basedOn w:val="DefaultParagraphFont"/>
    <w:qFormat/>
    <w:rsid w:val="00663015"/>
  </w:style>
  <w:style w:type="paragraph" w:customStyle="1" w:styleId="Default">
    <w:name w:val="Default"/>
    <w:rsid w:val="00663015"/>
    <w:pPr>
      <w:autoSpaceDE w:val="0"/>
      <w:autoSpaceDN w:val="0"/>
      <w:adjustRightInd w:val="0"/>
      <w:spacing w:after="0" w:line="240" w:lineRule="auto"/>
    </w:pPr>
    <w:rPr>
      <w:rFonts w:ascii="Times New Roman" w:eastAsia="Times New Roman" w:hAnsi="Times New Roman" w:cs="Times New Roman"/>
      <w:color w:val="000000"/>
      <w:sz w:val="24"/>
      <w:szCs w:val="24"/>
      <w:lang w:eastAsia="vi-VN"/>
    </w:rPr>
  </w:style>
  <w:style w:type="table" w:customStyle="1" w:styleId="TableGrid1">
    <w:name w:val="Table Grid1"/>
    <w:basedOn w:val="TableNormal"/>
    <w:next w:val="TableGrid"/>
    <w:uiPriority w:val="59"/>
    <w:rsid w:val="00663015"/>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10FE9"/>
    <w:pPr>
      <w:spacing w:after="0" w:line="240" w:lineRule="auto"/>
    </w:pPr>
    <w:rPr>
      <w:sz w:val="20"/>
      <w:szCs w:val="20"/>
    </w:rPr>
  </w:style>
  <w:style w:type="character" w:customStyle="1" w:styleId="FootnoteTextChar">
    <w:name w:val="Footnote Text Char"/>
    <w:basedOn w:val="DefaultParagraphFont"/>
    <w:link w:val="FootnoteText"/>
    <w:uiPriority w:val="99"/>
    <w:rsid w:val="00510FE9"/>
    <w:rPr>
      <w:sz w:val="20"/>
      <w:szCs w:val="20"/>
    </w:rPr>
  </w:style>
  <w:style w:type="character" w:styleId="FootnoteReference">
    <w:name w:val="footnote reference"/>
    <w:basedOn w:val="DefaultParagraphFont"/>
    <w:uiPriority w:val="99"/>
    <w:semiHidden/>
    <w:unhideWhenUsed/>
    <w:rsid w:val="00510F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7209">
      <w:bodyDiv w:val="1"/>
      <w:marLeft w:val="0"/>
      <w:marRight w:val="0"/>
      <w:marTop w:val="0"/>
      <w:marBottom w:val="0"/>
      <w:divBdr>
        <w:top w:val="none" w:sz="0" w:space="0" w:color="auto"/>
        <w:left w:val="none" w:sz="0" w:space="0" w:color="auto"/>
        <w:bottom w:val="none" w:sz="0" w:space="0" w:color="auto"/>
        <w:right w:val="none" w:sz="0" w:space="0" w:color="auto"/>
      </w:divBdr>
    </w:div>
    <w:div w:id="184448464">
      <w:bodyDiv w:val="1"/>
      <w:marLeft w:val="0"/>
      <w:marRight w:val="0"/>
      <w:marTop w:val="0"/>
      <w:marBottom w:val="0"/>
      <w:divBdr>
        <w:top w:val="none" w:sz="0" w:space="0" w:color="auto"/>
        <w:left w:val="none" w:sz="0" w:space="0" w:color="auto"/>
        <w:bottom w:val="none" w:sz="0" w:space="0" w:color="auto"/>
        <w:right w:val="none" w:sz="0" w:space="0" w:color="auto"/>
      </w:divBdr>
    </w:div>
    <w:div w:id="211237442">
      <w:bodyDiv w:val="1"/>
      <w:marLeft w:val="0"/>
      <w:marRight w:val="0"/>
      <w:marTop w:val="0"/>
      <w:marBottom w:val="0"/>
      <w:divBdr>
        <w:top w:val="none" w:sz="0" w:space="0" w:color="auto"/>
        <w:left w:val="none" w:sz="0" w:space="0" w:color="auto"/>
        <w:bottom w:val="none" w:sz="0" w:space="0" w:color="auto"/>
        <w:right w:val="none" w:sz="0" w:space="0" w:color="auto"/>
      </w:divBdr>
    </w:div>
    <w:div w:id="252594804">
      <w:bodyDiv w:val="1"/>
      <w:marLeft w:val="0"/>
      <w:marRight w:val="0"/>
      <w:marTop w:val="0"/>
      <w:marBottom w:val="0"/>
      <w:divBdr>
        <w:top w:val="none" w:sz="0" w:space="0" w:color="auto"/>
        <w:left w:val="none" w:sz="0" w:space="0" w:color="auto"/>
        <w:bottom w:val="none" w:sz="0" w:space="0" w:color="auto"/>
        <w:right w:val="none" w:sz="0" w:space="0" w:color="auto"/>
      </w:divBdr>
    </w:div>
    <w:div w:id="262153933">
      <w:bodyDiv w:val="1"/>
      <w:marLeft w:val="0"/>
      <w:marRight w:val="0"/>
      <w:marTop w:val="0"/>
      <w:marBottom w:val="0"/>
      <w:divBdr>
        <w:top w:val="none" w:sz="0" w:space="0" w:color="auto"/>
        <w:left w:val="none" w:sz="0" w:space="0" w:color="auto"/>
        <w:bottom w:val="none" w:sz="0" w:space="0" w:color="auto"/>
        <w:right w:val="none" w:sz="0" w:space="0" w:color="auto"/>
      </w:divBdr>
    </w:div>
    <w:div w:id="331028831">
      <w:bodyDiv w:val="1"/>
      <w:marLeft w:val="0"/>
      <w:marRight w:val="0"/>
      <w:marTop w:val="0"/>
      <w:marBottom w:val="0"/>
      <w:divBdr>
        <w:top w:val="none" w:sz="0" w:space="0" w:color="auto"/>
        <w:left w:val="none" w:sz="0" w:space="0" w:color="auto"/>
        <w:bottom w:val="none" w:sz="0" w:space="0" w:color="auto"/>
        <w:right w:val="none" w:sz="0" w:space="0" w:color="auto"/>
      </w:divBdr>
    </w:div>
    <w:div w:id="367143858">
      <w:bodyDiv w:val="1"/>
      <w:marLeft w:val="0"/>
      <w:marRight w:val="0"/>
      <w:marTop w:val="0"/>
      <w:marBottom w:val="0"/>
      <w:divBdr>
        <w:top w:val="none" w:sz="0" w:space="0" w:color="auto"/>
        <w:left w:val="none" w:sz="0" w:space="0" w:color="auto"/>
        <w:bottom w:val="none" w:sz="0" w:space="0" w:color="auto"/>
        <w:right w:val="none" w:sz="0" w:space="0" w:color="auto"/>
      </w:divBdr>
    </w:div>
    <w:div w:id="440422394">
      <w:bodyDiv w:val="1"/>
      <w:marLeft w:val="0"/>
      <w:marRight w:val="0"/>
      <w:marTop w:val="0"/>
      <w:marBottom w:val="0"/>
      <w:divBdr>
        <w:top w:val="none" w:sz="0" w:space="0" w:color="auto"/>
        <w:left w:val="none" w:sz="0" w:space="0" w:color="auto"/>
        <w:bottom w:val="none" w:sz="0" w:space="0" w:color="auto"/>
        <w:right w:val="none" w:sz="0" w:space="0" w:color="auto"/>
      </w:divBdr>
    </w:div>
    <w:div w:id="475992202">
      <w:bodyDiv w:val="1"/>
      <w:marLeft w:val="0"/>
      <w:marRight w:val="0"/>
      <w:marTop w:val="0"/>
      <w:marBottom w:val="0"/>
      <w:divBdr>
        <w:top w:val="none" w:sz="0" w:space="0" w:color="auto"/>
        <w:left w:val="none" w:sz="0" w:space="0" w:color="auto"/>
        <w:bottom w:val="none" w:sz="0" w:space="0" w:color="auto"/>
        <w:right w:val="none" w:sz="0" w:space="0" w:color="auto"/>
      </w:divBdr>
    </w:div>
    <w:div w:id="513767299">
      <w:bodyDiv w:val="1"/>
      <w:marLeft w:val="0"/>
      <w:marRight w:val="0"/>
      <w:marTop w:val="0"/>
      <w:marBottom w:val="0"/>
      <w:divBdr>
        <w:top w:val="none" w:sz="0" w:space="0" w:color="auto"/>
        <w:left w:val="none" w:sz="0" w:space="0" w:color="auto"/>
        <w:bottom w:val="none" w:sz="0" w:space="0" w:color="auto"/>
        <w:right w:val="none" w:sz="0" w:space="0" w:color="auto"/>
      </w:divBdr>
    </w:div>
    <w:div w:id="614169945">
      <w:bodyDiv w:val="1"/>
      <w:marLeft w:val="0"/>
      <w:marRight w:val="0"/>
      <w:marTop w:val="0"/>
      <w:marBottom w:val="0"/>
      <w:divBdr>
        <w:top w:val="none" w:sz="0" w:space="0" w:color="auto"/>
        <w:left w:val="none" w:sz="0" w:space="0" w:color="auto"/>
        <w:bottom w:val="none" w:sz="0" w:space="0" w:color="auto"/>
        <w:right w:val="none" w:sz="0" w:space="0" w:color="auto"/>
      </w:divBdr>
    </w:div>
    <w:div w:id="673611439">
      <w:bodyDiv w:val="1"/>
      <w:marLeft w:val="0"/>
      <w:marRight w:val="0"/>
      <w:marTop w:val="0"/>
      <w:marBottom w:val="0"/>
      <w:divBdr>
        <w:top w:val="none" w:sz="0" w:space="0" w:color="auto"/>
        <w:left w:val="none" w:sz="0" w:space="0" w:color="auto"/>
        <w:bottom w:val="none" w:sz="0" w:space="0" w:color="auto"/>
        <w:right w:val="none" w:sz="0" w:space="0" w:color="auto"/>
      </w:divBdr>
    </w:div>
    <w:div w:id="690256360">
      <w:bodyDiv w:val="1"/>
      <w:marLeft w:val="0"/>
      <w:marRight w:val="0"/>
      <w:marTop w:val="0"/>
      <w:marBottom w:val="0"/>
      <w:divBdr>
        <w:top w:val="none" w:sz="0" w:space="0" w:color="auto"/>
        <w:left w:val="none" w:sz="0" w:space="0" w:color="auto"/>
        <w:bottom w:val="none" w:sz="0" w:space="0" w:color="auto"/>
        <w:right w:val="none" w:sz="0" w:space="0" w:color="auto"/>
      </w:divBdr>
    </w:div>
    <w:div w:id="704714027">
      <w:bodyDiv w:val="1"/>
      <w:marLeft w:val="0"/>
      <w:marRight w:val="0"/>
      <w:marTop w:val="0"/>
      <w:marBottom w:val="0"/>
      <w:divBdr>
        <w:top w:val="none" w:sz="0" w:space="0" w:color="auto"/>
        <w:left w:val="none" w:sz="0" w:space="0" w:color="auto"/>
        <w:bottom w:val="none" w:sz="0" w:space="0" w:color="auto"/>
        <w:right w:val="none" w:sz="0" w:space="0" w:color="auto"/>
      </w:divBdr>
    </w:div>
    <w:div w:id="737552989">
      <w:bodyDiv w:val="1"/>
      <w:marLeft w:val="0"/>
      <w:marRight w:val="0"/>
      <w:marTop w:val="0"/>
      <w:marBottom w:val="0"/>
      <w:divBdr>
        <w:top w:val="none" w:sz="0" w:space="0" w:color="auto"/>
        <w:left w:val="none" w:sz="0" w:space="0" w:color="auto"/>
        <w:bottom w:val="none" w:sz="0" w:space="0" w:color="auto"/>
        <w:right w:val="none" w:sz="0" w:space="0" w:color="auto"/>
      </w:divBdr>
    </w:div>
    <w:div w:id="742415573">
      <w:bodyDiv w:val="1"/>
      <w:marLeft w:val="0"/>
      <w:marRight w:val="0"/>
      <w:marTop w:val="0"/>
      <w:marBottom w:val="0"/>
      <w:divBdr>
        <w:top w:val="none" w:sz="0" w:space="0" w:color="auto"/>
        <w:left w:val="none" w:sz="0" w:space="0" w:color="auto"/>
        <w:bottom w:val="none" w:sz="0" w:space="0" w:color="auto"/>
        <w:right w:val="none" w:sz="0" w:space="0" w:color="auto"/>
      </w:divBdr>
    </w:div>
    <w:div w:id="747119331">
      <w:bodyDiv w:val="1"/>
      <w:marLeft w:val="0"/>
      <w:marRight w:val="0"/>
      <w:marTop w:val="0"/>
      <w:marBottom w:val="0"/>
      <w:divBdr>
        <w:top w:val="none" w:sz="0" w:space="0" w:color="auto"/>
        <w:left w:val="none" w:sz="0" w:space="0" w:color="auto"/>
        <w:bottom w:val="none" w:sz="0" w:space="0" w:color="auto"/>
        <w:right w:val="none" w:sz="0" w:space="0" w:color="auto"/>
      </w:divBdr>
    </w:div>
    <w:div w:id="770705383">
      <w:bodyDiv w:val="1"/>
      <w:marLeft w:val="0"/>
      <w:marRight w:val="0"/>
      <w:marTop w:val="0"/>
      <w:marBottom w:val="0"/>
      <w:divBdr>
        <w:top w:val="none" w:sz="0" w:space="0" w:color="auto"/>
        <w:left w:val="none" w:sz="0" w:space="0" w:color="auto"/>
        <w:bottom w:val="none" w:sz="0" w:space="0" w:color="auto"/>
        <w:right w:val="none" w:sz="0" w:space="0" w:color="auto"/>
      </w:divBdr>
    </w:div>
    <w:div w:id="825974973">
      <w:bodyDiv w:val="1"/>
      <w:marLeft w:val="0"/>
      <w:marRight w:val="0"/>
      <w:marTop w:val="0"/>
      <w:marBottom w:val="0"/>
      <w:divBdr>
        <w:top w:val="none" w:sz="0" w:space="0" w:color="auto"/>
        <w:left w:val="none" w:sz="0" w:space="0" w:color="auto"/>
        <w:bottom w:val="none" w:sz="0" w:space="0" w:color="auto"/>
        <w:right w:val="none" w:sz="0" w:space="0" w:color="auto"/>
      </w:divBdr>
    </w:div>
    <w:div w:id="899511563">
      <w:bodyDiv w:val="1"/>
      <w:marLeft w:val="0"/>
      <w:marRight w:val="0"/>
      <w:marTop w:val="0"/>
      <w:marBottom w:val="0"/>
      <w:divBdr>
        <w:top w:val="none" w:sz="0" w:space="0" w:color="auto"/>
        <w:left w:val="none" w:sz="0" w:space="0" w:color="auto"/>
        <w:bottom w:val="none" w:sz="0" w:space="0" w:color="auto"/>
        <w:right w:val="none" w:sz="0" w:space="0" w:color="auto"/>
      </w:divBdr>
    </w:div>
    <w:div w:id="926233962">
      <w:bodyDiv w:val="1"/>
      <w:marLeft w:val="0"/>
      <w:marRight w:val="0"/>
      <w:marTop w:val="0"/>
      <w:marBottom w:val="0"/>
      <w:divBdr>
        <w:top w:val="none" w:sz="0" w:space="0" w:color="auto"/>
        <w:left w:val="none" w:sz="0" w:space="0" w:color="auto"/>
        <w:bottom w:val="none" w:sz="0" w:space="0" w:color="auto"/>
        <w:right w:val="none" w:sz="0" w:space="0" w:color="auto"/>
      </w:divBdr>
    </w:div>
    <w:div w:id="1023630986">
      <w:bodyDiv w:val="1"/>
      <w:marLeft w:val="0"/>
      <w:marRight w:val="0"/>
      <w:marTop w:val="0"/>
      <w:marBottom w:val="0"/>
      <w:divBdr>
        <w:top w:val="none" w:sz="0" w:space="0" w:color="auto"/>
        <w:left w:val="none" w:sz="0" w:space="0" w:color="auto"/>
        <w:bottom w:val="none" w:sz="0" w:space="0" w:color="auto"/>
        <w:right w:val="none" w:sz="0" w:space="0" w:color="auto"/>
      </w:divBdr>
    </w:div>
    <w:div w:id="1044672579">
      <w:bodyDiv w:val="1"/>
      <w:marLeft w:val="0"/>
      <w:marRight w:val="0"/>
      <w:marTop w:val="0"/>
      <w:marBottom w:val="0"/>
      <w:divBdr>
        <w:top w:val="none" w:sz="0" w:space="0" w:color="auto"/>
        <w:left w:val="none" w:sz="0" w:space="0" w:color="auto"/>
        <w:bottom w:val="none" w:sz="0" w:space="0" w:color="auto"/>
        <w:right w:val="none" w:sz="0" w:space="0" w:color="auto"/>
      </w:divBdr>
    </w:div>
    <w:div w:id="1080760948">
      <w:bodyDiv w:val="1"/>
      <w:marLeft w:val="0"/>
      <w:marRight w:val="0"/>
      <w:marTop w:val="0"/>
      <w:marBottom w:val="0"/>
      <w:divBdr>
        <w:top w:val="none" w:sz="0" w:space="0" w:color="auto"/>
        <w:left w:val="none" w:sz="0" w:space="0" w:color="auto"/>
        <w:bottom w:val="none" w:sz="0" w:space="0" w:color="auto"/>
        <w:right w:val="none" w:sz="0" w:space="0" w:color="auto"/>
      </w:divBdr>
    </w:div>
    <w:div w:id="1111391840">
      <w:bodyDiv w:val="1"/>
      <w:marLeft w:val="0"/>
      <w:marRight w:val="0"/>
      <w:marTop w:val="0"/>
      <w:marBottom w:val="0"/>
      <w:divBdr>
        <w:top w:val="none" w:sz="0" w:space="0" w:color="auto"/>
        <w:left w:val="none" w:sz="0" w:space="0" w:color="auto"/>
        <w:bottom w:val="none" w:sz="0" w:space="0" w:color="auto"/>
        <w:right w:val="none" w:sz="0" w:space="0" w:color="auto"/>
      </w:divBdr>
    </w:div>
    <w:div w:id="1276670538">
      <w:bodyDiv w:val="1"/>
      <w:marLeft w:val="0"/>
      <w:marRight w:val="0"/>
      <w:marTop w:val="0"/>
      <w:marBottom w:val="0"/>
      <w:divBdr>
        <w:top w:val="none" w:sz="0" w:space="0" w:color="auto"/>
        <w:left w:val="none" w:sz="0" w:space="0" w:color="auto"/>
        <w:bottom w:val="none" w:sz="0" w:space="0" w:color="auto"/>
        <w:right w:val="none" w:sz="0" w:space="0" w:color="auto"/>
      </w:divBdr>
    </w:div>
    <w:div w:id="1298871444">
      <w:bodyDiv w:val="1"/>
      <w:marLeft w:val="0"/>
      <w:marRight w:val="0"/>
      <w:marTop w:val="0"/>
      <w:marBottom w:val="0"/>
      <w:divBdr>
        <w:top w:val="none" w:sz="0" w:space="0" w:color="auto"/>
        <w:left w:val="none" w:sz="0" w:space="0" w:color="auto"/>
        <w:bottom w:val="none" w:sz="0" w:space="0" w:color="auto"/>
        <w:right w:val="none" w:sz="0" w:space="0" w:color="auto"/>
      </w:divBdr>
    </w:div>
    <w:div w:id="1391492974">
      <w:bodyDiv w:val="1"/>
      <w:marLeft w:val="0"/>
      <w:marRight w:val="0"/>
      <w:marTop w:val="0"/>
      <w:marBottom w:val="0"/>
      <w:divBdr>
        <w:top w:val="none" w:sz="0" w:space="0" w:color="auto"/>
        <w:left w:val="none" w:sz="0" w:space="0" w:color="auto"/>
        <w:bottom w:val="none" w:sz="0" w:space="0" w:color="auto"/>
        <w:right w:val="none" w:sz="0" w:space="0" w:color="auto"/>
      </w:divBdr>
    </w:div>
    <w:div w:id="1524049910">
      <w:bodyDiv w:val="1"/>
      <w:marLeft w:val="0"/>
      <w:marRight w:val="0"/>
      <w:marTop w:val="0"/>
      <w:marBottom w:val="0"/>
      <w:divBdr>
        <w:top w:val="none" w:sz="0" w:space="0" w:color="auto"/>
        <w:left w:val="none" w:sz="0" w:space="0" w:color="auto"/>
        <w:bottom w:val="none" w:sz="0" w:space="0" w:color="auto"/>
        <w:right w:val="none" w:sz="0" w:space="0" w:color="auto"/>
      </w:divBdr>
    </w:div>
    <w:div w:id="1573538285">
      <w:bodyDiv w:val="1"/>
      <w:marLeft w:val="0"/>
      <w:marRight w:val="0"/>
      <w:marTop w:val="0"/>
      <w:marBottom w:val="0"/>
      <w:divBdr>
        <w:top w:val="none" w:sz="0" w:space="0" w:color="auto"/>
        <w:left w:val="none" w:sz="0" w:space="0" w:color="auto"/>
        <w:bottom w:val="none" w:sz="0" w:space="0" w:color="auto"/>
        <w:right w:val="none" w:sz="0" w:space="0" w:color="auto"/>
      </w:divBdr>
    </w:div>
    <w:div w:id="1603538594">
      <w:bodyDiv w:val="1"/>
      <w:marLeft w:val="0"/>
      <w:marRight w:val="0"/>
      <w:marTop w:val="0"/>
      <w:marBottom w:val="0"/>
      <w:divBdr>
        <w:top w:val="none" w:sz="0" w:space="0" w:color="auto"/>
        <w:left w:val="none" w:sz="0" w:space="0" w:color="auto"/>
        <w:bottom w:val="none" w:sz="0" w:space="0" w:color="auto"/>
        <w:right w:val="none" w:sz="0" w:space="0" w:color="auto"/>
      </w:divBdr>
    </w:div>
    <w:div w:id="1834486808">
      <w:bodyDiv w:val="1"/>
      <w:marLeft w:val="0"/>
      <w:marRight w:val="0"/>
      <w:marTop w:val="0"/>
      <w:marBottom w:val="0"/>
      <w:divBdr>
        <w:top w:val="none" w:sz="0" w:space="0" w:color="auto"/>
        <w:left w:val="none" w:sz="0" w:space="0" w:color="auto"/>
        <w:bottom w:val="none" w:sz="0" w:space="0" w:color="auto"/>
        <w:right w:val="none" w:sz="0" w:space="0" w:color="auto"/>
      </w:divBdr>
    </w:div>
    <w:div w:id="1960915611">
      <w:bodyDiv w:val="1"/>
      <w:marLeft w:val="0"/>
      <w:marRight w:val="0"/>
      <w:marTop w:val="0"/>
      <w:marBottom w:val="0"/>
      <w:divBdr>
        <w:top w:val="none" w:sz="0" w:space="0" w:color="auto"/>
        <w:left w:val="none" w:sz="0" w:space="0" w:color="auto"/>
        <w:bottom w:val="none" w:sz="0" w:space="0" w:color="auto"/>
        <w:right w:val="none" w:sz="0" w:space="0" w:color="auto"/>
      </w:divBdr>
    </w:div>
    <w:div w:id="1979988584">
      <w:bodyDiv w:val="1"/>
      <w:marLeft w:val="0"/>
      <w:marRight w:val="0"/>
      <w:marTop w:val="0"/>
      <w:marBottom w:val="0"/>
      <w:divBdr>
        <w:top w:val="none" w:sz="0" w:space="0" w:color="auto"/>
        <w:left w:val="none" w:sz="0" w:space="0" w:color="auto"/>
        <w:bottom w:val="none" w:sz="0" w:space="0" w:color="auto"/>
        <w:right w:val="none" w:sz="0" w:space="0" w:color="auto"/>
      </w:divBdr>
    </w:div>
    <w:div w:id="20512978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44AA6-7427-438C-99B2-DF56389A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1896</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VD</cp:lastModifiedBy>
  <cp:revision>25</cp:revision>
  <dcterms:created xsi:type="dcterms:W3CDTF">2025-12-30T03:17:00Z</dcterms:created>
  <dcterms:modified xsi:type="dcterms:W3CDTF">2026-01-08T09:36:00Z</dcterms:modified>
  <cp:category/>
</cp:coreProperties>
</file>